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AE28D" w14:textId="77777777" w:rsidR="00FA15EA" w:rsidRPr="00B27896" w:rsidRDefault="00CC3F80" w:rsidP="00B27896">
      <w:pPr>
        <w:rPr>
          <w:rFonts w:ascii="Times New Roman" w:hAnsi="Times New Roman" w:cs="Times New Roman"/>
          <w:b/>
          <w:sz w:val="24"/>
          <w:szCs w:val="24"/>
        </w:rPr>
      </w:pPr>
      <w:proofErr w:type="spellStart"/>
      <w:r w:rsidRPr="00B27896">
        <w:rPr>
          <w:rFonts w:ascii="Times New Roman" w:hAnsi="Times New Roman" w:cs="Times New Roman"/>
          <w:b/>
          <w:sz w:val="24"/>
          <w:szCs w:val="24"/>
        </w:rPr>
        <w:t>Jurnal</w:t>
      </w:r>
      <w:proofErr w:type="spellEnd"/>
      <w:r w:rsidRPr="00B27896">
        <w:rPr>
          <w:rFonts w:ascii="Times New Roman" w:hAnsi="Times New Roman" w:cs="Times New Roman"/>
          <w:b/>
          <w:sz w:val="24"/>
          <w:szCs w:val="24"/>
        </w:rPr>
        <w:t xml:space="preserve"> </w:t>
      </w:r>
      <w:proofErr w:type="spellStart"/>
      <w:r w:rsidRPr="00B27896">
        <w:rPr>
          <w:rFonts w:ascii="Times New Roman" w:hAnsi="Times New Roman" w:cs="Times New Roman"/>
          <w:b/>
          <w:sz w:val="24"/>
          <w:szCs w:val="24"/>
        </w:rPr>
        <w:t>Ilmiah</w:t>
      </w:r>
      <w:proofErr w:type="spellEnd"/>
      <w:r w:rsidRPr="00B27896">
        <w:rPr>
          <w:rFonts w:ascii="Times New Roman" w:hAnsi="Times New Roman" w:cs="Times New Roman"/>
          <w:b/>
          <w:sz w:val="24"/>
          <w:szCs w:val="24"/>
        </w:rPr>
        <w:t xml:space="preserve"> </w:t>
      </w:r>
      <w:proofErr w:type="spellStart"/>
      <w:r w:rsidRPr="00B27896">
        <w:rPr>
          <w:rFonts w:ascii="Times New Roman" w:hAnsi="Times New Roman" w:cs="Times New Roman"/>
          <w:b/>
          <w:sz w:val="24"/>
          <w:szCs w:val="24"/>
        </w:rPr>
        <w:t>Keperawatan</w:t>
      </w:r>
      <w:proofErr w:type="spellEnd"/>
      <w:r w:rsidRPr="00B27896">
        <w:rPr>
          <w:rFonts w:ascii="Times New Roman" w:hAnsi="Times New Roman" w:cs="Times New Roman"/>
          <w:b/>
          <w:sz w:val="24"/>
          <w:szCs w:val="24"/>
        </w:rPr>
        <w:t xml:space="preserve"> dan </w:t>
      </w:r>
    </w:p>
    <w:p w14:paraId="08C23476" w14:textId="77777777" w:rsidR="00CC487B" w:rsidRPr="00B27896" w:rsidRDefault="00CC3F80" w:rsidP="00B27896">
      <w:pPr>
        <w:rPr>
          <w:rFonts w:ascii="Times New Roman" w:hAnsi="Times New Roman" w:cs="Times New Roman"/>
          <w:sz w:val="24"/>
          <w:szCs w:val="24"/>
        </w:rPr>
      </w:pPr>
      <w:r w:rsidRPr="00B27896">
        <w:rPr>
          <w:rFonts w:ascii="Times New Roman" w:hAnsi="Times New Roman" w:cs="Times New Roman"/>
          <w:b/>
          <w:sz w:val="24"/>
          <w:szCs w:val="24"/>
        </w:rPr>
        <w:t xml:space="preserve">Kesehatan </w:t>
      </w:r>
      <w:proofErr w:type="spellStart"/>
      <w:r w:rsidRPr="00B27896">
        <w:rPr>
          <w:rFonts w:ascii="Times New Roman" w:hAnsi="Times New Roman" w:cs="Times New Roman"/>
          <w:b/>
          <w:sz w:val="24"/>
          <w:szCs w:val="24"/>
        </w:rPr>
        <w:t>Alkautsar</w:t>
      </w:r>
      <w:proofErr w:type="spellEnd"/>
      <w:r w:rsidRPr="00B27896">
        <w:rPr>
          <w:rFonts w:ascii="Times New Roman" w:hAnsi="Times New Roman" w:cs="Times New Roman"/>
          <w:b/>
          <w:sz w:val="24"/>
          <w:szCs w:val="24"/>
        </w:rPr>
        <w:t xml:space="preserve"> (JIKKA)</w:t>
      </w:r>
      <w:r w:rsidRPr="00B27896">
        <w:rPr>
          <w:rFonts w:ascii="Times New Roman" w:hAnsi="Times New Roman" w:cs="Times New Roman"/>
          <w:sz w:val="24"/>
          <w:szCs w:val="24"/>
        </w:rPr>
        <w:br/>
        <w:t>e-</w:t>
      </w:r>
      <w:proofErr w:type="gramStart"/>
      <w:r w:rsidRPr="00B27896">
        <w:rPr>
          <w:rFonts w:ascii="Times New Roman" w:hAnsi="Times New Roman" w:cs="Times New Roman"/>
          <w:sz w:val="24"/>
          <w:szCs w:val="24"/>
        </w:rPr>
        <w:t>ISSN :</w:t>
      </w:r>
      <w:proofErr w:type="gramEnd"/>
      <w:r w:rsidRPr="00B27896">
        <w:rPr>
          <w:rFonts w:ascii="Times New Roman" w:hAnsi="Times New Roman" w:cs="Times New Roman"/>
          <w:sz w:val="24"/>
          <w:szCs w:val="24"/>
        </w:rPr>
        <w:t xml:space="preserve"> 2963-9042</w:t>
      </w:r>
      <w:r w:rsidRPr="00B27896">
        <w:rPr>
          <w:rFonts w:ascii="Times New Roman" w:hAnsi="Times New Roman" w:cs="Times New Roman"/>
          <w:sz w:val="24"/>
          <w:szCs w:val="24"/>
        </w:rPr>
        <w:br/>
      </w:r>
      <w:hyperlink r:id="rId6" w:history="1">
        <w:r w:rsidR="00893D1F" w:rsidRPr="0040753B">
          <w:rPr>
            <w:rStyle w:val="Hyperlink"/>
            <w:rFonts w:ascii="Times New Roman" w:hAnsi="Times New Roman" w:cs="Times New Roman"/>
            <w:sz w:val="24"/>
            <w:szCs w:val="24"/>
          </w:rPr>
          <w:t>https://jurnal.akperalkautsar.ac.id/index.php/JIKKA</w:t>
        </w:r>
      </w:hyperlink>
      <w:r w:rsidR="00893D1F">
        <w:rPr>
          <w:rFonts w:ascii="Times New Roman" w:hAnsi="Times New Roman" w:cs="Times New Roman"/>
          <w:sz w:val="24"/>
          <w:szCs w:val="24"/>
        </w:rPr>
        <w:t xml:space="preserve"> </w:t>
      </w:r>
    </w:p>
    <w:p w14:paraId="1D634273" w14:textId="77777777" w:rsidR="00CC487B" w:rsidRPr="00B27896" w:rsidRDefault="00CC3F80" w:rsidP="00B27896">
      <w:pPr>
        <w:jc w:val="center"/>
        <w:rPr>
          <w:rFonts w:ascii="Times New Roman" w:hAnsi="Times New Roman" w:cs="Times New Roman"/>
          <w:b/>
          <w:sz w:val="24"/>
          <w:szCs w:val="24"/>
        </w:rPr>
      </w:pPr>
      <w:r w:rsidRPr="00B27896">
        <w:rPr>
          <w:rFonts w:ascii="Times New Roman" w:hAnsi="Times New Roman" w:cs="Times New Roman"/>
          <w:b/>
          <w:sz w:val="24"/>
          <w:szCs w:val="24"/>
        </w:rPr>
        <w:t>PEMBERIAN SARI KURMA UNTUK MENGATASI INTOLERANSI AKTIVITAS PADA REMAJA PUTRI DENGAN ANEMIA</w:t>
      </w:r>
    </w:p>
    <w:p w14:paraId="79FD4287" w14:textId="77777777" w:rsidR="0074508D" w:rsidRDefault="0074508D" w:rsidP="00B27896">
      <w:pPr>
        <w:jc w:val="center"/>
        <w:rPr>
          <w:rFonts w:ascii="Times New Roman" w:hAnsi="Times New Roman" w:cs="Times New Roman"/>
          <w:sz w:val="24"/>
          <w:szCs w:val="24"/>
        </w:rPr>
      </w:pPr>
    </w:p>
    <w:p w14:paraId="671A10C6" w14:textId="72E5EE8B" w:rsidR="00CC487B" w:rsidRPr="00B27896" w:rsidRDefault="00CC3F80" w:rsidP="00B27896">
      <w:pPr>
        <w:jc w:val="center"/>
        <w:rPr>
          <w:rFonts w:ascii="Times New Roman" w:hAnsi="Times New Roman" w:cs="Times New Roman"/>
          <w:b/>
          <w:sz w:val="24"/>
          <w:szCs w:val="24"/>
        </w:rPr>
      </w:pPr>
      <w:r w:rsidRPr="00B27896">
        <w:rPr>
          <w:rFonts w:ascii="Times New Roman" w:hAnsi="Times New Roman" w:cs="Times New Roman"/>
          <w:b/>
          <w:sz w:val="24"/>
          <w:szCs w:val="24"/>
        </w:rPr>
        <w:t>ABSTRAK</w:t>
      </w:r>
    </w:p>
    <w:p w14:paraId="6E02655A" w14:textId="77777777" w:rsidR="00CC487B" w:rsidRPr="00B27896" w:rsidRDefault="00CC3F80" w:rsidP="005418A8">
      <w:pPr>
        <w:jc w:val="both"/>
        <w:rPr>
          <w:rFonts w:ascii="Times New Roman" w:hAnsi="Times New Roman" w:cs="Times New Roman"/>
          <w:sz w:val="24"/>
          <w:szCs w:val="24"/>
        </w:rPr>
      </w:pPr>
      <w:commentRangeStart w:id="0"/>
      <w:r w:rsidRPr="00B27896">
        <w:rPr>
          <w:rFonts w:ascii="Times New Roman" w:hAnsi="Times New Roman" w:cs="Times New Roman"/>
          <w:sz w:val="24"/>
          <w:szCs w:val="24"/>
        </w:rPr>
        <w:t xml:space="preserve">Anemia </w:t>
      </w:r>
      <w:proofErr w:type="spellStart"/>
      <w:r w:rsidRPr="00B27896">
        <w:rPr>
          <w:rFonts w:ascii="Times New Roman" w:hAnsi="Times New Roman" w:cs="Times New Roman"/>
          <w:sz w:val="24"/>
          <w:szCs w:val="24"/>
        </w:rPr>
        <w:t>merupakan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masalah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kesehatan</w:t>
      </w:r>
      <w:proofErr w:type="spellEnd"/>
      <w:r w:rsidRPr="00B27896">
        <w:rPr>
          <w:rFonts w:ascii="Times New Roman" w:hAnsi="Times New Roman" w:cs="Times New Roman"/>
          <w:sz w:val="24"/>
          <w:szCs w:val="24"/>
        </w:rPr>
        <w:t xml:space="preserve"> global yang </w:t>
      </w:r>
      <w:proofErr w:type="spellStart"/>
      <w:r w:rsidRPr="00B27896">
        <w:rPr>
          <w:rFonts w:ascii="Times New Roman" w:hAnsi="Times New Roman" w:cs="Times New Roman"/>
          <w:sz w:val="24"/>
          <w:szCs w:val="24"/>
        </w:rPr>
        <w:t>sering</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terjadi</w:t>
      </w:r>
      <w:proofErr w:type="spellEnd"/>
      <w:r w:rsidRPr="00B27896">
        <w:rPr>
          <w:rFonts w:ascii="Times New Roman" w:hAnsi="Times New Roman" w:cs="Times New Roman"/>
          <w:sz w:val="24"/>
          <w:szCs w:val="24"/>
        </w:rPr>
        <w:t xml:space="preserve"> pada </w:t>
      </w:r>
      <w:proofErr w:type="spellStart"/>
      <w:r w:rsidRPr="00B27896">
        <w:rPr>
          <w:rFonts w:ascii="Times New Roman" w:hAnsi="Times New Roman" w:cs="Times New Roman"/>
          <w:sz w:val="24"/>
          <w:szCs w:val="24"/>
        </w:rPr>
        <w:t>remaja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putri</w:t>
      </w:r>
      <w:proofErr w:type="spellEnd"/>
      <w:r w:rsidRPr="00B27896">
        <w:rPr>
          <w:rFonts w:ascii="Times New Roman" w:hAnsi="Times New Roman" w:cs="Times New Roman"/>
          <w:sz w:val="24"/>
          <w:szCs w:val="24"/>
        </w:rPr>
        <w:t xml:space="preserve"> dan </w:t>
      </w:r>
      <w:proofErr w:type="spellStart"/>
      <w:r w:rsidRPr="00B27896">
        <w:rPr>
          <w:rFonts w:ascii="Times New Roman" w:hAnsi="Times New Roman" w:cs="Times New Roman"/>
          <w:sz w:val="24"/>
          <w:szCs w:val="24"/>
        </w:rPr>
        <w:t>berdampak</w:t>
      </w:r>
      <w:proofErr w:type="spellEnd"/>
      <w:r w:rsidRPr="00B27896">
        <w:rPr>
          <w:rFonts w:ascii="Times New Roman" w:hAnsi="Times New Roman" w:cs="Times New Roman"/>
          <w:sz w:val="24"/>
          <w:szCs w:val="24"/>
        </w:rPr>
        <w:t xml:space="preserve"> pada </w:t>
      </w:r>
      <w:proofErr w:type="spellStart"/>
      <w:r w:rsidRPr="00B27896">
        <w:rPr>
          <w:rFonts w:ascii="Times New Roman" w:hAnsi="Times New Roman" w:cs="Times New Roman"/>
          <w:sz w:val="24"/>
          <w:szCs w:val="24"/>
        </w:rPr>
        <w:t>menurunnya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kemampuan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fisik</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dalam</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beraktivitas</w:t>
      </w:r>
      <w:proofErr w:type="spellEnd"/>
      <w:r w:rsidRPr="00B27896">
        <w:rPr>
          <w:rFonts w:ascii="Times New Roman" w:hAnsi="Times New Roman" w:cs="Times New Roman"/>
          <w:sz w:val="24"/>
          <w:szCs w:val="24"/>
        </w:rPr>
        <w:t xml:space="preserve">. Salah </w:t>
      </w:r>
      <w:proofErr w:type="spellStart"/>
      <w:r w:rsidRPr="00B27896">
        <w:rPr>
          <w:rFonts w:ascii="Times New Roman" w:hAnsi="Times New Roman" w:cs="Times New Roman"/>
          <w:sz w:val="24"/>
          <w:szCs w:val="24"/>
        </w:rPr>
        <w:t>satu</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gejala</w:t>
      </w:r>
      <w:proofErr w:type="spellEnd"/>
      <w:r w:rsidRPr="00B27896">
        <w:rPr>
          <w:rFonts w:ascii="Times New Roman" w:hAnsi="Times New Roman" w:cs="Times New Roman"/>
          <w:sz w:val="24"/>
          <w:szCs w:val="24"/>
        </w:rPr>
        <w:t xml:space="preserve"> yang </w:t>
      </w:r>
      <w:proofErr w:type="spellStart"/>
      <w:r w:rsidRPr="00B27896">
        <w:rPr>
          <w:rFonts w:ascii="Times New Roman" w:hAnsi="Times New Roman" w:cs="Times New Roman"/>
          <w:sz w:val="24"/>
          <w:szCs w:val="24"/>
        </w:rPr>
        <w:t>sering</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muncul</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adalah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intoleransi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aktivitas</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akibat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rendahnya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kadar</w:t>
      </w:r>
      <w:proofErr w:type="spellEnd"/>
      <w:r w:rsidRPr="00B27896">
        <w:rPr>
          <w:rFonts w:ascii="Times New Roman" w:hAnsi="Times New Roman" w:cs="Times New Roman"/>
          <w:sz w:val="24"/>
          <w:szCs w:val="24"/>
        </w:rPr>
        <w:t xml:space="preserve"> hemoglobin. </w:t>
      </w:r>
      <w:proofErr w:type="spellStart"/>
      <w:r w:rsidRPr="00B27896">
        <w:rPr>
          <w:rFonts w:ascii="Times New Roman" w:hAnsi="Times New Roman" w:cs="Times New Roman"/>
          <w:sz w:val="24"/>
          <w:szCs w:val="24"/>
        </w:rPr>
        <w:t>Penelitian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ini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bertujuan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untuk</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mengetahui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efektivitas</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pemberian</w:t>
      </w:r>
      <w:proofErr w:type="spellEnd"/>
      <w:r w:rsidRPr="00B27896">
        <w:rPr>
          <w:rFonts w:ascii="Times New Roman" w:hAnsi="Times New Roman" w:cs="Times New Roman"/>
          <w:sz w:val="24"/>
          <w:szCs w:val="24"/>
        </w:rPr>
        <w:t xml:space="preserve"> sari </w:t>
      </w:r>
      <w:proofErr w:type="spellStart"/>
      <w:r w:rsidRPr="00B27896">
        <w:rPr>
          <w:rFonts w:ascii="Times New Roman" w:hAnsi="Times New Roman" w:cs="Times New Roman"/>
          <w:sz w:val="24"/>
          <w:szCs w:val="24"/>
        </w:rPr>
        <w:t>kurma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dalam</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meningkatkan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toleransi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aktivitas</w:t>
      </w:r>
      <w:proofErr w:type="spellEnd"/>
      <w:r w:rsidRPr="00B27896">
        <w:rPr>
          <w:rFonts w:ascii="Times New Roman" w:hAnsi="Times New Roman" w:cs="Times New Roman"/>
          <w:sz w:val="24"/>
          <w:szCs w:val="24"/>
        </w:rPr>
        <w:t xml:space="preserve"> pada </w:t>
      </w:r>
      <w:proofErr w:type="spellStart"/>
      <w:r w:rsidRPr="00B27896">
        <w:rPr>
          <w:rFonts w:ascii="Times New Roman" w:hAnsi="Times New Roman" w:cs="Times New Roman"/>
          <w:sz w:val="24"/>
          <w:szCs w:val="24"/>
        </w:rPr>
        <w:t>remaja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putri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dengan</w:t>
      </w:r>
      <w:proofErr w:type="spellEnd"/>
      <w:r w:rsidRPr="00B27896">
        <w:rPr>
          <w:rFonts w:ascii="Times New Roman" w:hAnsi="Times New Roman" w:cs="Times New Roman"/>
          <w:sz w:val="24"/>
          <w:szCs w:val="24"/>
        </w:rPr>
        <w:t xml:space="preserve"> anemia. </w:t>
      </w:r>
      <w:proofErr w:type="spellStart"/>
      <w:r w:rsidRPr="00B27896">
        <w:rPr>
          <w:rFonts w:ascii="Times New Roman" w:hAnsi="Times New Roman" w:cs="Times New Roman"/>
          <w:sz w:val="24"/>
          <w:szCs w:val="24"/>
        </w:rPr>
        <w:t>Penelitian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menggunakan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desain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studi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kasus</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deskriptif</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kualitatif</w:t>
      </w:r>
      <w:proofErr w:type="spellEnd"/>
      <w:r w:rsidRPr="00B27896">
        <w:rPr>
          <w:rFonts w:ascii="Times New Roman" w:hAnsi="Times New Roman" w:cs="Times New Roman"/>
          <w:sz w:val="24"/>
          <w:szCs w:val="24"/>
        </w:rPr>
        <w:t xml:space="preserve"> pada </w:t>
      </w:r>
      <w:proofErr w:type="spellStart"/>
      <w:r w:rsidRPr="00B27896">
        <w:rPr>
          <w:rFonts w:ascii="Times New Roman" w:hAnsi="Times New Roman" w:cs="Times New Roman"/>
          <w:sz w:val="24"/>
          <w:szCs w:val="24"/>
        </w:rPr>
        <w:t>dua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responden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dengan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kadar</w:t>
      </w:r>
      <w:proofErr w:type="spellEnd"/>
      <w:r w:rsidRPr="00B27896">
        <w:rPr>
          <w:rFonts w:ascii="Times New Roman" w:hAnsi="Times New Roman" w:cs="Times New Roman"/>
          <w:sz w:val="24"/>
          <w:szCs w:val="24"/>
        </w:rPr>
        <w:t xml:space="preserve"> hemoglobin di </w:t>
      </w:r>
      <w:proofErr w:type="spellStart"/>
      <w:r w:rsidRPr="00B27896">
        <w:rPr>
          <w:rFonts w:ascii="Times New Roman" w:hAnsi="Times New Roman" w:cs="Times New Roman"/>
          <w:sz w:val="24"/>
          <w:szCs w:val="24"/>
        </w:rPr>
        <w:t>bawah</w:t>
      </w:r>
      <w:proofErr w:type="spellEnd"/>
      <w:r w:rsidRPr="00B27896">
        <w:rPr>
          <w:rFonts w:ascii="Times New Roman" w:hAnsi="Times New Roman" w:cs="Times New Roman"/>
          <w:sz w:val="24"/>
          <w:szCs w:val="24"/>
        </w:rPr>
        <w:t xml:space="preserve"> 12 g/dl dan </w:t>
      </w:r>
      <w:proofErr w:type="spellStart"/>
      <w:r w:rsidRPr="00B27896">
        <w:rPr>
          <w:rFonts w:ascii="Times New Roman" w:hAnsi="Times New Roman" w:cs="Times New Roman"/>
          <w:sz w:val="24"/>
          <w:szCs w:val="24"/>
        </w:rPr>
        <w:t>menunjukkan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gejala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intoleransi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aktivitas</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Intervensi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berupa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pemberian</w:t>
      </w:r>
      <w:proofErr w:type="spellEnd"/>
      <w:r w:rsidRPr="00B27896">
        <w:rPr>
          <w:rFonts w:ascii="Times New Roman" w:hAnsi="Times New Roman" w:cs="Times New Roman"/>
          <w:sz w:val="24"/>
          <w:szCs w:val="24"/>
        </w:rPr>
        <w:t xml:space="preserve"> sari </w:t>
      </w:r>
      <w:proofErr w:type="spellStart"/>
      <w:r w:rsidRPr="00B27896">
        <w:rPr>
          <w:rFonts w:ascii="Times New Roman" w:hAnsi="Times New Roman" w:cs="Times New Roman"/>
          <w:sz w:val="24"/>
          <w:szCs w:val="24"/>
        </w:rPr>
        <w:t>kurma</w:t>
      </w:r>
      <w:proofErr w:type="spellEnd"/>
      <w:r w:rsidRPr="00B27896">
        <w:rPr>
          <w:rFonts w:ascii="Times New Roman" w:hAnsi="Times New Roman" w:cs="Times New Roman"/>
          <w:sz w:val="24"/>
          <w:szCs w:val="24"/>
        </w:rPr>
        <w:t xml:space="preserve"> 2x15 ml per </w:t>
      </w:r>
      <w:proofErr w:type="spellStart"/>
      <w:r w:rsidRPr="00B27896">
        <w:rPr>
          <w:rFonts w:ascii="Times New Roman" w:hAnsi="Times New Roman" w:cs="Times New Roman"/>
          <w:sz w:val="24"/>
          <w:szCs w:val="24"/>
        </w:rPr>
        <w:t>hari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selama</w:t>
      </w:r>
      <w:proofErr w:type="spellEnd"/>
      <w:r w:rsidRPr="00B27896">
        <w:rPr>
          <w:rFonts w:ascii="Times New Roman" w:hAnsi="Times New Roman" w:cs="Times New Roman"/>
          <w:sz w:val="24"/>
          <w:szCs w:val="24"/>
        </w:rPr>
        <w:t xml:space="preserve"> 14 </w:t>
      </w:r>
      <w:proofErr w:type="spellStart"/>
      <w:r w:rsidRPr="00B27896">
        <w:rPr>
          <w:rFonts w:ascii="Times New Roman" w:hAnsi="Times New Roman" w:cs="Times New Roman"/>
          <w:sz w:val="24"/>
          <w:szCs w:val="24"/>
        </w:rPr>
        <w:t>hari</w:t>
      </w:r>
      <w:proofErr w:type="spellEnd"/>
      <w:r w:rsidRPr="00B27896">
        <w:rPr>
          <w:rFonts w:ascii="Times New Roman" w:hAnsi="Times New Roman" w:cs="Times New Roman"/>
          <w:sz w:val="24"/>
          <w:szCs w:val="24"/>
        </w:rPr>
        <w:t xml:space="preserve">. Hasil </w:t>
      </w:r>
      <w:proofErr w:type="spellStart"/>
      <w:r w:rsidRPr="00B27896">
        <w:rPr>
          <w:rFonts w:ascii="Times New Roman" w:hAnsi="Times New Roman" w:cs="Times New Roman"/>
          <w:sz w:val="24"/>
          <w:szCs w:val="24"/>
        </w:rPr>
        <w:t>menunjukkan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adanya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peningkatan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kadar</w:t>
      </w:r>
      <w:proofErr w:type="spellEnd"/>
      <w:r w:rsidRPr="00B27896">
        <w:rPr>
          <w:rFonts w:ascii="Times New Roman" w:hAnsi="Times New Roman" w:cs="Times New Roman"/>
          <w:sz w:val="24"/>
          <w:szCs w:val="24"/>
        </w:rPr>
        <w:t xml:space="preserve"> hemoglobin dan </w:t>
      </w:r>
      <w:proofErr w:type="spellStart"/>
      <w:r w:rsidRPr="00B27896">
        <w:rPr>
          <w:rFonts w:ascii="Times New Roman" w:hAnsi="Times New Roman" w:cs="Times New Roman"/>
          <w:sz w:val="24"/>
          <w:szCs w:val="24"/>
        </w:rPr>
        <w:t>perbaikan</w:t>
      </w:r>
      <w:proofErr w:type="spellEnd"/>
      <w:r w:rsidRPr="00B27896">
        <w:rPr>
          <w:rFonts w:ascii="Times New Roman" w:hAnsi="Times New Roman" w:cs="Times New Roman"/>
          <w:sz w:val="24"/>
          <w:szCs w:val="24"/>
        </w:rPr>
        <w:t xml:space="preserve"> pada </w:t>
      </w:r>
      <w:proofErr w:type="spellStart"/>
      <w:r w:rsidRPr="00B27896">
        <w:rPr>
          <w:rFonts w:ascii="Times New Roman" w:hAnsi="Times New Roman" w:cs="Times New Roman"/>
          <w:sz w:val="24"/>
          <w:szCs w:val="24"/>
        </w:rPr>
        <w:t>indikator</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toleransi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aktivitas</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seperti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kekuatan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tubuh</w:t>
      </w:r>
      <w:proofErr w:type="spellEnd"/>
      <w:r w:rsidRPr="00B27896">
        <w:rPr>
          <w:rFonts w:ascii="Times New Roman" w:hAnsi="Times New Roman" w:cs="Times New Roman"/>
          <w:sz w:val="24"/>
          <w:szCs w:val="24"/>
        </w:rPr>
        <w:t xml:space="preserve"> dan </w:t>
      </w:r>
      <w:proofErr w:type="spellStart"/>
      <w:r w:rsidRPr="00B27896">
        <w:rPr>
          <w:rFonts w:ascii="Times New Roman" w:hAnsi="Times New Roman" w:cs="Times New Roman"/>
          <w:sz w:val="24"/>
          <w:szCs w:val="24"/>
        </w:rPr>
        <w:t>penurunan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keluhan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lelah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serta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dispnea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Dengan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demikian</w:t>
      </w:r>
      <w:proofErr w:type="spellEnd"/>
      <w:r w:rsidRPr="00B27896">
        <w:rPr>
          <w:rFonts w:ascii="Times New Roman" w:hAnsi="Times New Roman" w:cs="Times New Roman"/>
          <w:sz w:val="24"/>
          <w:szCs w:val="24"/>
        </w:rPr>
        <w:t xml:space="preserve">, sari </w:t>
      </w:r>
      <w:proofErr w:type="spellStart"/>
      <w:r w:rsidRPr="00B27896">
        <w:rPr>
          <w:rFonts w:ascii="Times New Roman" w:hAnsi="Times New Roman" w:cs="Times New Roman"/>
          <w:sz w:val="24"/>
          <w:szCs w:val="24"/>
        </w:rPr>
        <w:t>kurma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dapat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dijadikan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terapi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alternatif</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nonfarmakologis</w:t>
      </w:r>
      <w:proofErr w:type="spellEnd"/>
      <w:r w:rsidRPr="00B27896">
        <w:rPr>
          <w:rFonts w:ascii="Times New Roman" w:hAnsi="Times New Roman" w:cs="Times New Roman"/>
          <w:sz w:val="24"/>
          <w:szCs w:val="24"/>
        </w:rPr>
        <w:t xml:space="preserve"> yang </w:t>
      </w:r>
      <w:proofErr w:type="spellStart"/>
      <w:r w:rsidRPr="00B27896">
        <w:rPr>
          <w:rFonts w:ascii="Times New Roman" w:hAnsi="Times New Roman" w:cs="Times New Roman"/>
          <w:sz w:val="24"/>
          <w:szCs w:val="24"/>
        </w:rPr>
        <w:t>efektif</w:t>
      </w:r>
      <w:proofErr w:type="spellEnd"/>
      <w:r w:rsidRPr="00B27896">
        <w:rPr>
          <w:rFonts w:ascii="Times New Roman" w:hAnsi="Times New Roman" w:cs="Times New Roman"/>
          <w:sz w:val="24"/>
          <w:szCs w:val="24"/>
        </w:rPr>
        <w:t xml:space="preserve"> dan </w:t>
      </w:r>
      <w:proofErr w:type="spellStart"/>
      <w:r w:rsidRPr="00B27896">
        <w:rPr>
          <w:rFonts w:ascii="Times New Roman" w:hAnsi="Times New Roman" w:cs="Times New Roman"/>
          <w:sz w:val="24"/>
          <w:szCs w:val="24"/>
        </w:rPr>
        <w:t>mudah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diterapkan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dalam</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meningkatkan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toleransi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aktivitas</w:t>
      </w:r>
      <w:proofErr w:type="spellEnd"/>
      <w:r w:rsidRPr="00B27896">
        <w:rPr>
          <w:rFonts w:ascii="Times New Roman" w:hAnsi="Times New Roman" w:cs="Times New Roman"/>
          <w:sz w:val="24"/>
          <w:szCs w:val="24"/>
        </w:rPr>
        <w:t xml:space="preserve"> pada </w:t>
      </w:r>
      <w:proofErr w:type="spellStart"/>
      <w:r w:rsidRPr="00B27896">
        <w:rPr>
          <w:rFonts w:ascii="Times New Roman" w:hAnsi="Times New Roman" w:cs="Times New Roman"/>
          <w:sz w:val="24"/>
          <w:szCs w:val="24"/>
        </w:rPr>
        <w:t>remaja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putri</w:t>
      </w:r>
      <w:proofErr w:type="spellEnd"/>
      <w:r w:rsidRPr="00B27896">
        <w:rPr>
          <w:rFonts w:ascii="Times New Roman" w:hAnsi="Times New Roman" w:cs="Times New Roman"/>
          <w:sz w:val="24"/>
          <w:szCs w:val="24"/>
        </w:rPr>
        <w:t xml:space="preserve"> anemia.</w:t>
      </w:r>
      <w:commentRangeEnd w:id="0"/>
      <w:r w:rsidR="009C6451">
        <w:rPr>
          <w:rStyle w:val="CommentReference"/>
        </w:rPr>
        <w:commentReference w:id="0"/>
      </w:r>
    </w:p>
    <w:p w14:paraId="6CF728CD" w14:textId="77777777" w:rsidR="00CC487B" w:rsidRPr="00B27896" w:rsidRDefault="00CC3F80" w:rsidP="005418A8">
      <w:pPr>
        <w:jc w:val="both"/>
        <w:rPr>
          <w:rFonts w:ascii="Times New Roman" w:hAnsi="Times New Roman" w:cs="Times New Roman"/>
          <w:sz w:val="24"/>
          <w:szCs w:val="24"/>
        </w:rPr>
      </w:pPr>
      <w:r w:rsidRPr="00B27896">
        <w:rPr>
          <w:rFonts w:ascii="Times New Roman" w:hAnsi="Times New Roman" w:cs="Times New Roman"/>
          <w:sz w:val="24"/>
          <w:szCs w:val="24"/>
        </w:rPr>
        <w:t xml:space="preserve">Kata </w:t>
      </w:r>
      <w:proofErr w:type="spellStart"/>
      <w:proofErr w:type="gramStart"/>
      <w:r w:rsidRPr="00B27896">
        <w:rPr>
          <w:rFonts w:ascii="Times New Roman" w:hAnsi="Times New Roman" w:cs="Times New Roman"/>
          <w:sz w:val="24"/>
          <w:szCs w:val="24"/>
        </w:rPr>
        <w:t>Kunci</w:t>
      </w:r>
      <w:proofErr w:type="spellEnd"/>
      <w:r w:rsidRPr="00B27896">
        <w:rPr>
          <w:rFonts w:ascii="Times New Roman" w:hAnsi="Times New Roman" w:cs="Times New Roman"/>
          <w:sz w:val="24"/>
          <w:szCs w:val="24"/>
        </w:rPr>
        <w:t xml:space="preserve"> :</w:t>
      </w:r>
      <w:proofErr w:type="gramEnd"/>
      <w:r w:rsidRPr="00B27896">
        <w:rPr>
          <w:rFonts w:ascii="Times New Roman" w:hAnsi="Times New Roman" w:cs="Times New Roman"/>
          <w:sz w:val="24"/>
          <w:szCs w:val="24"/>
        </w:rPr>
        <w:t xml:space="preserve"> sari </w:t>
      </w:r>
      <w:proofErr w:type="spellStart"/>
      <w:r w:rsidRPr="00B27896">
        <w:rPr>
          <w:rFonts w:ascii="Times New Roman" w:hAnsi="Times New Roman" w:cs="Times New Roman"/>
          <w:sz w:val="24"/>
          <w:szCs w:val="24"/>
        </w:rPr>
        <w:t>kurma</w:t>
      </w:r>
      <w:proofErr w:type="spellEnd"/>
      <w:r w:rsidRPr="00B27896">
        <w:rPr>
          <w:rFonts w:ascii="Times New Roman" w:hAnsi="Times New Roman" w:cs="Times New Roman"/>
          <w:sz w:val="24"/>
          <w:szCs w:val="24"/>
        </w:rPr>
        <w:t xml:space="preserve">, anemia, </w:t>
      </w:r>
      <w:proofErr w:type="spellStart"/>
      <w:r w:rsidRPr="00B27896">
        <w:rPr>
          <w:rFonts w:ascii="Times New Roman" w:hAnsi="Times New Roman" w:cs="Times New Roman"/>
          <w:sz w:val="24"/>
          <w:szCs w:val="24"/>
        </w:rPr>
        <w:t>remaja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putri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intoleransi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aktivitas</w:t>
      </w:r>
      <w:proofErr w:type="spellEnd"/>
      <w:r w:rsidRPr="00B27896">
        <w:rPr>
          <w:rFonts w:ascii="Times New Roman" w:hAnsi="Times New Roman" w:cs="Times New Roman"/>
          <w:sz w:val="24"/>
          <w:szCs w:val="24"/>
        </w:rPr>
        <w:t>, hemoglobin</w:t>
      </w:r>
    </w:p>
    <w:p w14:paraId="60E52B18" w14:textId="77777777" w:rsidR="00FA15EA" w:rsidRPr="00B27896" w:rsidRDefault="00FA15EA" w:rsidP="005418A8">
      <w:pPr>
        <w:jc w:val="both"/>
        <w:rPr>
          <w:rFonts w:ascii="Times New Roman" w:hAnsi="Times New Roman" w:cs="Times New Roman"/>
          <w:sz w:val="24"/>
          <w:szCs w:val="24"/>
        </w:rPr>
      </w:pPr>
    </w:p>
    <w:p w14:paraId="52B323D7" w14:textId="77777777" w:rsidR="00FA15EA" w:rsidRPr="00B27896" w:rsidRDefault="00FA15EA" w:rsidP="00B27896">
      <w:pPr>
        <w:rPr>
          <w:rFonts w:ascii="Times New Roman" w:hAnsi="Times New Roman" w:cs="Times New Roman"/>
          <w:sz w:val="24"/>
          <w:szCs w:val="24"/>
        </w:rPr>
      </w:pPr>
    </w:p>
    <w:p w14:paraId="3D72CD11" w14:textId="77777777" w:rsidR="00FA15EA" w:rsidRPr="00B27896" w:rsidRDefault="00FA15EA" w:rsidP="00B27896">
      <w:pPr>
        <w:rPr>
          <w:rFonts w:ascii="Times New Roman" w:hAnsi="Times New Roman" w:cs="Times New Roman"/>
          <w:sz w:val="24"/>
          <w:szCs w:val="24"/>
        </w:rPr>
      </w:pPr>
    </w:p>
    <w:p w14:paraId="7831D678" w14:textId="77777777" w:rsidR="00FA15EA" w:rsidRPr="00B27896" w:rsidRDefault="00FA15EA" w:rsidP="00B27896">
      <w:pPr>
        <w:rPr>
          <w:rFonts w:ascii="Times New Roman" w:hAnsi="Times New Roman" w:cs="Times New Roman"/>
          <w:sz w:val="24"/>
          <w:szCs w:val="24"/>
        </w:rPr>
      </w:pPr>
    </w:p>
    <w:p w14:paraId="2AFDBCDF" w14:textId="77777777" w:rsidR="00FA15EA" w:rsidRPr="00B27896" w:rsidRDefault="00FA15EA" w:rsidP="00B27896">
      <w:pPr>
        <w:rPr>
          <w:rFonts w:ascii="Times New Roman" w:hAnsi="Times New Roman" w:cs="Times New Roman"/>
          <w:sz w:val="24"/>
          <w:szCs w:val="24"/>
        </w:rPr>
      </w:pPr>
    </w:p>
    <w:p w14:paraId="6343737A" w14:textId="77777777" w:rsidR="00FA15EA" w:rsidRPr="00B27896" w:rsidRDefault="00FA15EA" w:rsidP="00B27896">
      <w:pPr>
        <w:rPr>
          <w:rFonts w:ascii="Times New Roman" w:hAnsi="Times New Roman" w:cs="Times New Roman"/>
          <w:sz w:val="24"/>
          <w:szCs w:val="24"/>
        </w:rPr>
      </w:pPr>
    </w:p>
    <w:p w14:paraId="2DB1FF90" w14:textId="77777777" w:rsidR="00FA15EA" w:rsidRPr="00B27896" w:rsidRDefault="00FA15EA" w:rsidP="00B27896">
      <w:pPr>
        <w:rPr>
          <w:rFonts w:ascii="Times New Roman" w:hAnsi="Times New Roman" w:cs="Times New Roman"/>
          <w:sz w:val="24"/>
          <w:szCs w:val="24"/>
        </w:rPr>
      </w:pPr>
    </w:p>
    <w:p w14:paraId="20A614E6" w14:textId="77777777" w:rsidR="00FA15EA" w:rsidRPr="00B27896" w:rsidRDefault="00FA15EA" w:rsidP="00B27896">
      <w:pPr>
        <w:rPr>
          <w:rFonts w:ascii="Times New Roman" w:hAnsi="Times New Roman" w:cs="Times New Roman"/>
          <w:sz w:val="24"/>
          <w:szCs w:val="24"/>
        </w:rPr>
      </w:pPr>
    </w:p>
    <w:p w14:paraId="1E7C9060" w14:textId="77777777" w:rsidR="00FA15EA" w:rsidRPr="00B27896" w:rsidRDefault="00FA15EA" w:rsidP="00B27896">
      <w:pPr>
        <w:rPr>
          <w:rFonts w:ascii="Times New Roman" w:hAnsi="Times New Roman" w:cs="Times New Roman"/>
          <w:sz w:val="24"/>
          <w:szCs w:val="24"/>
        </w:rPr>
      </w:pPr>
    </w:p>
    <w:p w14:paraId="2BBB7E08" w14:textId="77777777" w:rsidR="00FA15EA" w:rsidRPr="00893D1F" w:rsidRDefault="00893D1F" w:rsidP="00B27896">
      <w:pPr>
        <w:jc w:val="center"/>
        <w:rPr>
          <w:rFonts w:ascii="Times New Roman" w:hAnsi="Times New Roman" w:cs="Times New Roman"/>
          <w:b/>
          <w:sz w:val="24"/>
          <w:szCs w:val="24"/>
        </w:rPr>
      </w:pPr>
      <w:r w:rsidRPr="00893D1F">
        <w:rPr>
          <w:rFonts w:ascii="Times New Roman" w:hAnsi="Times New Roman" w:cs="Times New Roman"/>
          <w:b/>
          <w:sz w:val="24"/>
          <w:szCs w:val="24"/>
        </w:rPr>
        <w:lastRenderedPageBreak/>
        <w:t>THE EFFECT OF DATE SYRUP ADMINISTRATION ON ACTIVITY INTOLERANCE IN ANEMIC ADOLESCENT GIRLS</w:t>
      </w:r>
    </w:p>
    <w:p w14:paraId="52DEB380" w14:textId="77777777" w:rsidR="00FA15EA" w:rsidRPr="00B27896" w:rsidRDefault="00FA15EA" w:rsidP="00B27896">
      <w:pPr>
        <w:jc w:val="center"/>
        <w:rPr>
          <w:rFonts w:ascii="Times New Roman" w:hAnsi="Times New Roman" w:cs="Times New Roman"/>
          <w:b/>
          <w:sz w:val="24"/>
          <w:szCs w:val="24"/>
        </w:rPr>
      </w:pPr>
      <w:r w:rsidRPr="00B27896">
        <w:rPr>
          <w:rFonts w:ascii="Times New Roman" w:hAnsi="Times New Roman" w:cs="Times New Roman"/>
          <w:b/>
          <w:sz w:val="24"/>
          <w:szCs w:val="24"/>
        </w:rPr>
        <w:t>ABSTRACT</w:t>
      </w:r>
    </w:p>
    <w:p w14:paraId="449910FD" w14:textId="77777777" w:rsidR="00FA15EA" w:rsidRPr="00B27896" w:rsidRDefault="00FA15EA" w:rsidP="00B27896">
      <w:pPr>
        <w:jc w:val="both"/>
        <w:rPr>
          <w:rFonts w:ascii="Times New Roman" w:hAnsi="Times New Roman" w:cs="Times New Roman"/>
          <w:sz w:val="24"/>
          <w:szCs w:val="24"/>
        </w:rPr>
      </w:pPr>
      <w:commentRangeStart w:id="1"/>
      <w:r w:rsidRPr="00B27896">
        <w:rPr>
          <w:rFonts w:ascii="Times New Roman" w:hAnsi="Times New Roman" w:cs="Times New Roman"/>
          <w:sz w:val="24"/>
          <w:szCs w:val="24"/>
        </w:rPr>
        <w:t>Anemia is a global health issue that commonly affects adolescent girls and leads to decreased physical capacity in performing daily activities. One frequent symptom is activity intolerance due to low hemoglobin levels. This study aimed to examine the effectiveness of date syrup in improving activity tolerance among adolescent girls with anemia. The research used a descriptive qualitative case study design involving two respondents with hemoglobin levels below 12 g/dL who exhibited symptoms of activity intolerance. The intervention involved administering 15 ml of date syrup twice daily for 14 days. Results showed an increase in hemoglobin levels and improvements in activity tolerance indicators such as physical strength and reduced complaints of fatigue and dyspnea. Thus, date syrup can serve as an effective and easily applicable non-pharmacological alternative to enhance activity tolerance in anemic adolescent girls.</w:t>
      </w:r>
      <w:commentRangeEnd w:id="1"/>
      <w:r w:rsidR="009C6451">
        <w:rPr>
          <w:rStyle w:val="CommentReference"/>
        </w:rPr>
        <w:commentReference w:id="1"/>
      </w:r>
    </w:p>
    <w:p w14:paraId="3F2D8B6F" w14:textId="77777777" w:rsidR="00B27896" w:rsidRPr="00B27896" w:rsidRDefault="00FA15EA" w:rsidP="00B27896">
      <w:pPr>
        <w:rPr>
          <w:rFonts w:ascii="Times New Roman" w:hAnsi="Times New Roman" w:cs="Times New Roman"/>
          <w:sz w:val="24"/>
          <w:szCs w:val="24"/>
        </w:rPr>
      </w:pPr>
      <w:r w:rsidRPr="00B27896">
        <w:rPr>
          <w:rFonts w:ascii="Times New Roman" w:hAnsi="Times New Roman" w:cs="Times New Roman"/>
          <w:sz w:val="24"/>
          <w:szCs w:val="24"/>
        </w:rPr>
        <w:t>Keywords: date syrup, anemia, adolescent girls, a</w:t>
      </w:r>
      <w:r w:rsidR="00B27896">
        <w:rPr>
          <w:rFonts w:ascii="Times New Roman" w:hAnsi="Times New Roman" w:cs="Times New Roman"/>
          <w:sz w:val="24"/>
          <w:szCs w:val="24"/>
        </w:rPr>
        <w:t>ctivity intolerance, hemoglobin</w:t>
      </w:r>
    </w:p>
    <w:p w14:paraId="514AECC7" w14:textId="77777777" w:rsidR="00893D1F" w:rsidRDefault="00893D1F" w:rsidP="00B27896">
      <w:pPr>
        <w:rPr>
          <w:rFonts w:ascii="Times New Roman" w:hAnsi="Times New Roman" w:cs="Times New Roman"/>
          <w:b/>
          <w:sz w:val="24"/>
          <w:szCs w:val="24"/>
        </w:rPr>
        <w:sectPr w:rsidR="00893D1F" w:rsidSect="00034616">
          <w:pgSz w:w="12240" w:h="15840"/>
          <w:pgMar w:top="1440" w:right="1800" w:bottom="1440" w:left="1800" w:header="720" w:footer="720" w:gutter="0"/>
          <w:cols w:space="720"/>
          <w:docGrid w:linePitch="360"/>
        </w:sectPr>
      </w:pPr>
    </w:p>
    <w:p w14:paraId="426A64C3" w14:textId="77777777" w:rsidR="00CC487B" w:rsidRPr="00B27896" w:rsidRDefault="00CC3F80" w:rsidP="00B27896">
      <w:pPr>
        <w:rPr>
          <w:rFonts w:ascii="Times New Roman" w:hAnsi="Times New Roman" w:cs="Times New Roman"/>
          <w:b/>
          <w:sz w:val="24"/>
          <w:szCs w:val="24"/>
        </w:rPr>
      </w:pPr>
      <w:commentRangeStart w:id="2"/>
      <w:r w:rsidRPr="00B27896">
        <w:rPr>
          <w:rFonts w:ascii="Times New Roman" w:hAnsi="Times New Roman" w:cs="Times New Roman"/>
          <w:b/>
          <w:sz w:val="24"/>
          <w:szCs w:val="24"/>
        </w:rPr>
        <w:t>PENDAHULUAN</w:t>
      </w:r>
      <w:commentRangeEnd w:id="2"/>
      <w:r w:rsidR="009C6451">
        <w:rPr>
          <w:rStyle w:val="CommentReference"/>
        </w:rPr>
        <w:commentReference w:id="2"/>
      </w:r>
    </w:p>
    <w:p w14:paraId="06A857D9" w14:textId="77777777" w:rsidR="00B27896" w:rsidRPr="00B27896" w:rsidRDefault="00B27896" w:rsidP="00B27896">
      <w:pPr>
        <w:jc w:val="both"/>
        <w:rPr>
          <w:rFonts w:ascii="Times New Roman" w:hAnsi="Times New Roman" w:cs="Times New Roman"/>
          <w:sz w:val="24"/>
          <w:szCs w:val="24"/>
        </w:rPr>
      </w:pPr>
      <w:r w:rsidRPr="00B27896">
        <w:rPr>
          <w:rFonts w:ascii="Times New Roman" w:hAnsi="Times New Roman" w:cs="Times New Roman"/>
          <w:sz w:val="24"/>
          <w:szCs w:val="24"/>
        </w:rPr>
        <w:t xml:space="preserve">Anemia </w:t>
      </w:r>
      <w:proofErr w:type="spellStart"/>
      <w:r w:rsidRPr="00B27896">
        <w:rPr>
          <w:rFonts w:ascii="Times New Roman" w:hAnsi="Times New Roman" w:cs="Times New Roman"/>
          <w:sz w:val="24"/>
          <w:szCs w:val="24"/>
        </w:rPr>
        <w:t>adalah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masalah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kesehatan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masyarakat</w:t>
      </w:r>
      <w:proofErr w:type="spellEnd"/>
      <w:r w:rsidRPr="00B27896">
        <w:rPr>
          <w:rFonts w:ascii="Times New Roman" w:hAnsi="Times New Roman" w:cs="Times New Roman"/>
          <w:sz w:val="24"/>
          <w:szCs w:val="24"/>
        </w:rPr>
        <w:t xml:space="preserve"> global yang </w:t>
      </w:r>
      <w:proofErr w:type="spellStart"/>
      <w:r w:rsidRPr="00B27896">
        <w:rPr>
          <w:rFonts w:ascii="Times New Roman" w:hAnsi="Times New Roman" w:cs="Times New Roman"/>
          <w:sz w:val="24"/>
          <w:szCs w:val="24"/>
        </w:rPr>
        <w:t>signifikan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terutama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berdampak</w:t>
      </w:r>
      <w:proofErr w:type="spellEnd"/>
      <w:r w:rsidRPr="00B27896">
        <w:rPr>
          <w:rFonts w:ascii="Times New Roman" w:hAnsi="Times New Roman" w:cs="Times New Roman"/>
          <w:sz w:val="24"/>
          <w:szCs w:val="24"/>
        </w:rPr>
        <w:t xml:space="preserve"> pada </w:t>
      </w:r>
      <w:proofErr w:type="spellStart"/>
      <w:r w:rsidRPr="00B27896">
        <w:rPr>
          <w:rFonts w:ascii="Times New Roman" w:hAnsi="Times New Roman" w:cs="Times New Roman"/>
          <w:sz w:val="24"/>
          <w:szCs w:val="24"/>
        </w:rPr>
        <w:t>anak-anak</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usia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dini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remaja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perempuan</w:t>
      </w:r>
      <w:proofErr w:type="spellEnd"/>
      <w:r w:rsidRPr="00B27896">
        <w:rPr>
          <w:rFonts w:ascii="Times New Roman" w:hAnsi="Times New Roman" w:cs="Times New Roman"/>
          <w:sz w:val="24"/>
          <w:szCs w:val="24"/>
        </w:rPr>
        <w:t xml:space="preserve"> yang </w:t>
      </w:r>
      <w:proofErr w:type="spellStart"/>
      <w:r w:rsidRPr="00B27896">
        <w:rPr>
          <w:rFonts w:ascii="Times New Roman" w:hAnsi="Times New Roman" w:cs="Times New Roman"/>
          <w:sz w:val="24"/>
          <w:szCs w:val="24"/>
        </w:rPr>
        <w:t>sedang</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menstruasi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serta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ibu</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hamil</w:t>
      </w:r>
      <w:proofErr w:type="spellEnd"/>
      <w:r w:rsidRPr="00B27896">
        <w:rPr>
          <w:rFonts w:ascii="Times New Roman" w:hAnsi="Times New Roman" w:cs="Times New Roman"/>
          <w:sz w:val="24"/>
          <w:szCs w:val="24"/>
        </w:rPr>
        <w:t xml:space="preserve"> dan </w:t>
      </w:r>
      <w:proofErr w:type="spellStart"/>
      <w:r w:rsidRPr="00B27896">
        <w:rPr>
          <w:rFonts w:ascii="Times New Roman" w:hAnsi="Times New Roman" w:cs="Times New Roman"/>
          <w:sz w:val="24"/>
          <w:szCs w:val="24"/>
        </w:rPr>
        <w:t>ibu</w:t>
      </w:r>
      <w:proofErr w:type="spellEnd"/>
      <w:r w:rsidRPr="00B27896">
        <w:rPr>
          <w:rFonts w:ascii="Times New Roman" w:hAnsi="Times New Roman" w:cs="Times New Roman"/>
          <w:sz w:val="24"/>
          <w:szCs w:val="24"/>
        </w:rPr>
        <w:t xml:space="preserve"> yang </w:t>
      </w:r>
      <w:proofErr w:type="spellStart"/>
      <w:r w:rsidRPr="00B27896">
        <w:rPr>
          <w:rFonts w:ascii="Times New Roman" w:hAnsi="Times New Roman" w:cs="Times New Roman"/>
          <w:sz w:val="24"/>
          <w:szCs w:val="24"/>
        </w:rPr>
        <w:t>baru</w:t>
      </w:r>
      <w:proofErr w:type="spellEnd"/>
      <w:r w:rsidRPr="00B27896">
        <w:rPr>
          <w:rFonts w:ascii="Times New Roman" w:hAnsi="Times New Roman" w:cs="Times New Roman"/>
          <w:sz w:val="24"/>
          <w:szCs w:val="24"/>
        </w:rPr>
        <w:t xml:space="preserve"> </w:t>
      </w:r>
      <w:proofErr w:type="spellStart"/>
      <w:proofErr w:type="gramStart"/>
      <w:r w:rsidRPr="00B27896">
        <w:rPr>
          <w:rFonts w:ascii="Times New Roman" w:hAnsi="Times New Roman" w:cs="Times New Roman"/>
          <w:sz w:val="24"/>
          <w:szCs w:val="24"/>
        </w:rPr>
        <w:t>melahirkan.Pada</w:t>
      </w:r>
      <w:proofErr w:type="spellEnd"/>
      <w:proofErr w:type="gram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tahun</w:t>
      </w:r>
      <w:proofErr w:type="spellEnd"/>
      <w:r w:rsidRPr="00B27896">
        <w:rPr>
          <w:rFonts w:ascii="Times New Roman" w:hAnsi="Times New Roman" w:cs="Times New Roman"/>
          <w:sz w:val="24"/>
          <w:szCs w:val="24"/>
        </w:rPr>
        <w:t xml:space="preserve"> 2024 World Health </w:t>
      </w:r>
      <w:proofErr w:type="spellStart"/>
      <w:r w:rsidRPr="00B27896">
        <w:rPr>
          <w:rFonts w:ascii="Times New Roman" w:hAnsi="Times New Roman" w:cs="Times New Roman"/>
          <w:sz w:val="24"/>
          <w:szCs w:val="24"/>
        </w:rPr>
        <w:t>Orgniztion</w:t>
      </w:r>
      <w:proofErr w:type="spellEnd"/>
      <w:r w:rsidRPr="00B27896">
        <w:rPr>
          <w:rFonts w:ascii="Times New Roman" w:hAnsi="Times New Roman" w:cs="Times New Roman"/>
          <w:sz w:val="24"/>
          <w:szCs w:val="24"/>
        </w:rPr>
        <w:t xml:space="preserve"> (WHO),  </w:t>
      </w:r>
      <w:proofErr w:type="spellStart"/>
      <w:r w:rsidRPr="00B27896">
        <w:rPr>
          <w:rFonts w:ascii="Times New Roman" w:hAnsi="Times New Roman" w:cs="Times New Roman"/>
          <w:sz w:val="24"/>
          <w:szCs w:val="24"/>
        </w:rPr>
        <w:t>memperkirakan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bahwa</w:t>
      </w:r>
      <w:proofErr w:type="spellEnd"/>
      <w:r w:rsidRPr="00B27896">
        <w:rPr>
          <w:rFonts w:ascii="Times New Roman" w:hAnsi="Times New Roman" w:cs="Times New Roman"/>
          <w:sz w:val="24"/>
          <w:szCs w:val="24"/>
        </w:rPr>
        <w:t xml:space="preserve"> di </w:t>
      </w:r>
      <w:proofErr w:type="spellStart"/>
      <w:r w:rsidRPr="00B27896">
        <w:rPr>
          <w:rFonts w:ascii="Times New Roman" w:hAnsi="Times New Roman" w:cs="Times New Roman"/>
          <w:sz w:val="24"/>
          <w:szCs w:val="24"/>
        </w:rPr>
        <w:t>seluruh</w:t>
      </w:r>
      <w:proofErr w:type="spellEnd"/>
      <w:r w:rsidRPr="00B27896">
        <w:rPr>
          <w:rFonts w:ascii="Times New Roman" w:hAnsi="Times New Roman" w:cs="Times New Roman"/>
          <w:sz w:val="24"/>
          <w:szCs w:val="24"/>
        </w:rPr>
        <w:t xml:space="preserve"> dunia, 40% </w:t>
      </w:r>
      <w:proofErr w:type="spellStart"/>
      <w:r w:rsidRPr="00B27896">
        <w:rPr>
          <w:rFonts w:ascii="Times New Roman" w:hAnsi="Times New Roman" w:cs="Times New Roman"/>
          <w:sz w:val="24"/>
          <w:szCs w:val="24"/>
        </w:rPr>
        <w:t>anak-anak</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berusia</w:t>
      </w:r>
      <w:proofErr w:type="spellEnd"/>
      <w:r w:rsidRPr="00B27896">
        <w:rPr>
          <w:rFonts w:ascii="Times New Roman" w:hAnsi="Times New Roman" w:cs="Times New Roman"/>
          <w:sz w:val="24"/>
          <w:szCs w:val="24"/>
        </w:rPr>
        <w:t xml:space="preserve"> 6–59 </w:t>
      </w:r>
      <w:proofErr w:type="spellStart"/>
      <w:r w:rsidRPr="00B27896">
        <w:rPr>
          <w:rFonts w:ascii="Times New Roman" w:hAnsi="Times New Roman" w:cs="Times New Roman"/>
          <w:sz w:val="24"/>
          <w:szCs w:val="24"/>
        </w:rPr>
        <w:t>bulan</w:t>
      </w:r>
      <w:proofErr w:type="spellEnd"/>
      <w:r w:rsidRPr="00B27896">
        <w:rPr>
          <w:rFonts w:ascii="Times New Roman" w:hAnsi="Times New Roman" w:cs="Times New Roman"/>
          <w:sz w:val="24"/>
          <w:szCs w:val="24"/>
        </w:rPr>
        <w:t xml:space="preserve">, 37% </w:t>
      </w:r>
      <w:proofErr w:type="spellStart"/>
      <w:r w:rsidRPr="00B27896">
        <w:rPr>
          <w:rFonts w:ascii="Times New Roman" w:hAnsi="Times New Roman" w:cs="Times New Roman"/>
          <w:sz w:val="24"/>
          <w:szCs w:val="24"/>
        </w:rPr>
        <w:t>wanita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hamil</w:t>
      </w:r>
      <w:proofErr w:type="spellEnd"/>
      <w:r w:rsidRPr="00B27896">
        <w:rPr>
          <w:rFonts w:ascii="Times New Roman" w:hAnsi="Times New Roman" w:cs="Times New Roman"/>
          <w:sz w:val="24"/>
          <w:szCs w:val="24"/>
        </w:rPr>
        <w:t xml:space="preserve">, dan 30% </w:t>
      </w:r>
      <w:proofErr w:type="spellStart"/>
      <w:r w:rsidRPr="00B27896">
        <w:rPr>
          <w:rFonts w:ascii="Times New Roman" w:hAnsi="Times New Roman" w:cs="Times New Roman"/>
          <w:sz w:val="24"/>
          <w:szCs w:val="24"/>
        </w:rPr>
        <w:t>wanita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berusia</w:t>
      </w:r>
      <w:proofErr w:type="spellEnd"/>
      <w:r w:rsidRPr="00B27896">
        <w:rPr>
          <w:rFonts w:ascii="Times New Roman" w:hAnsi="Times New Roman" w:cs="Times New Roman"/>
          <w:sz w:val="24"/>
          <w:szCs w:val="24"/>
        </w:rPr>
        <w:t xml:space="preserve"> 15–49 </w:t>
      </w:r>
      <w:proofErr w:type="spellStart"/>
      <w:r w:rsidRPr="00B27896">
        <w:rPr>
          <w:rFonts w:ascii="Times New Roman" w:hAnsi="Times New Roman" w:cs="Times New Roman"/>
          <w:sz w:val="24"/>
          <w:szCs w:val="24"/>
        </w:rPr>
        <w:t>tahun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mengalami</w:t>
      </w:r>
      <w:proofErr w:type="spellEnd"/>
      <w:r w:rsidRPr="00B27896">
        <w:rPr>
          <w:rFonts w:ascii="Times New Roman" w:hAnsi="Times New Roman" w:cs="Times New Roman"/>
          <w:sz w:val="24"/>
          <w:szCs w:val="24"/>
        </w:rPr>
        <w:t xml:space="preserve"> anemia. </w:t>
      </w:r>
      <w:proofErr w:type="spellStart"/>
      <w:r w:rsidRPr="00B27896">
        <w:rPr>
          <w:rFonts w:ascii="Times New Roman" w:hAnsi="Times New Roman" w:cs="Times New Roman"/>
          <w:sz w:val="24"/>
          <w:szCs w:val="24"/>
        </w:rPr>
        <w:t>Menurut</w:t>
      </w:r>
      <w:proofErr w:type="spellEnd"/>
      <w:r w:rsidRPr="00B27896">
        <w:rPr>
          <w:rFonts w:ascii="Times New Roman" w:hAnsi="Times New Roman" w:cs="Times New Roman"/>
          <w:sz w:val="24"/>
          <w:szCs w:val="24"/>
        </w:rPr>
        <w:t xml:space="preserve"> data </w:t>
      </w:r>
      <w:proofErr w:type="spellStart"/>
      <w:r w:rsidRPr="00B27896">
        <w:rPr>
          <w:rFonts w:ascii="Times New Roman" w:hAnsi="Times New Roman" w:cs="Times New Roman"/>
          <w:sz w:val="24"/>
          <w:szCs w:val="24"/>
        </w:rPr>
        <w:t>Riskesdas</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tahun</w:t>
      </w:r>
      <w:proofErr w:type="spellEnd"/>
      <w:r w:rsidRPr="00B27896">
        <w:rPr>
          <w:rFonts w:ascii="Times New Roman" w:hAnsi="Times New Roman" w:cs="Times New Roman"/>
          <w:sz w:val="24"/>
          <w:szCs w:val="24"/>
        </w:rPr>
        <w:t xml:space="preserve"> 2018, 26,8% </w:t>
      </w:r>
      <w:proofErr w:type="spellStart"/>
      <w:r w:rsidRPr="00B27896">
        <w:rPr>
          <w:rFonts w:ascii="Times New Roman" w:hAnsi="Times New Roman" w:cs="Times New Roman"/>
          <w:sz w:val="24"/>
          <w:szCs w:val="24"/>
        </w:rPr>
        <w:t>anak</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usia</w:t>
      </w:r>
      <w:proofErr w:type="spellEnd"/>
      <w:r w:rsidRPr="00B27896">
        <w:rPr>
          <w:rFonts w:ascii="Times New Roman" w:hAnsi="Times New Roman" w:cs="Times New Roman"/>
          <w:sz w:val="24"/>
          <w:szCs w:val="24"/>
        </w:rPr>
        <w:t xml:space="preserve"> 5-14 </w:t>
      </w:r>
      <w:proofErr w:type="spellStart"/>
      <w:r w:rsidRPr="00B27896">
        <w:rPr>
          <w:rFonts w:ascii="Times New Roman" w:hAnsi="Times New Roman" w:cs="Times New Roman"/>
          <w:sz w:val="24"/>
          <w:szCs w:val="24"/>
        </w:rPr>
        <w:t>tahun</w:t>
      </w:r>
      <w:proofErr w:type="spellEnd"/>
      <w:r w:rsidRPr="00B27896">
        <w:rPr>
          <w:rFonts w:ascii="Times New Roman" w:hAnsi="Times New Roman" w:cs="Times New Roman"/>
          <w:sz w:val="24"/>
          <w:szCs w:val="24"/>
        </w:rPr>
        <w:t xml:space="preserve"> dan 32% </w:t>
      </w:r>
      <w:proofErr w:type="spellStart"/>
      <w:r w:rsidRPr="00B27896">
        <w:rPr>
          <w:rFonts w:ascii="Times New Roman" w:hAnsi="Times New Roman" w:cs="Times New Roman"/>
          <w:sz w:val="24"/>
          <w:szCs w:val="24"/>
        </w:rPr>
        <w:t>remaja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usia</w:t>
      </w:r>
      <w:proofErr w:type="spellEnd"/>
      <w:r w:rsidRPr="00B27896">
        <w:rPr>
          <w:rFonts w:ascii="Times New Roman" w:hAnsi="Times New Roman" w:cs="Times New Roman"/>
          <w:sz w:val="24"/>
          <w:szCs w:val="24"/>
        </w:rPr>
        <w:t xml:space="preserve"> 15-24 </w:t>
      </w:r>
      <w:proofErr w:type="spellStart"/>
      <w:r w:rsidRPr="00B27896">
        <w:rPr>
          <w:rFonts w:ascii="Times New Roman" w:hAnsi="Times New Roman" w:cs="Times New Roman"/>
          <w:sz w:val="24"/>
          <w:szCs w:val="24"/>
        </w:rPr>
        <w:t>tahun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mengalami</w:t>
      </w:r>
      <w:proofErr w:type="spellEnd"/>
      <w:r w:rsidRPr="00B27896">
        <w:rPr>
          <w:rFonts w:ascii="Times New Roman" w:hAnsi="Times New Roman" w:cs="Times New Roman"/>
          <w:sz w:val="24"/>
          <w:szCs w:val="24"/>
        </w:rPr>
        <w:t xml:space="preserve"> anemia. </w:t>
      </w:r>
      <w:proofErr w:type="spellStart"/>
      <w:r w:rsidRPr="00B27896">
        <w:rPr>
          <w:rFonts w:ascii="Times New Roman" w:hAnsi="Times New Roman" w:cs="Times New Roman"/>
          <w:sz w:val="24"/>
          <w:szCs w:val="24"/>
        </w:rPr>
        <w:t>Ini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berarti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bahwa</w:t>
      </w:r>
      <w:proofErr w:type="spellEnd"/>
      <w:r w:rsidRPr="00B27896">
        <w:rPr>
          <w:rFonts w:ascii="Times New Roman" w:hAnsi="Times New Roman" w:cs="Times New Roman"/>
          <w:sz w:val="24"/>
          <w:szCs w:val="24"/>
        </w:rPr>
        <w:t xml:space="preserve"> 3 </w:t>
      </w:r>
      <w:proofErr w:type="spellStart"/>
      <w:r w:rsidRPr="00B27896">
        <w:rPr>
          <w:rFonts w:ascii="Times New Roman" w:hAnsi="Times New Roman" w:cs="Times New Roman"/>
          <w:sz w:val="24"/>
          <w:szCs w:val="24"/>
        </w:rPr>
        <w:t>dari</w:t>
      </w:r>
      <w:proofErr w:type="spellEnd"/>
      <w:r w:rsidRPr="00B27896">
        <w:rPr>
          <w:rFonts w:ascii="Times New Roman" w:hAnsi="Times New Roman" w:cs="Times New Roman"/>
          <w:sz w:val="24"/>
          <w:szCs w:val="24"/>
        </w:rPr>
        <w:t xml:space="preserve"> 10 </w:t>
      </w:r>
      <w:proofErr w:type="spellStart"/>
      <w:r w:rsidRPr="00B27896">
        <w:rPr>
          <w:rFonts w:ascii="Times New Roman" w:hAnsi="Times New Roman" w:cs="Times New Roman"/>
          <w:sz w:val="24"/>
          <w:szCs w:val="24"/>
        </w:rPr>
        <w:t>remaja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putri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mungkin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menderita</w:t>
      </w:r>
      <w:proofErr w:type="spellEnd"/>
      <w:r w:rsidRPr="00B27896">
        <w:rPr>
          <w:rFonts w:ascii="Times New Roman" w:hAnsi="Times New Roman" w:cs="Times New Roman"/>
          <w:sz w:val="24"/>
          <w:szCs w:val="24"/>
        </w:rPr>
        <w:t xml:space="preserve"> anemia. Dari 12,1 </w:t>
      </w:r>
      <w:proofErr w:type="spellStart"/>
      <w:r w:rsidRPr="00B27896">
        <w:rPr>
          <w:rFonts w:ascii="Times New Roman" w:hAnsi="Times New Roman" w:cs="Times New Roman"/>
          <w:sz w:val="24"/>
          <w:szCs w:val="24"/>
        </w:rPr>
        <w:t>juta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remaja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putri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sekitar</w:t>
      </w:r>
      <w:proofErr w:type="spellEnd"/>
      <w:r w:rsidRPr="00B27896">
        <w:rPr>
          <w:rFonts w:ascii="Times New Roman" w:hAnsi="Times New Roman" w:cs="Times New Roman"/>
          <w:sz w:val="24"/>
          <w:szCs w:val="24"/>
        </w:rPr>
        <w:t xml:space="preserve"> 8,3 </w:t>
      </w:r>
      <w:proofErr w:type="spellStart"/>
      <w:r w:rsidRPr="00B27896">
        <w:rPr>
          <w:rFonts w:ascii="Times New Roman" w:hAnsi="Times New Roman" w:cs="Times New Roman"/>
          <w:sz w:val="24"/>
          <w:szCs w:val="24"/>
        </w:rPr>
        <w:t>juta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tidak</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rutin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mengonsumsi</w:t>
      </w:r>
      <w:proofErr w:type="spellEnd"/>
      <w:r w:rsidRPr="00B27896">
        <w:rPr>
          <w:rFonts w:ascii="Times New Roman" w:hAnsi="Times New Roman" w:cs="Times New Roman"/>
          <w:sz w:val="24"/>
          <w:szCs w:val="24"/>
        </w:rPr>
        <w:t xml:space="preserve"> TTD, </w:t>
      </w:r>
      <w:proofErr w:type="spellStart"/>
      <w:r w:rsidRPr="00B27896">
        <w:rPr>
          <w:rFonts w:ascii="Times New Roman" w:hAnsi="Times New Roman" w:cs="Times New Roman"/>
          <w:sz w:val="24"/>
          <w:szCs w:val="24"/>
        </w:rPr>
        <w:t>sehingga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meningkatkan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risiko</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mereka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terkena</w:t>
      </w:r>
      <w:proofErr w:type="spellEnd"/>
      <w:r w:rsidRPr="00B27896">
        <w:rPr>
          <w:rFonts w:ascii="Times New Roman" w:hAnsi="Times New Roman" w:cs="Times New Roman"/>
          <w:sz w:val="24"/>
          <w:szCs w:val="24"/>
        </w:rPr>
        <w:t xml:space="preserve"> anemia </w:t>
      </w:r>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{"citationItems":[{"id":"ITEM-1","itemData":{"author":[{"dropping-particle":"","family":"Kemenkes RI","given":"","non-dropping-particle":"","parse-names":false,"suffix":""}],"id":"ITEM-1","issued":{"date-parts":[["2022"]]},"title":"Remaja Bebas Anemia: Konsentrasi Belajar Meningkat, Bebas Prestasi","type":"article-journal"},"uris":["http://www.mendeley.com/documents/?uuid=4e6788cd-bd5d-44e3-86c1-4fa23d5e2bcd"]}],"mendeley":{"formattedCitation":"(Kemenkes RI, 2022)","manualFormatting":"Kemenkes RI, (2022)","plainTextFormattedCitation":"(Kemenkes RI, 2022)","previouslyFormattedCitation":"(Kemenkes RI, 2022)"},"properties":{"noteIndex":0},"schema":"https://github.com/citation-style-language/schema/raw/master/csl-citation.json"}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sidRPr="00893D1F">
        <w:rPr>
          <w:rFonts w:ascii="Times New Roman" w:hAnsi="Times New Roman" w:cs="Times New Roman"/>
          <w:noProof/>
          <w:sz w:val="24"/>
          <w:szCs w:val="24"/>
        </w:rPr>
        <w:t xml:space="preserve">Kemenkes RI, </w:t>
      </w:r>
      <w:r w:rsidR="00893D1F">
        <w:rPr>
          <w:rFonts w:ascii="Times New Roman" w:hAnsi="Times New Roman" w:cs="Times New Roman"/>
          <w:noProof/>
          <w:sz w:val="24"/>
          <w:szCs w:val="24"/>
        </w:rPr>
        <w:t>(</w:t>
      </w:r>
      <w:r w:rsidR="00893D1F" w:rsidRPr="00893D1F">
        <w:rPr>
          <w:rFonts w:ascii="Times New Roman" w:hAnsi="Times New Roman" w:cs="Times New Roman"/>
          <w:noProof/>
          <w:sz w:val="24"/>
          <w:szCs w:val="24"/>
        </w:rPr>
        <w:t>2022)</w:t>
      </w:r>
      <w:r w:rsidR="00893D1F">
        <w:rPr>
          <w:rFonts w:ascii="Times New Roman" w:hAnsi="Times New Roman" w:cs="Times New Roman"/>
          <w:sz w:val="24"/>
          <w:szCs w:val="24"/>
        </w:rPr>
        <w:fldChar w:fldCharType="end"/>
      </w:r>
      <w:r w:rsidRPr="00B27896">
        <w:rPr>
          <w:rFonts w:ascii="Times New Roman" w:hAnsi="Times New Roman" w:cs="Times New Roman"/>
          <w:sz w:val="24"/>
          <w:szCs w:val="24"/>
        </w:rPr>
        <w:t xml:space="preserve">. Di wilayah </w:t>
      </w:r>
      <w:proofErr w:type="spellStart"/>
      <w:r w:rsidRPr="00B27896">
        <w:rPr>
          <w:rFonts w:ascii="Times New Roman" w:hAnsi="Times New Roman" w:cs="Times New Roman"/>
          <w:sz w:val="24"/>
          <w:szCs w:val="24"/>
        </w:rPr>
        <w:t>Puskesmas</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Temanggung</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prevalensi</w:t>
      </w:r>
      <w:proofErr w:type="spellEnd"/>
      <w:r w:rsidRPr="00B27896">
        <w:rPr>
          <w:rFonts w:ascii="Times New Roman" w:hAnsi="Times New Roman" w:cs="Times New Roman"/>
          <w:sz w:val="24"/>
          <w:szCs w:val="24"/>
        </w:rPr>
        <w:t xml:space="preserve"> </w:t>
      </w:r>
      <w:r w:rsidRPr="00B27896">
        <w:rPr>
          <w:rFonts w:ascii="Times New Roman" w:hAnsi="Times New Roman" w:cs="Times New Roman"/>
          <w:sz w:val="24"/>
          <w:szCs w:val="24"/>
        </w:rPr>
        <w:t xml:space="preserve">anemia pada </w:t>
      </w:r>
      <w:proofErr w:type="spellStart"/>
      <w:r w:rsidRPr="00B27896">
        <w:rPr>
          <w:rFonts w:ascii="Times New Roman" w:hAnsi="Times New Roman" w:cs="Times New Roman"/>
          <w:sz w:val="24"/>
          <w:szCs w:val="24"/>
        </w:rPr>
        <w:t>remaja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putri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masih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menjadi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masalah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kesehatan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masyarakat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dengan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angka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mencapai</w:t>
      </w:r>
      <w:proofErr w:type="spellEnd"/>
      <w:r w:rsidRPr="00B27896">
        <w:rPr>
          <w:rFonts w:ascii="Times New Roman" w:hAnsi="Times New Roman" w:cs="Times New Roman"/>
          <w:sz w:val="24"/>
          <w:szCs w:val="24"/>
        </w:rPr>
        <w:t xml:space="preserve"> 42,1% </w:t>
      </w:r>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approach.","author":[{"dropping-particle":"","family":"Pipit Muliyah, Dyah Aminatun, Sukma Septian Nasution, Tommy Hastomo, Setiana Sri Wahyuni Sitepu","given":"Tryana","non-dropping-particle":"","parse-names":false,"suffix":""}],"container-title":"Journal GEEJ","id":"ITEM-1","issue":"2","issued":{"date-parts":[["2020"]]},"title":"Laporan Kinerja Instansi Pemerintah Dinas Kesehatan Kabupaten Temanggung","type":"article-journal","volume":"7"},"uris":["http://www.mendeley.com/documents/?uuid=5e39adf5-175b-44ad-b365-05ccfc249447"]}],"mendeley":{"formattedCitation":"(Pipit Muliyah, Dyah Aminatun, Sukma Septian Nasution, Tommy Hastomo, Setiana Sri Wahyuni Sitepu, 2020)","manualFormatting":"(Pipit dkk, 2020)","plainTextFormattedCitation":"(Pipit Muliyah, Dyah Aminatun, Sukma Septian Nasution, Tommy Hastomo, Setiana Sri Wahyuni Sitepu, 2020)","previouslyFormattedCitation":"(Pipit Muliyah, Dyah Aminatun, Sukma Septian Nasution, Tommy Hastomo, Setiana Sri Wahyuni Sitepu, 2020)"},"properties":{"noteIndex":0},"schema":"https://github.com/citation-style-language/schema/raw/master/csl-citation.json"}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sidRPr="00893D1F">
        <w:rPr>
          <w:rFonts w:ascii="Times New Roman" w:hAnsi="Times New Roman" w:cs="Times New Roman"/>
          <w:noProof/>
          <w:sz w:val="24"/>
          <w:szCs w:val="24"/>
        </w:rPr>
        <w:t xml:space="preserve">(Pipit </w:t>
      </w:r>
      <w:r w:rsidR="00893D1F">
        <w:rPr>
          <w:rFonts w:ascii="Times New Roman" w:hAnsi="Times New Roman" w:cs="Times New Roman"/>
          <w:noProof/>
          <w:sz w:val="24"/>
          <w:szCs w:val="24"/>
        </w:rPr>
        <w:t>dkk</w:t>
      </w:r>
      <w:r w:rsidR="00893D1F" w:rsidRPr="00893D1F">
        <w:rPr>
          <w:rFonts w:ascii="Times New Roman" w:hAnsi="Times New Roman" w:cs="Times New Roman"/>
          <w:noProof/>
          <w:sz w:val="24"/>
          <w:szCs w:val="24"/>
        </w:rPr>
        <w:t>, 2020)</w:t>
      </w:r>
      <w:r w:rsidR="00893D1F">
        <w:rPr>
          <w:rFonts w:ascii="Times New Roman" w:hAnsi="Times New Roman" w:cs="Times New Roman"/>
          <w:sz w:val="24"/>
          <w:szCs w:val="24"/>
        </w:rPr>
        <w:fldChar w:fldCharType="end"/>
      </w:r>
      <w:r w:rsidRPr="00B27896">
        <w:rPr>
          <w:rFonts w:ascii="Times New Roman" w:hAnsi="Times New Roman" w:cs="Times New Roman"/>
          <w:sz w:val="24"/>
          <w:szCs w:val="24"/>
        </w:rPr>
        <w:t>.</w:t>
      </w:r>
    </w:p>
    <w:p w14:paraId="033ECC7E" w14:textId="77777777" w:rsidR="00B27896" w:rsidRPr="00B27896" w:rsidRDefault="00B27896" w:rsidP="00B27896">
      <w:pPr>
        <w:jc w:val="both"/>
        <w:rPr>
          <w:rFonts w:ascii="Times New Roman" w:hAnsi="Times New Roman" w:cs="Times New Roman"/>
          <w:sz w:val="24"/>
          <w:szCs w:val="24"/>
        </w:rPr>
      </w:pPr>
      <w:r w:rsidRPr="00B27896">
        <w:rPr>
          <w:rFonts w:ascii="Times New Roman" w:hAnsi="Times New Roman" w:cs="Times New Roman"/>
          <w:sz w:val="24"/>
          <w:szCs w:val="24"/>
        </w:rPr>
        <w:t xml:space="preserve">       Anemia, yang </w:t>
      </w:r>
      <w:proofErr w:type="spellStart"/>
      <w:r w:rsidRPr="00B27896">
        <w:rPr>
          <w:rFonts w:ascii="Times New Roman" w:hAnsi="Times New Roman" w:cs="Times New Roman"/>
          <w:sz w:val="24"/>
          <w:szCs w:val="24"/>
        </w:rPr>
        <w:t>dikenal</w:t>
      </w:r>
      <w:proofErr w:type="spellEnd"/>
      <w:r w:rsidRPr="00B27896">
        <w:rPr>
          <w:rFonts w:ascii="Times New Roman" w:hAnsi="Times New Roman" w:cs="Times New Roman"/>
          <w:sz w:val="24"/>
          <w:szCs w:val="24"/>
        </w:rPr>
        <w:t xml:space="preserve"> oleh </w:t>
      </w:r>
      <w:proofErr w:type="spellStart"/>
      <w:r w:rsidRPr="00B27896">
        <w:rPr>
          <w:rFonts w:ascii="Times New Roman" w:hAnsi="Times New Roman" w:cs="Times New Roman"/>
          <w:sz w:val="24"/>
          <w:szCs w:val="24"/>
        </w:rPr>
        <w:t>masyarakat</w:t>
      </w:r>
      <w:proofErr w:type="spellEnd"/>
      <w:r w:rsidRPr="00B27896">
        <w:rPr>
          <w:rFonts w:ascii="Times New Roman" w:hAnsi="Times New Roman" w:cs="Times New Roman"/>
          <w:sz w:val="24"/>
          <w:szCs w:val="24"/>
        </w:rPr>
        <w:t xml:space="preserve"> Indonesia </w:t>
      </w:r>
      <w:proofErr w:type="spellStart"/>
      <w:r w:rsidRPr="00B27896">
        <w:rPr>
          <w:rFonts w:ascii="Times New Roman" w:hAnsi="Times New Roman" w:cs="Times New Roman"/>
          <w:sz w:val="24"/>
          <w:szCs w:val="24"/>
        </w:rPr>
        <w:t>sebagai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kurang</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darah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merupakan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masalah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kesehatan</w:t>
      </w:r>
      <w:proofErr w:type="spellEnd"/>
      <w:r w:rsidRPr="00B27896">
        <w:rPr>
          <w:rFonts w:ascii="Times New Roman" w:hAnsi="Times New Roman" w:cs="Times New Roman"/>
          <w:sz w:val="24"/>
          <w:szCs w:val="24"/>
        </w:rPr>
        <w:t xml:space="preserve"> yang </w:t>
      </w:r>
      <w:proofErr w:type="spellStart"/>
      <w:r w:rsidRPr="00B27896">
        <w:rPr>
          <w:rFonts w:ascii="Times New Roman" w:hAnsi="Times New Roman" w:cs="Times New Roman"/>
          <w:sz w:val="24"/>
          <w:szCs w:val="24"/>
        </w:rPr>
        <w:t>ditandai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dengan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penurunan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kadar</w:t>
      </w:r>
      <w:proofErr w:type="spellEnd"/>
      <w:r w:rsidRPr="00B27896">
        <w:rPr>
          <w:rFonts w:ascii="Times New Roman" w:hAnsi="Times New Roman" w:cs="Times New Roman"/>
          <w:sz w:val="24"/>
          <w:szCs w:val="24"/>
        </w:rPr>
        <w:t xml:space="preserve"> hemoglobin di </w:t>
      </w:r>
      <w:proofErr w:type="spellStart"/>
      <w:r w:rsidRPr="00B27896">
        <w:rPr>
          <w:rFonts w:ascii="Times New Roman" w:hAnsi="Times New Roman" w:cs="Times New Roman"/>
          <w:sz w:val="24"/>
          <w:szCs w:val="24"/>
        </w:rPr>
        <w:t>bawah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batas</w:t>
      </w:r>
      <w:proofErr w:type="spellEnd"/>
      <w:r w:rsidRPr="00B27896">
        <w:rPr>
          <w:rFonts w:ascii="Times New Roman" w:hAnsi="Times New Roman" w:cs="Times New Roman"/>
          <w:sz w:val="24"/>
          <w:szCs w:val="24"/>
        </w:rPr>
        <w:t xml:space="preserve"> normal </w:t>
      </w:r>
      <w:proofErr w:type="spellStart"/>
      <w:r w:rsidRPr="00B27896">
        <w:rPr>
          <w:rFonts w:ascii="Times New Roman" w:hAnsi="Times New Roman" w:cs="Times New Roman"/>
          <w:sz w:val="24"/>
          <w:szCs w:val="24"/>
        </w:rPr>
        <w:t>dalam</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buku</w:t>
      </w:r>
      <w:proofErr w:type="spellEnd"/>
      <w:r w:rsidRPr="00B27896">
        <w:rPr>
          <w:rFonts w:ascii="Times New Roman" w:hAnsi="Times New Roman" w:cs="Times New Roman"/>
          <w:sz w:val="24"/>
          <w:szCs w:val="24"/>
        </w:rPr>
        <w:t xml:space="preserve"> </w:t>
      </w:r>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{"citationItems":[{"id":"ITEM-1","itemData":{"ISBN":"9786238372317","abstract":"Persepsi adalah suatu proses pengenalan atau identifikasi sesuatu dengan menggunakan panca indera (Drever, 2010). persepsi merupakan inti komunikasi. Persepsi memiliki peran yang sangat penting dalam keberhasilan komunikasi. Artinya, kecermatan dalam mempersepsikan stimuli inderawi mengantarkan kepada keberhasilan komunikasi. Sebaliknya, kegagalan dalam mempersepsi stimulus, menyebabkan mis-komunikasi (Suranto, 2011)","author":[{"dropping-particle":"","family":"Asiva Noor Rachmayani","given":"","non-dropping-particle":"","parse-names":false,"suffix":""}],"id":"ITEM-1","issued":{"date-parts":[["2023"]]},"number-of-pages":"6","title":"Mengenal Anemia","type":"book"},"uris":["http://www.mendeley.com/documents/?uuid=25c180f7-44d3-46a6-82b6-8c812b3425eb"]}],"mendeley":{"formattedCitation":"(Asiva Noor Rachmayani, 2023)","manualFormatting":"Asiva Noor Rachmayani, (2023)","plainTextFormattedCitation":"(Asiva Noor Rachmayani, 2023)","previouslyFormattedCitation":"(Asiva Noor Rachmayani, 2023)"},"properties":{"noteIndex":0},"schema":"https://github.com/citation-style-language/schema/raw/master/csl-citation.json"}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sidRPr="00893D1F">
        <w:rPr>
          <w:rFonts w:ascii="Times New Roman" w:hAnsi="Times New Roman" w:cs="Times New Roman"/>
          <w:noProof/>
          <w:sz w:val="24"/>
          <w:szCs w:val="24"/>
        </w:rPr>
        <w:t xml:space="preserve">Asiva Noor Rachmayani, </w:t>
      </w:r>
      <w:r w:rsidR="00893D1F">
        <w:rPr>
          <w:rFonts w:ascii="Times New Roman" w:hAnsi="Times New Roman" w:cs="Times New Roman"/>
          <w:noProof/>
          <w:sz w:val="24"/>
          <w:szCs w:val="24"/>
        </w:rPr>
        <w:t>(</w:t>
      </w:r>
      <w:r w:rsidR="00893D1F" w:rsidRPr="00893D1F">
        <w:rPr>
          <w:rFonts w:ascii="Times New Roman" w:hAnsi="Times New Roman" w:cs="Times New Roman"/>
          <w:noProof/>
          <w:sz w:val="24"/>
          <w:szCs w:val="24"/>
        </w:rPr>
        <w:t>2023)</w:t>
      </w:r>
      <w:r w:rsidR="00893D1F">
        <w:rPr>
          <w:rFonts w:ascii="Times New Roman" w:hAnsi="Times New Roman" w:cs="Times New Roman"/>
          <w:sz w:val="24"/>
          <w:szCs w:val="24"/>
        </w:rPr>
        <w:fldChar w:fldCharType="end"/>
      </w:r>
      <w:r w:rsidRPr="00B27896">
        <w:rPr>
          <w:rFonts w:ascii="Times New Roman" w:hAnsi="Times New Roman" w:cs="Times New Roman"/>
          <w:sz w:val="24"/>
          <w:szCs w:val="24"/>
        </w:rPr>
        <w:t>.</w:t>
      </w:r>
      <w:r w:rsidR="00893D1F">
        <w:rPr>
          <w:rFonts w:ascii="Times New Roman" w:hAnsi="Times New Roman" w:cs="Times New Roman"/>
          <w:sz w:val="24"/>
          <w:szCs w:val="24"/>
        </w:rPr>
        <w:t xml:space="preserve"> </w:t>
      </w:r>
      <w:r w:rsidRPr="00B27896">
        <w:rPr>
          <w:rFonts w:ascii="Times New Roman" w:hAnsi="Times New Roman" w:cs="Times New Roman"/>
          <w:sz w:val="24"/>
          <w:szCs w:val="24"/>
        </w:rPr>
        <w:t xml:space="preserve">Hemoglobin </w:t>
      </w:r>
      <w:proofErr w:type="spellStart"/>
      <w:r w:rsidRPr="00B27896">
        <w:rPr>
          <w:rFonts w:ascii="Times New Roman" w:hAnsi="Times New Roman" w:cs="Times New Roman"/>
          <w:sz w:val="24"/>
          <w:szCs w:val="24"/>
        </w:rPr>
        <w:t>merupakan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komponen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penting</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dalam</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sel</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darah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merah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eritrosit</w:t>
      </w:r>
      <w:proofErr w:type="spellEnd"/>
      <w:r w:rsidRPr="00B27896">
        <w:rPr>
          <w:rFonts w:ascii="Times New Roman" w:hAnsi="Times New Roman" w:cs="Times New Roman"/>
          <w:sz w:val="24"/>
          <w:szCs w:val="24"/>
        </w:rPr>
        <w:t xml:space="preserve">) yang </w:t>
      </w:r>
      <w:proofErr w:type="spellStart"/>
      <w:r w:rsidRPr="00B27896">
        <w:rPr>
          <w:rFonts w:ascii="Times New Roman" w:hAnsi="Times New Roman" w:cs="Times New Roman"/>
          <w:sz w:val="24"/>
          <w:szCs w:val="24"/>
        </w:rPr>
        <w:t>berperan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dalam</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mengikat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oksigen</w:t>
      </w:r>
      <w:proofErr w:type="spellEnd"/>
      <w:r w:rsidRPr="00B27896">
        <w:rPr>
          <w:rFonts w:ascii="Times New Roman" w:hAnsi="Times New Roman" w:cs="Times New Roman"/>
          <w:sz w:val="24"/>
          <w:szCs w:val="24"/>
        </w:rPr>
        <w:t xml:space="preserve"> dan </w:t>
      </w:r>
      <w:proofErr w:type="spellStart"/>
      <w:r w:rsidRPr="00B27896">
        <w:rPr>
          <w:rFonts w:ascii="Times New Roman" w:hAnsi="Times New Roman" w:cs="Times New Roman"/>
          <w:sz w:val="24"/>
          <w:szCs w:val="24"/>
        </w:rPr>
        <w:t>mendistribusikannya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ke</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seluruh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jaringan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tubuh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Oksigen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dibutuhkan</w:t>
      </w:r>
      <w:proofErr w:type="spellEnd"/>
      <w:r w:rsidRPr="00B27896">
        <w:rPr>
          <w:rFonts w:ascii="Times New Roman" w:hAnsi="Times New Roman" w:cs="Times New Roman"/>
          <w:sz w:val="24"/>
          <w:szCs w:val="24"/>
        </w:rPr>
        <w:t xml:space="preserve"> oleh </w:t>
      </w:r>
      <w:proofErr w:type="spellStart"/>
      <w:r w:rsidRPr="00B27896">
        <w:rPr>
          <w:rFonts w:ascii="Times New Roman" w:hAnsi="Times New Roman" w:cs="Times New Roman"/>
          <w:sz w:val="24"/>
          <w:szCs w:val="24"/>
        </w:rPr>
        <w:t>jaringan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untuk</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menjalankan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fungsinya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secara</w:t>
      </w:r>
      <w:proofErr w:type="spellEnd"/>
      <w:r w:rsidRPr="00B27896">
        <w:rPr>
          <w:rFonts w:ascii="Times New Roman" w:hAnsi="Times New Roman" w:cs="Times New Roman"/>
          <w:sz w:val="24"/>
          <w:szCs w:val="24"/>
        </w:rPr>
        <w:t xml:space="preserve"> optimal. </w:t>
      </w:r>
      <w:proofErr w:type="spellStart"/>
      <w:r w:rsidRPr="00B27896">
        <w:rPr>
          <w:rFonts w:ascii="Times New Roman" w:hAnsi="Times New Roman" w:cs="Times New Roman"/>
          <w:sz w:val="24"/>
          <w:szCs w:val="24"/>
        </w:rPr>
        <w:t>Kekurangan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oksigen</w:t>
      </w:r>
      <w:proofErr w:type="spellEnd"/>
      <w:r w:rsidRPr="00B27896">
        <w:rPr>
          <w:rFonts w:ascii="Times New Roman" w:hAnsi="Times New Roman" w:cs="Times New Roman"/>
          <w:sz w:val="24"/>
          <w:szCs w:val="24"/>
        </w:rPr>
        <w:t xml:space="preserve"> di </w:t>
      </w:r>
      <w:proofErr w:type="spellStart"/>
      <w:r w:rsidRPr="00B27896">
        <w:rPr>
          <w:rFonts w:ascii="Times New Roman" w:hAnsi="Times New Roman" w:cs="Times New Roman"/>
          <w:sz w:val="24"/>
          <w:szCs w:val="24"/>
        </w:rPr>
        <w:t>otak</w:t>
      </w:r>
      <w:proofErr w:type="spellEnd"/>
      <w:r w:rsidRPr="00B27896">
        <w:rPr>
          <w:rFonts w:ascii="Times New Roman" w:hAnsi="Times New Roman" w:cs="Times New Roman"/>
          <w:sz w:val="24"/>
          <w:szCs w:val="24"/>
        </w:rPr>
        <w:t xml:space="preserve"> dan </w:t>
      </w:r>
      <w:proofErr w:type="spellStart"/>
      <w:r w:rsidRPr="00B27896">
        <w:rPr>
          <w:rFonts w:ascii="Times New Roman" w:hAnsi="Times New Roman" w:cs="Times New Roman"/>
          <w:sz w:val="24"/>
          <w:szCs w:val="24"/>
        </w:rPr>
        <w:t>otot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dapat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menyebabkan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gejala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seperti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penurunan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konsentrasi</w:t>
      </w:r>
      <w:proofErr w:type="spellEnd"/>
      <w:r w:rsidRPr="00B27896">
        <w:rPr>
          <w:rFonts w:ascii="Times New Roman" w:hAnsi="Times New Roman" w:cs="Times New Roman"/>
          <w:sz w:val="24"/>
          <w:szCs w:val="24"/>
        </w:rPr>
        <w:t xml:space="preserve"> dan </w:t>
      </w:r>
      <w:proofErr w:type="spellStart"/>
      <w:r w:rsidRPr="00B27896">
        <w:rPr>
          <w:rFonts w:ascii="Times New Roman" w:hAnsi="Times New Roman" w:cs="Times New Roman"/>
          <w:sz w:val="24"/>
          <w:szCs w:val="24"/>
        </w:rPr>
        <w:t>kelelahan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saat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beraktivitas</w:t>
      </w:r>
      <w:proofErr w:type="spellEnd"/>
      <w:r w:rsidRPr="00B27896">
        <w:rPr>
          <w:rFonts w:ascii="Times New Roman" w:hAnsi="Times New Roman" w:cs="Times New Roman"/>
          <w:sz w:val="24"/>
          <w:szCs w:val="24"/>
        </w:rPr>
        <w:t xml:space="preserve">. Hemoglobin </w:t>
      </w:r>
      <w:proofErr w:type="spellStart"/>
      <w:r w:rsidRPr="00B27896">
        <w:rPr>
          <w:rFonts w:ascii="Times New Roman" w:hAnsi="Times New Roman" w:cs="Times New Roman"/>
          <w:sz w:val="24"/>
          <w:szCs w:val="24"/>
        </w:rPr>
        <w:t>terbentuk</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dari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kombinasi</w:t>
      </w:r>
      <w:proofErr w:type="spellEnd"/>
      <w:r w:rsidRPr="00B27896">
        <w:rPr>
          <w:rFonts w:ascii="Times New Roman" w:hAnsi="Times New Roman" w:cs="Times New Roman"/>
          <w:sz w:val="24"/>
          <w:szCs w:val="24"/>
        </w:rPr>
        <w:t xml:space="preserve"> protein dan </w:t>
      </w:r>
      <w:proofErr w:type="spellStart"/>
      <w:r w:rsidRPr="00B27896">
        <w:rPr>
          <w:rFonts w:ascii="Times New Roman" w:hAnsi="Times New Roman" w:cs="Times New Roman"/>
          <w:sz w:val="24"/>
          <w:szCs w:val="24"/>
        </w:rPr>
        <w:t>zat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besi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membentuk</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sel</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darah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merah</w:t>
      </w:r>
      <w:proofErr w:type="spellEnd"/>
      <w:r w:rsidRPr="00B27896">
        <w:rPr>
          <w:rFonts w:ascii="Times New Roman" w:hAnsi="Times New Roman" w:cs="Times New Roman"/>
          <w:sz w:val="24"/>
          <w:szCs w:val="24"/>
        </w:rPr>
        <w:t xml:space="preserve">. Anemia </w:t>
      </w:r>
      <w:proofErr w:type="spellStart"/>
      <w:r w:rsidRPr="00B27896">
        <w:rPr>
          <w:rFonts w:ascii="Times New Roman" w:hAnsi="Times New Roman" w:cs="Times New Roman"/>
          <w:sz w:val="24"/>
          <w:szCs w:val="24"/>
        </w:rPr>
        <w:t>sendiri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adalah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suatu</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kondisi</w:t>
      </w:r>
      <w:proofErr w:type="spellEnd"/>
      <w:r w:rsidRPr="00B27896">
        <w:rPr>
          <w:rFonts w:ascii="Times New Roman" w:hAnsi="Times New Roman" w:cs="Times New Roman"/>
          <w:sz w:val="24"/>
          <w:szCs w:val="24"/>
        </w:rPr>
        <w:t xml:space="preserve"> yang </w:t>
      </w:r>
      <w:proofErr w:type="spellStart"/>
      <w:r w:rsidRPr="00B27896">
        <w:rPr>
          <w:rFonts w:ascii="Times New Roman" w:hAnsi="Times New Roman" w:cs="Times New Roman"/>
          <w:sz w:val="24"/>
          <w:szCs w:val="24"/>
        </w:rPr>
        <w:lastRenderedPageBreak/>
        <w:t>perlu</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dicari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penyebabnya</w:t>
      </w:r>
      <w:proofErr w:type="spellEnd"/>
      <w:r w:rsidRPr="00B27896">
        <w:rPr>
          <w:rFonts w:ascii="Times New Roman" w:hAnsi="Times New Roman" w:cs="Times New Roman"/>
          <w:sz w:val="24"/>
          <w:szCs w:val="24"/>
        </w:rPr>
        <w:t xml:space="preserve">, dan </w:t>
      </w:r>
      <w:proofErr w:type="spellStart"/>
      <w:r w:rsidRPr="00B27896">
        <w:rPr>
          <w:rFonts w:ascii="Times New Roman" w:hAnsi="Times New Roman" w:cs="Times New Roman"/>
          <w:sz w:val="24"/>
          <w:szCs w:val="24"/>
        </w:rPr>
        <w:t>penanganannya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harus</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disesuaikan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dengan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faktor</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penyebab</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tersebut</w:t>
      </w:r>
      <w:proofErr w:type="spellEnd"/>
      <w:r w:rsidRPr="00B27896">
        <w:rPr>
          <w:rFonts w:ascii="Times New Roman" w:hAnsi="Times New Roman" w:cs="Times New Roman"/>
          <w:sz w:val="24"/>
          <w:szCs w:val="24"/>
        </w:rPr>
        <w:t xml:space="preserve"> </w:t>
      </w:r>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approach.","author":[{"dropping-particle":"","family":"Chasanah","given":"Siti Uswatun","non-dropping-particle":"","parse-names":false,"suffix":""},{"dropping-particle":"","family":"Basuki","given":"Prastiwi Putri","non-dropping-particle":"","parse-names":false,"suffix":""},{"dropping-particle":"","family":"Dewi","given":"Ika Mustika","non-dropping-particle":"","parse-names":false,"suffix":""}],"container-title":"Angewandte Chemie International Edition, 6(11), 951–952.","id":"ITEM-1","issued":{"date-parts":[["2019"]]},"title":"Anemia Penyebab, Strategi Pencegahan dan Penanggulangannya bagi Remaja","type":"article-journal","volume":"2"},"uris":["http://www.mendeley.com/documents/?uuid=74b44a7f-6823-4d66-99c1-aaeeaafc4a3a"]}],"mendeley":{"formattedCitation":"(Chasanah et al., 2019)","manualFormatting":"(Chasanah dkk., 2019)","plainTextFormattedCitation":"(Chasanah et al., 2019)","previouslyFormattedCitation":"(Chasanah et al., 2019)"},"properties":{"noteIndex":0},"schema":"https://github.com/citation-style-language/schema/raw/master/csl-citation.json"}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Pr>
          <w:rFonts w:ascii="Times New Roman" w:hAnsi="Times New Roman" w:cs="Times New Roman"/>
          <w:noProof/>
          <w:sz w:val="24"/>
          <w:szCs w:val="24"/>
        </w:rPr>
        <w:t>(Chasanah dkk</w:t>
      </w:r>
      <w:r w:rsidR="00893D1F" w:rsidRPr="00893D1F">
        <w:rPr>
          <w:rFonts w:ascii="Times New Roman" w:hAnsi="Times New Roman" w:cs="Times New Roman"/>
          <w:noProof/>
          <w:sz w:val="24"/>
          <w:szCs w:val="24"/>
        </w:rPr>
        <w:t>., 2019)</w:t>
      </w:r>
      <w:r w:rsidR="00893D1F">
        <w:rPr>
          <w:rFonts w:ascii="Times New Roman" w:hAnsi="Times New Roman" w:cs="Times New Roman"/>
          <w:sz w:val="24"/>
          <w:szCs w:val="24"/>
        </w:rPr>
        <w:fldChar w:fldCharType="end"/>
      </w:r>
      <w:r w:rsidRPr="00B27896">
        <w:rPr>
          <w:rFonts w:ascii="Times New Roman" w:hAnsi="Times New Roman" w:cs="Times New Roman"/>
          <w:sz w:val="24"/>
          <w:szCs w:val="24"/>
        </w:rPr>
        <w:t>.</w:t>
      </w:r>
    </w:p>
    <w:p w14:paraId="1B37BB24" w14:textId="77777777" w:rsidR="00B27896" w:rsidRPr="00B27896" w:rsidRDefault="00B27896" w:rsidP="00B27896">
      <w:pPr>
        <w:jc w:val="both"/>
        <w:rPr>
          <w:rFonts w:ascii="Times New Roman" w:hAnsi="Times New Roman" w:cs="Times New Roman"/>
          <w:sz w:val="24"/>
          <w:szCs w:val="24"/>
        </w:rPr>
      </w:pPr>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Klasifikasi</w:t>
      </w:r>
      <w:proofErr w:type="spellEnd"/>
      <w:r w:rsidRPr="00B27896">
        <w:rPr>
          <w:rFonts w:ascii="Times New Roman" w:hAnsi="Times New Roman" w:cs="Times New Roman"/>
          <w:sz w:val="24"/>
          <w:szCs w:val="24"/>
        </w:rPr>
        <w:t xml:space="preserve"> anemia </w:t>
      </w:r>
      <w:proofErr w:type="spellStart"/>
      <w:r w:rsidRPr="00B27896">
        <w:rPr>
          <w:rFonts w:ascii="Times New Roman" w:hAnsi="Times New Roman" w:cs="Times New Roman"/>
          <w:sz w:val="24"/>
          <w:szCs w:val="24"/>
        </w:rPr>
        <w:t>berdasarkan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penyebabnya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terbagi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menjadi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tiga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kelompok</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utama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Pertama</w:t>
      </w:r>
      <w:proofErr w:type="spellEnd"/>
      <w:r w:rsidRPr="00B27896">
        <w:rPr>
          <w:rFonts w:ascii="Times New Roman" w:hAnsi="Times New Roman" w:cs="Times New Roman"/>
          <w:sz w:val="24"/>
          <w:szCs w:val="24"/>
        </w:rPr>
        <w:t xml:space="preserve">, anemia </w:t>
      </w:r>
      <w:proofErr w:type="spellStart"/>
      <w:r w:rsidRPr="00B27896">
        <w:rPr>
          <w:rFonts w:ascii="Times New Roman" w:hAnsi="Times New Roman" w:cs="Times New Roman"/>
          <w:sz w:val="24"/>
          <w:szCs w:val="24"/>
        </w:rPr>
        <w:t>akibat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kehilangan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sel</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darah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merah</w:t>
      </w:r>
      <w:proofErr w:type="spellEnd"/>
      <w:r w:rsidRPr="00B27896">
        <w:rPr>
          <w:rFonts w:ascii="Times New Roman" w:hAnsi="Times New Roman" w:cs="Times New Roman"/>
          <w:sz w:val="24"/>
          <w:szCs w:val="24"/>
        </w:rPr>
        <w:t xml:space="preserve">, yang </w:t>
      </w:r>
      <w:proofErr w:type="spellStart"/>
      <w:r w:rsidRPr="00B27896">
        <w:rPr>
          <w:rFonts w:ascii="Times New Roman" w:hAnsi="Times New Roman" w:cs="Times New Roman"/>
          <w:sz w:val="24"/>
          <w:szCs w:val="24"/>
        </w:rPr>
        <w:t>terjadi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akibat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perdarahan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dari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berbagai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sumber</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seperti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luka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perdarahan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saluran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pencernaan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perdarahan</w:t>
      </w:r>
      <w:proofErr w:type="spellEnd"/>
      <w:r w:rsidRPr="00B27896">
        <w:rPr>
          <w:rFonts w:ascii="Times New Roman" w:hAnsi="Times New Roman" w:cs="Times New Roman"/>
          <w:sz w:val="24"/>
          <w:szCs w:val="24"/>
        </w:rPr>
        <w:t xml:space="preserve"> uterus, </w:t>
      </w:r>
      <w:proofErr w:type="spellStart"/>
      <w:r w:rsidRPr="00B27896">
        <w:rPr>
          <w:rFonts w:ascii="Times New Roman" w:hAnsi="Times New Roman" w:cs="Times New Roman"/>
          <w:sz w:val="24"/>
          <w:szCs w:val="24"/>
        </w:rPr>
        <w:t>hidung</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atau</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akibat</w:t>
      </w:r>
      <w:proofErr w:type="spellEnd"/>
      <w:r w:rsidRPr="00B27896">
        <w:rPr>
          <w:rFonts w:ascii="Times New Roman" w:hAnsi="Times New Roman" w:cs="Times New Roman"/>
          <w:sz w:val="24"/>
          <w:szCs w:val="24"/>
        </w:rPr>
        <w:t xml:space="preserve"> proses </w:t>
      </w:r>
      <w:proofErr w:type="spellStart"/>
      <w:r w:rsidRPr="00B27896">
        <w:rPr>
          <w:rFonts w:ascii="Times New Roman" w:hAnsi="Times New Roman" w:cs="Times New Roman"/>
          <w:sz w:val="24"/>
          <w:szCs w:val="24"/>
        </w:rPr>
        <w:t>lainnya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Kedua</w:t>
      </w:r>
      <w:proofErr w:type="spellEnd"/>
      <w:r w:rsidRPr="00B27896">
        <w:rPr>
          <w:rFonts w:ascii="Times New Roman" w:hAnsi="Times New Roman" w:cs="Times New Roman"/>
          <w:sz w:val="24"/>
          <w:szCs w:val="24"/>
        </w:rPr>
        <w:t xml:space="preserve">, anemia yang </w:t>
      </w:r>
      <w:proofErr w:type="spellStart"/>
      <w:r w:rsidRPr="00B27896">
        <w:rPr>
          <w:rFonts w:ascii="Times New Roman" w:hAnsi="Times New Roman" w:cs="Times New Roman"/>
          <w:sz w:val="24"/>
          <w:szCs w:val="24"/>
        </w:rPr>
        <w:t>disebabkan</w:t>
      </w:r>
      <w:proofErr w:type="spellEnd"/>
      <w:r w:rsidRPr="00B27896">
        <w:rPr>
          <w:rFonts w:ascii="Times New Roman" w:hAnsi="Times New Roman" w:cs="Times New Roman"/>
          <w:sz w:val="24"/>
          <w:szCs w:val="24"/>
        </w:rPr>
        <w:t xml:space="preserve"> oleh </w:t>
      </w:r>
      <w:proofErr w:type="spellStart"/>
      <w:r w:rsidRPr="00B27896">
        <w:rPr>
          <w:rFonts w:ascii="Times New Roman" w:hAnsi="Times New Roman" w:cs="Times New Roman"/>
          <w:sz w:val="24"/>
          <w:szCs w:val="24"/>
        </w:rPr>
        <w:t>penurunan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produksi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sel</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darah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merah</w:t>
      </w:r>
      <w:proofErr w:type="spellEnd"/>
      <w:r w:rsidRPr="00B27896">
        <w:rPr>
          <w:rFonts w:ascii="Times New Roman" w:hAnsi="Times New Roman" w:cs="Times New Roman"/>
          <w:sz w:val="24"/>
          <w:szCs w:val="24"/>
        </w:rPr>
        <w:t xml:space="preserve">, yang </w:t>
      </w:r>
      <w:proofErr w:type="spellStart"/>
      <w:r w:rsidRPr="00B27896">
        <w:rPr>
          <w:rFonts w:ascii="Times New Roman" w:hAnsi="Times New Roman" w:cs="Times New Roman"/>
          <w:sz w:val="24"/>
          <w:szCs w:val="24"/>
        </w:rPr>
        <w:t>diakibatkan</w:t>
      </w:r>
      <w:proofErr w:type="spellEnd"/>
      <w:r w:rsidRPr="00B27896">
        <w:rPr>
          <w:rFonts w:ascii="Times New Roman" w:hAnsi="Times New Roman" w:cs="Times New Roman"/>
          <w:sz w:val="24"/>
          <w:szCs w:val="24"/>
        </w:rPr>
        <w:t xml:space="preserve"> oleh </w:t>
      </w:r>
      <w:proofErr w:type="spellStart"/>
      <w:r w:rsidRPr="00B27896">
        <w:rPr>
          <w:rFonts w:ascii="Times New Roman" w:hAnsi="Times New Roman" w:cs="Times New Roman"/>
          <w:sz w:val="24"/>
          <w:szCs w:val="24"/>
        </w:rPr>
        <w:t>kekurangan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komponen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penting</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seperti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asam</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folat</w:t>
      </w:r>
      <w:proofErr w:type="spellEnd"/>
      <w:r w:rsidRPr="00B27896">
        <w:rPr>
          <w:rFonts w:ascii="Times New Roman" w:hAnsi="Times New Roman" w:cs="Times New Roman"/>
          <w:sz w:val="24"/>
          <w:szCs w:val="24"/>
        </w:rPr>
        <w:t xml:space="preserve">, vitamin B12, dan </w:t>
      </w:r>
      <w:proofErr w:type="spellStart"/>
      <w:r w:rsidRPr="00B27896">
        <w:rPr>
          <w:rFonts w:ascii="Times New Roman" w:hAnsi="Times New Roman" w:cs="Times New Roman"/>
          <w:sz w:val="24"/>
          <w:szCs w:val="24"/>
        </w:rPr>
        <w:t>zat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besi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Gangguan</w:t>
      </w:r>
      <w:proofErr w:type="spellEnd"/>
      <w:r w:rsidRPr="00B27896">
        <w:rPr>
          <w:rFonts w:ascii="Times New Roman" w:hAnsi="Times New Roman" w:cs="Times New Roman"/>
          <w:sz w:val="24"/>
          <w:szCs w:val="24"/>
        </w:rPr>
        <w:t xml:space="preserve"> pada </w:t>
      </w:r>
      <w:proofErr w:type="spellStart"/>
      <w:r w:rsidRPr="00B27896">
        <w:rPr>
          <w:rFonts w:ascii="Times New Roman" w:hAnsi="Times New Roman" w:cs="Times New Roman"/>
          <w:sz w:val="24"/>
          <w:szCs w:val="24"/>
        </w:rPr>
        <w:t>sumsum</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tulang</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akibat</w:t>
      </w:r>
      <w:proofErr w:type="spellEnd"/>
      <w:r w:rsidRPr="00B27896">
        <w:rPr>
          <w:rFonts w:ascii="Times New Roman" w:hAnsi="Times New Roman" w:cs="Times New Roman"/>
          <w:sz w:val="24"/>
          <w:szCs w:val="24"/>
        </w:rPr>
        <w:t xml:space="preserve"> tumor, </w:t>
      </w:r>
      <w:proofErr w:type="spellStart"/>
      <w:r w:rsidRPr="00B27896">
        <w:rPr>
          <w:rFonts w:ascii="Times New Roman" w:hAnsi="Times New Roman" w:cs="Times New Roman"/>
          <w:sz w:val="24"/>
          <w:szCs w:val="24"/>
        </w:rPr>
        <w:t>pengobatan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atau</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toksin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serta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kurangnya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stimulasi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eritropoietin</w:t>
      </w:r>
      <w:proofErr w:type="spellEnd"/>
      <w:r w:rsidRPr="00B27896">
        <w:rPr>
          <w:rFonts w:ascii="Times New Roman" w:hAnsi="Times New Roman" w:cs="Times New Roman"/>
          <w:sz w:val="24"/>
          <w:szCs w:val="24"/>
        </w:rPr>
        <w:t xml:space="preserve"> pada </w:t>
      </w:r>
      <w:proofErr w:type="spellStart"/>
      <w:r w:rsidRPr="00B27896">
        <w:rPr>
          <w:rFonts w:ascii="Times New Roman" w:hAnsi="Times New Roman" w:cs="Times New Roman"/>
          <w:sz w:val="24"/>
          <w:szCs w:val="24"/>
        </w:rPr>
        <w:t>penyakit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ginjal</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kronis</w:t>
      </w:r>
      <w:proofErr w:type="spellEnd"/>
      <w:r w:rsidRPr="00B27896">
        <w:rPr>
          <w:rFonts w:ascii="Times New Roman" w:hAnsi="Times New Roman" w:cs="Times New Roman"/>
          <w:sz w:val="24"/>
          <w:szCs w:val="24"/>
        </w:rPr>
        <w:t xml:space="preserve"> juga </w:t>
      </w:r>
      <w:proofErr w:type="spellStart"/>
      <w:r w:rsidRPr="00B27896">
        <w:rPr>
          <w:rFonts w:ascii="Times New Roman" w:hAnsi="Times New Roman" w:cs="Times New Roman"/>
          <w:sz w:val="24"/>
          <w:szCs w:val="24"/>
        </w:rPr>
        <w:t>dapat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menghambat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produksi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sel</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darah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merah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Ketiga</w:t>
      </w:r>
      <w:proofErr w:type="spellEnd"/>
      <w:r w:rsidRPr="00B27896">
        <w:rPr>
          <w:rFonts w:ascii="Times New Roman" w:hAnsi="Times New Roman" w:cs="Times New Roman"/>
          <w:sz w:val="24"/>
          <w:szCs w:val="24"/>
        </w:rPr>
        <w:t xml:space="preserve">, anemia yang </w:t>
      </w:r>
      <w:proofErr w:type="spellStart"/>
      <w:r w:rsidRPr="00B27896">
        <w:rPr>
          <w:rFonts w:ascii="Times New Roman" w:hAnsi="Times New Roman" w:cs="Times New Roman"/>
          <w:sz w:val="24"/>
          <w:szCs w:val="24"/>
        </w:rPr>
        <w:t>disebabkan</w:t>
      </w:r>
      <w:proofErr w:type="spellEnd"/>
      <w:r w:rsidRPr="00B27896">
        <w:rPr>
          <w:rFonts w:ascii="Times New Roman" w:hAnsi="Times New Roman" w:cs="Times New Roman"/>
          <w:sz w:val="24"/>
          <w:szCs w:val="24"/>
        </w:rPr>
        <w:t xml:space="preserve"> oleh </w:t>
      </w:r>
      <w:proofErr w:type="spellStart"/>
      <w:r w:rsidRPr="00B27896">
        <w:rPr>
          <w:rFonts w:ascii="Times New Roman" w:hAnsi="Times New Roman" w:cs="Times New Roman"/>
          <w:sz w:val="24"/>
          <w:szCs w:val="24"/>
        </w:rPr>
        <w:t>peningkatan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kerusakan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sel</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darah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merah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biasanya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dipicu</w:t>
      </w:r>
      <w:proofErr w:type="spellEnd"/>
      <w:r w:rsidRPr="00B27896">
        <w:rPr>
          <w:rFonts w:ascii="Times New Roman" w:hAnsi="Times New Roman" w:cs="Times New Roman"/>
          <w:sz w:val="24"/>
          <w:szCs w:val="24"/>
        </w:rPr>
        <w:t xml:space="preserve"> oleh </w:t>
      </w:r>
      <w:proofErr w:type="spellStart"/>
      <w:r w:rsidRPr="00B27896">
        <w:rPr>
          <w:rFonts w:ascii="Times New Roman" w:hAnsi="Times New Roman" w:cs="Times New Roman"/>
          <w:sz w:val="24"/>
          <w:szCs w:val="24"/>
        </w:rPr>
        <w:t>hiperaktivitas</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Sistem</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Retikuloendotelial</w:t>
      </w:r>
      <w:proofErr w:type="spellEnd"/>
      <w:r w:rsidRPr="00B27896">
        <w:rPr>
          <w:rFonts w:ascii="Times New Roman" w:hAnsi="Times New Roman" w:cs="Times New Roman"/>
          <w:sz w:val="24"/>
          <w:szCs w:val="24"/>
        </w:rPr>
        <w:t xml:space="preserve"> (RES) </w:t>
      </w:r>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approach.","author":[{"dropping-particle":"","family":"Chasanah","given":"Siti Uswatun","non-dropping-particle":"","parse-names":false,"suffix":""},{"dropping-particle":"","family":"Basuki","given":"Prastiwi Putri","non-dropping-particle":"","parse-names":false,"suffix":""},{"dropping-particle":"","family":"Dewi","given":"Ika Mustika","non-dropping-particle":"","parse-names":false,"suffix":""}],"container-title":"Angewandte Chemie International Edition, 6(11), 951–952.","id":"ITEM-1","issued":{"date-parts":[["2019"]]},"title":"Anemia Penyebab, Strategi Pencegahan dan Penanggulangannya bagi Remaja","type":"article-journal","volume":"2"},"uris":["http://www.mendeley.com/documents/?uuid=74b44a7f-6823-4d66-99c1-aaeeaafc4a3a"]}],"mendeley":{"formattedCitation":"(Chasanah et al., 2019)","plainTextFormattedCitation":"(Chasanah et al., 2019)","previouslyFormattedCitation":"(Chasanah et al., 2019)"},"properties":{"noteIndex":0},"schema":"https://github.com/citation-style-language/schema/raw/master/csl-citation.json"}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sidRPr="00893D1F">
        <w:rPr>
          <w:rFonts w:ascii="Times New Roman" w:hAnsi="Times New Roman" w:cs="Times New Roman"/>
          <w:noProof/>
          <w:sz w:val="24"/>
          <w:szCs w:val="24"/>
        </w:rPr>
        <w:t>(Chasanah et al., 2019)</w:t>
      </w:r>
      <w:r w:rsidR="00893D1F">
        <w:rPr>
          <w:rFonts w:ascii="Times New Roman" w:hAnsi="Times New Roman" w:cs="Times New Roman"/>
          <w:sz w:val="24"/>
          <w:szCs w:val="24"/>
        </w:rPr>
        <w:fldChar w:fldCharType="end"/>
      </w:r>
      <w:r w:rsidR="00893D1F">
        <w:rPr>
          <w:rFonts w:ascii="Times New Roman" w:hAnsi="Times New Roman" w:cs="Times New Roman"/>
          <w:sz w:val="24"/>
          <w:szCs w:val="24"/>
        </w:rPr>
        <w:t>.</w:t>
      </w:r>
    </w:p>
    <w:p w14:paraId="441324DA" w14:textId="77777777" w:rsidR="00B27896" w:rsidRPr="00B27896" w:rsidRDefault="00B27896" w:rsidP="00B27896">
      <w:pPr>
        <w:jc w:val="both"/>
        <w:rPr>
          <w:rFonts w:ascii="Times New Roman" w:hAnsi="Times New Roman" w:cs="Times New Roman"/>
          <w:sz w:val="24"/>
          <w:szCs w:val="24"/>
        </w:rPr>
      </w:pPr>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Secara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umum</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sebagian</w:t>
      </w:r>
      <w:proofErr w:type="spellEnd"/>
      <w:r w:rsidRPr="00B27896">
        <w:rPr>
          <w:rFonts w:ascii="Times New Roman" w:hAnsi="Times New Roman" w:cs="Times New Roman"/>
          <w:sz w:val="24"/>
          <w:szCs w:val="24"/>
        </w:rPr>
        <w:t xml:space="preserve"> orang </w:t>
      </w:r>
      <w:proofErr w:type="spellStart"/>
      <w:r w:rsidRPr="00B27896">
        <w:rPr>
          <w:rFonts w:ascii="Times New Roman" w:hAnsi="Times New Roman" w:cs="Times New Roman"/>
          <w:sz w:val="24"/>
          <w:szCs w:val="24"/>
        </w:rPr>
        <w:t>dengan</w:t>
      </w:r>
      <w:proofErr w:type="spellEnd"/>
      <w:r w:rsidRPr="00B27896">
        <w:rPr>
          <w:rFonts w:ascii="Times New Roman" w:hAnsi="Times New Roman" w:cs="Times New Roman"/>
          <w:sz w:val="24"/>
          <w:szCs w:val="24"/>
        </w:rPr>
        <w:t xml:space="preserve"> anemia </w:t>
      </w:r>
      <w:proofErr w:type="spellStart"/>
      <w:r w:rsidRPr="00B27896">
        <w:rPr>
          <w:rFonts w:ascii="Times New Roman" w:hAnsi="Times New Roman" w:cs="Times New Roman"/>
          <w:sz w:val="24"/>
          <w:szCs w:val="24"/>
        </w:rPr>
        <w:t>tidak</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menunjukkan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gejala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atau</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tanda</w:t>
      </w:r>
      <w:proofErr w:type="spellEnd"/>
      <w:r w:rsidRPr="00B27896">
        <w:rPr>
          <w:rFonts w:ascii="Times New Roman" w:hAnsi="Times New Roman" w:cs="Times New Roman"/>
          <w:sz w:val="24"/>
          <w:szCs w:val="24"/>
        </w:rPr>
        <w:t xml:space="preserve"> yang </w:t>
      </w:r>
      <w:proofErr w:type="spellStart"/>
      <w:r w:rsidRPr="00B27896">
        <w:rPr>
          <w:rFonts w:ascii="Times New Roman" w:hAnsi="Times New Roman" w:cs="Times New Roman"/>
          <w:sz w:val="24"/>
          <w:szCs w:val="24"/>
        </w:rPr>
        <w:t>jelas</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Namun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demikian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ada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beberapa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gejala</w:t>
      </w:r>
      <w:proofErr w:type="spellEnd"/>
      <w:r w:rsidRPr="00B27896">
        <w:rPr>
          <w:rFonts w:ascii="Times New Roman" w:hAnsi="Times New Roman" w:cs="Times New Roman"/>
          <w:sz w:val="24"/>
          <w:szCs w:val="24"/>
        </w:rPr>
        <w:t xml:space="preserve"> anemia yang </w:t>
      </w:r>
      <w:proofErr w:type="spellStart"/>
      <w:r w:rsidRPr="00B27896">
        <w:rPr>
          <w:rFonts w:ascii="Times New Roman" w:hAnsi="Times New Roman" w:cs="Times New Roman"/>
          <w:sz w:val="24"/>
          <w:szCs w:val="24"/>
        </w:rPr>
        <w:t>dapat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dialami</w:t>
      </w:r>
      <w:proofErr w:type="spellEnd"/>
      <w:r w:rsidRPr="00B27896">
        <w:rPr>
          <w:rFonts w:ascii="Times New Roman" w:hAnsi="Times New Roman" w:cs="Times New Roman"/>
          <w:sz w:val="24"/>
          <w:szCs w:val="24"/>
        </w:rPr>
        <w:t xml:space="preserve"> oleh </w:t>
      </w:r>
      <w:proofErr w:type="spellStart"/>
      <w:r w:rsidRPr="00B27896">
        <w:rPr>
          <w:rFonts w:ascii="Times New Roman" w:hAnsi="Times New Roman" w:cs="Times New Roman"/>
          <w:sz w:val="24"/>
          <w:szCs w:val="24"/>
        </w:rPr>
        <w:t>remaja</w:t>
      </w:r>
      <w:proofErr w:type="spellEnd"/>
      <w:r w:rsidRPr="00B27896">
        <w:rPr>
          <w:rFonts w:ascii="Times New Roman" w:hAnsi="Times New Roman" w:cs="Times New Roman"/>
          <w:sz w:val="24"/>
          <w:szCs w:val="24"/>
        </w:rPr>
        <w:t xml:space="preserve">. Di </w:t>
      </w:r>
      <w:proofErr w:type="spellStart"/>
      <w:r w:rsidRPr="00B27896">
        <w:rPr>
          <w:rFonts w:ascii="Times New Roman" w:hAnsi="Times New Roman" w:cs="Times New Roman"/>
          <w:sz w:val="24"/>
          <w:szCs w:val="24"/>
        </w:rPr>
        <w:t>antaranya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adalah</w:t>
      </w:r>
      <w:proofErr w:type="spellEnd"/>
      <w:r w:rsidRPr="00B27896">
        <w:rPr>
          <w:rFonts w:ascii="Times New Roman" w:hAnsi="Times New Roman" w:cs="Times New Roman"/>
          <w:sz w:val="24"/>
          <w:szCs w:val="24"/>
        </w:rPr>
        <w:t xml:space="preserve"> rasa </w:t>
      </w:r>
      <w:proofErr w:type="spellStart"/>
      <w:r w:rsidRPr="00B27896">
        <w:rPr>
          <w:rFonts w:ascii="Times New Roman" w:hAnsi="Times New Roman" w:cs="Times New Roman"/>
          <w:sz w:val="24"/>
          <w:szCs w:val="24"/>
        </w:rPr>
        <w:t>lelah</w:t>
      </w:r>
      <w:proofErr w:type="spellEnd"/>
      <w:r w:rsidRPr="00B27896">
        <w:rPr>
          <w:rFonts w:ascii="Times New Roman" w:hAnsi="Times New Roman" w:cs="Times New Roman"/>
          <w:sz w:val="24"/>
          <w:szCs w:val="24"/>
        </w:rPr>
        <w:t xml:space="preserve"> yang </w:t>
      </w:r>
      <w:proofErr w:type="spellStart"/>
      <w:r w:rsidRPr="00B27896">
        <w:rPr>
          <w:rFonts w:ascii="Times New Roman" w:hAnsi="Times New Roman" w:cs="Times New Roman"/>
          <w:sz w:val="24"/>
          <w:szCs w:val="24"/>
        </w:rPr>
        <w:t>berlebihan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perubahan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suasana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hati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kulit</w:t>
      </w:r>
      <w:proofErr w:type="spellEnd"/>
      <w:r w:rsidRPr="00B27896">
        <w:rPr>
          <w:rFonts w:ascii="Times New Roman" w:hAnsi="Times New Roman" w:cs="Times New Roman"/>
          <w:sz w:val="24"/>
          <w:szCs w:val="24"/>
        </w:rPr>
        <w:t xml:space="preserve"> yang </w:t>
      </w:r>
      <w:proofErr w:type="spellStart"/>
      <w:r w:rsidRPr="00B27896">
        <w:rPr>
          <w:rFonts w:ascii="Times New Roman" w:hAnsi="Times New Roman" w:cs="Times New Roman"/>
          <w:sz w:val="24"/>
          <w:szCs w:val="24"/>
        </w:rPr>
        <w:t>terlihat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lebih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pucat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serta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sering</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mengalami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pusing</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Beberapa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remaja</w:t>
      </w:r>
      <w:proofErr w:type="spellEnd"/>
      <w:r w:rsidRPr="00B27896">
        <w:rPr>
          <w:rFonts w:ascii="Times New Roman" w:hAnsi="Times New Roman" w:cs="Times New Roman"/>
          <w:sz w:val="24"/>
          <w:szCs w:val="24"/>
        </w:rPr>
        <w:t xml:space="preserve"> juga </w:t>
      </w:r>
      <w:proofErr w:type="spellStart"/>
      <w:r w:rsidRPr="00B27896">
        <w:rPr>
          <w:rFonts w:ascii="Times New Roman" w:hAnsi="Times New Roman" w:cs="Times New Roman"/>
          <w:sz w:val="24"/>
          <w:szCs w:val="24"/>
        </w:rPr>
        <w:t>dapat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mengalami</w:t>
      </w:r>
      <w:proofErr w:type="spellEnd"/>
      <w:r w:rsidRPr="00B27896">
        <w:rPr>
          <w:rFonts w:ascii="Times New Roman" w:hAnsi="Times New Roman" w:cs="Times New Roman"/>
          <w:sz w:val="24"/>
          <w:szCs w:val="24"/>
        </w:rPr>
        <w:t xml:space="preserve"> jaundice, </w:t>
      </w:r>
      <w:proofErr w:type="spellStart"/>
      <w:r w:rsidRPr="00B27896">
        <w:rPr>
          <w:rFonts w:ascii="Times New Roman" w:hAnsi="Times New Roman" w:cs="Times New Roman"/>
          <w:sz w:val="24"/>
          <w:szCs w:val="24"/>
        </w:rPr>
        <w:t>yaitu</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kondisi</w:t>
      </w:r>
      <w:proofErr w:type="spellEnd"/>
      <w:r w:rsidRPr="00B27896">
        <w:rPr>
          <w:rFonts w:ascii="Times New Roman" w:hAnsi="Times New Roman" w:cs="Times New Roman"/>
          <w:sz w:val="24"/>
          <w:szCs w:val="24"/>
        </w:rPr>
        <w:t xml:space="preserve"> di mana </w:t>
      </w:r>
      <w:proofErr w:type="spellStart"/>
      <w:r w:rsidRPr="00B27896">
        <w:rPr>
          <w:rFonts w:ascii="Times New Roman" w:hAnsi="Times New Roman" w:cs="Times New Roman"/>
          <w:sz w:val="24"/>
          <w:szCs w:val="24"/>
        </w:rPr>
        <w:t>kulit</w:t>
      </w:r>
      <w:proofErr w:type="spellEnd"/>
      <w:r w:rsidRPr="00B27896">
        <w:rPr>
          <w:rFonts w:ascii="Times New Roman" w:hAnsi="Times New Roman" w:cs="Times New Roman"/>
          <w:sz w:val="24"/>
          <w:szCs w:val="24"/>
        </w:rPr>
        <w:t xml:space="preserve"> dan </w:t>
      </w:r>
      <w:proofErr w:type="spellStart"/>
      <w:r w:rsidRPr="00B27896">
        <w:rPr>
          <w:rFonts w:ascii="Times New Roman" w:hAnsi="Times New Roman" w:cs="Times New Roman"/>
          <w:sz w:val="24"/>
          <w:szCs w:val="24"/>
        </w:rPr>
        <w:t>mata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menjadi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kuning</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Selain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itu</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detak</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jantung</w:t>
      </w:r>
      <w:proofErr w:type="spellEnd"/>
      <w:r w:rsidRPr="00B27896">
        <w:rPr>
          <w:rFonts w:ascii="Times New Roman" w:hAnsi="Times New Roman" w:cs="Times New Roman"/>
          <w:sz w:val="24"/>
          <w:szCs w:val="24"/>
        </w:rPr>
        <w:t xml:space="preserve"> yang </w:t>
      </w:r>
      <w:proofErr w:type="spellStart"/>
      <w:r w:rsidRPr="00B27896">
        <w:rPr>
          <w:rFonts w:ascii="Times New Roman" w:hAnsi="Times New Roman" w:cs="Times New Roman"/>
          <w:sz w:val="24"/>
          <w:szCs w:val="24"/>
        </w:rPr>
        <w:t>lebih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cepat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dari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biasanya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sesak</w:t>
      </w:r>
      <w:proofErr w:type="spellEnd"/>
      <w:r w:rsidRPr="00B27896">
        <w:rPr>
          <w:rFonts w:ascii="Times New Roman" w:hAnsi="Times New Roman" w:cs="Times New Roman"/>
          <w:sz w:val="24"/>
          <w:szCs w:val="24"/>
        </w:rPr>
        <w:t xml:space="preserve"> napas, </w:t>
      </w:r>
      <w:proofErr w:type="spellStart"/>
      <w:r w:rsidRPr="00B27896">
        <w:rPr>
          <w:rFonts w:ascii="Times New Roman" w:hAnsi="Times New Roman" w:cs="Times New Roman"/>
          <w:sz w:val="24"/>
          <w:szCs w:val="24"/>
        </w:rPr>
        <w:t>sindrom</w:t>
      </w:r>
      <w:proofErr w:type="spellEnd"/>
      <w:r w:rsidRPr="00B27896">
        <w:rPr>
          <w:rFonts w:ascii="Times New Roman" w:hAnsi="Times New Roman" w:cs="Times New Roman"/>
          <w:sz w:val="24"/>
          <w:szCs w:val="24"/>
        </w:rPr>
        <w:t xml:space="preserve"> kaki </w:t>
      </w:r>
      <w:proofErr w:type="spellStart"/>
      <w:r w:rsidRPr="00B27896">
        <w:rPr>
          <w:rFonts w:ascii="Times New Roman" w:hAnsi="Times New Roman" w:cs="Times New Roman"/>
          <w:sz w:val="24"/>
          <w:szCs w:val="24"/>
        </w:rPr>
        <w:t>gelisah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serta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pembengkakan</w:t>
      </w:r>
      <w:proofErr w:type="spellEnd"/>
      <w:r w:rsidRPr="00B27896">
        <w:rPr>
          <w:rFonts w:ascii="Times New Roman" w:hAnsi="Times New Roman" w:cs="Times New Roman"/>
          <w:sz w:val="24"/>
          <w:szCs w:val="24"/>
        </w:rPr>
        <w:t xml:space="preserve"> pada kaki dan </w:t>
      </w:r>
      <w:proofErr w:type="spellStart"/>
      <w:r w:rsidRPr="00B27896">
        <w:rPr>
          <w:rFonts w:ascii="Times New Roman" w:hAnsi="Times New Roman" w:cs="Times New Roman"/>
          <w:sz w:val="24"/>
          <w:szCs w:val="24"/>
        </w:rPr>
        <w:t>tangan</w:t>
      </w:r>
      <w:proofErr w:type="spellEnd"/>
      <w:r w:rsidRPr="00B27896">
        <w:rPr>
          <w:rFonts w:ascii="Times New Roman" w:hAnsi="Times New Roman" w:cs="Times New Roman"/>
          <w:sz w:val="24"/>
          <w:szCs w:val="24"/>
        </w:rPr>
        <w:t xml:space="preserve"> juga </w:t>
      </w:r>
      <w:proofErr w:type="spellStart"/>
      <w:r w:rsidRPr="00B27896">
        <w:rPr>
          <w:rFonts w:ascii="Times New Roman" w:hAnsi="Times New Roman" w:cs="Times New Roman"/>
          <w:sz w:val="24"/>
          <w:szCs w:val="24"/>
        </w:rPr>
        <w:t>dapat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terjadi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terutama</w:t>
      </w:r>
      <w:proofErr w:type="spellEnd"/>
      <w:r w:rsidRPr="00B27896">
        <w:rPr>
          <w:rFonts w:ascii="Times New Roman" w:hAnsi="Times New Roman" w:cs="Times New Roman"/>
          <w:sz w:val="24"/>
          <w:szCs w:val="24"/>
        </w:rPr>
        <w:t xml:space="preserve"> pada </w:t>
      </w:r>
      <w:proofErr w:type="spellStart"/>
      <w:r w:rsidRPr="00B27896">
        <w:rPr>
          <w:rFonts w:ascii="Times New Roman" w:hAnsi="Times New Roman" w:cs="Times New Roman"/>
          <w:sz w:val="24"/>
          <w:szCs w:val="24"/>
        </w:rPr>
        <w:t>kasus</w:t>
      </w:r>
      <w:proofErr w:type="spellEnd"/>
      <w:r w:rsidRPr="00B27896">
        <w:rPr>
          <w:rFonts w:ascii="Times New Roman" w:hAnsi="Times New Roman" w:cs="Times New Roman"/>
          <w:sz w:val="24"/>
          <w:szCs w:val="24"/>
        </w:rPr>
        <w:t xml:space="preserve"> anemia </w:t>
      </w:r>
      <w:proofErr w:type="spellStart"/>
      <w:r w:rsidRPr="00B27896">
        <w:rPr>
          <w:rFonts w:ascii="Times New Roman" w:hAnsi="Times New Roman" w:cs="Times New Roman"/>
          <w:sz w:val="24"/>
          <w:szCs w:val="24"/>
        </w:rPr>
        <w:t>berat</w:t>
      </w:r>
      <w:proofErr w:type="spellEnd"/>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{"citationItems":[{"id":"ITEM-1","itemData":{"author":[{"dropping-particle":"","family":"Kemenkes RI","given":"","non-dropping-particle":"","parse-names":false,"suffix":""}],"id":"ITEM-1","issued":{"date-parts":[["2023"]]},"title":"Mengenal Gejala Anemia Pada Remaja","type":"article-journal"},"uris":["http://www.mendeley.com/documents/?uuid=bf4efdcc-1095-434d-a665-24e9b90d6ba1"]}],"mendeley":{"formattedCitation":"(Kemenkes RI, 2023)","plainTextFormattedCitation":"(Kemenkes RI, 2023)","previouslyFormattedCitation":"(Kemenkes RI, 2023)"},"properties":{"noteIndex":0},"schema":"https://github.com/citation-style-language/schema/raw/master/csl-citation.json"}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sidRPr="00893D1F">
        <w:rPr>
          <w:rFonts w:ascii="Times New Roman" w:hAnsi="Times New Roman" w:cs="Times New Roman"/>
          <w:noProof/>
          <w:sz w:val="24"/>
          <w:szCs w:val="24"/>
        </w:rPr>
        <w:t>(Kemenkes RI, 2023)</w:t>
      </w:r>
      <w:r w:rsidR="00893D1F">
        <w:rPr>
          <w:rFonts w:ascii="Times New Roman" w:hAnsi="Times New Roman" w:cs="Times New Roman"/>
          <w:sz w:val="24"/>
          <w:szCs w:val="24"/>
        </w:rPr>
        <w:fldChar w:fldCharType="end"/>
      </w:r>
      <w:r w:rsidR="00893D1F">
        <w:rPr>
          <w:rFonts w:ascii="Times New Roman" w:hAnsi="Times New Roman" w:cs="Times New Roman"/>
          <w:sz w:val="24"/>
          <w:szCs w:val="24"/>
        </w:rPr>
        <w:t>.</w:t>
      </w:r>
    </w:p>
    <w:p w14:paraId="2D79A8B2" w14:textId="77777777" w:rsidR="00B27896" w:rsidRPr="00B27896" w:rsidRDefault="00B27896" w:rsidP="00B27896">
      <w:pPr>
        <w:jc w:val="both"/>
        <w:rPr>
          <w:rFonts w:ascii="Times New Roman" w:hAnsi="Times New Roman" w:cs="Times New Roman"/>
          <w:sz w:val="24"/>
          <w:szCs w:val="24"/>
        </w:rPr>
      </w:pPr>
      <w:r w:rsidRPr="00B27896">
        <w:rPr>
          <w:rFonts w:ascii="Times New Roman" w:hAnsi="Times New Roman" w:cs="Times New Roman"/>
          <w:sz w:val="24"/>
          <w:szCs w:val="24"/>
        </w:rPr>
        <w:t xml:space="preserve">       Anemia </w:t>
      </w:r>
      <w:proofErr w:type="spellStart"/>
      <w:r w:rsidRPr="00B27896">
        <w:rPr>
          <w:rFonts w:ascii="Times New Roman" w:hAnsi="Times New Roman" w:cs="Times New Roman"/>
          <w:sz w:val="24"/>
          <w:szCs w:val="24"/>
        </w:rPr>
        <w:t>dapat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berdampak</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buruk</w:t>
      </w:r>
      <w:proofErr w:type="spellEnd"/>
      <w:r w:rsidRPr="00B27896">
        <w:rPr>
          <w:rFonts w:ascii="Times New Roman" w:hAnsi="Times New Roman" w:cs="Times New Roman"/>
          <w:sz w:val="24"/>
          <w:szCs w:val="24"/>
        </w:rPr>
        <w:t xml:space="preserve"> pada </w:t>
      </w:r>
      <w:proofErr w:type="spellStart"/>
      <w:r w:rsidRPr="00B27896">
        <w:rPr>
          <w:rFonts w:ascii="Times New Roman" w:hAnsi="Times New Roman" w:cs="Times New Roman"/>
          <w:sz w:val="24"/>
          <w:szCs w:val="24"/>
        </w:rPr>
        <w:t>remaja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putri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Rematri</w:t>
      </w:r>
      <w:proofErr w:type="spellEnd"/>
      <w:r w:rsidRPr="00B27896">
        <w:rPr>
          <w:rFonts w:ascii="Times New Roman" w:hAnsi="Times New Roman" w:cs="Times New Roman"/>
          <w:sz w:val="24"/>
          <w:szCs w:val="24"/>
        </w:rPr>
        <w:t xml:space="preserve"> dan </w:t>
      </w:r>
      <w:proofErr w:type="spellStart"/>
      <w:r w:rsidRPr="00B27896">
        <w:rPr>
          <w:rFonts w:ascii="Times New Roman" w:hAnsi="Times New Roman" w:cs="Times New Roman"/>
          <w:sz w:val="24"/>
          <w:szCs w:val="24"/>
        </w:rPr>
        <w:t>wanita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usia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subur</w:t>
      </w:r>
      <w:proofErr w:type="spellEnd"/>
      <w:r w:rsidRPr="00B27896">
        <w:rPr>
          <w:rFonts w:ascii="Times New Roman" w:hAnsi="Times New Roman" w:cs="Times New Roman"/>
          <w:sz w:val="24"/>
          <w:szCs w:val="24"/>
        </w:rPr>
        <w:t xml:space="preserve"> (WUS) </w:t>
      </w:r>
      <w:proofErr w:type="spellStart"/>
      <w:r w:rsidRPr="00B27896">
        <w:rPr>
          <w:rFonts w:ascii="Times New Roman" w:hAnsi="Times New Roman" w:cs="Times New Roman"/>
          <w:sz w:val="24"/>
          <w:szCs w:val="24"/>
        </w:rPr>
        <w:t>dengan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berbagai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efek</w:t>
      </w:r>
      <w:proofErr w:type="spellEnd"/>
      <w:r w:rsidRPr="00B27896">
        <w:rPr>
          <w:rFonts w:ascii="Times New Roman" w:hAnsi="Times New Roman" w:cs="Times New Roman"/>
          <w:sz w:val="24"/>
          <w:szCs w:val="24"/>
        </w:rPr>
        <w:t xml:space="preserve"> </w:t>
      </w:r>
      <w:proofErr w:type="spellStart"/>
      <w:proofErr w:type="gramStart"/>
      <w:r w:rsidRPr="00B27896">
        <w:rPr>
          <w:rFonts w:ascii="Times New Roman" w:hAnsi="Times New Roman" w:cs="Times New Roman"/>
          <w:sz w:val="24"/>
          <w:szCs w:val="24"/>
        </w:rPr>
        <w:t>merugikan.Kondisi</w:t>
      </w:r>
      <w:proofErr w:type="spellEnd"/>
      <w:proofErr w:type="gram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ini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Menurunkan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kekuatan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sistem</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imun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sehingga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penderita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lebih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rentan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terhadap</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infeksi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penyakit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Selain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itu</w:t>
      </w:r>
      <w:proofErr w:type="spellEnd"/>
      <w:r w:rsidRPr="00B27896">
        <w:rPr>
          <w:rFonts w:ascii="Times New Roman" w:hAnsi="Times New Roman" w:cs="Times New Roman"/>
          <w:sz w:val="24"/>
          <w:szCs w:val="24"/>
        </w:rPr>
        <w:t xml:space="preserve">, anemia juga </w:t>
      </w:r>
      <w:proofErr w:type="spellStart"/>
      <w:r w:rsidRPr="00B27896">
        <w:rPr>
          <w:rFonts w:ascii="Times New Roman" w:hAnsi="Times New Roman" w:cs="Times New Roman"/>
          <w:sz w:val="24"/>
          <w:szCs w:val="24"/>
        </w:rPr>
        <w:t>mengakibatkan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kebugaran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fisik</w:t>
      </w:r>
      <w:proofErr w:type="spellEnd"/>
      <w:r w:rsidRPr="00B27896">
        <w:rPr>
          <w:rFonts w:ascii="Times New Roman" w:hAnsi="Times New Roman" w:cs="Times New Roman"/>
          <w:sz w:val="24"/>
          <w:szCs w:val="24"/>
        </w:rPr>
        <w:t xml:space="preserve"> dan </w:t>
      </w:r>
      <w:proofErr w:type="spellStart"/>
      <w:r w:rsidRPr="00B27896">
        <w:rPr>
          <w:rFonts w:ascii="Times New Roman" w:hAnsi="Times New Roman" w:cs="Times New Roman"/>
          <w:sz w:val="24"/>
          <w:szCs w:val="24"/>
        </w:rPr>
        <w:t>ketajaman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berpikir</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menurun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akibat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pasokan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oksigen</w:t>
      </w:r>
      <w:proofErr w:type="spellEnd"/>
      <w:r w:rsidRPr="00B27896">
        <w:rPr>
          <w:rFonts w:ascii="Times New Roman" w:hAnsi="Times New Roman" w:cs="Times New Roman"/>
          <w:sz w:val="24"/>
          <w:szCs w:val="24"/>
        </w:rPr>
        <w:t xml:space="preserve"> yang </w:t>
      </w:r>
      <w:proofErr w:type="spellStart"/>
      <w:r w:rsidRPr="00B27896">
        <w:rPr>
          <w:rFonts w:ascii="Times New Roman" w:hAnsi="Times New Roman" w:cs="Times New Roman"/>
          <w:sz w:val="24"/>
          <w:szCs w:val="24"/>
        </w:rPr>
        <w:t>tidak</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mencukupi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ke</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sel-sel</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otot</w:t>
      </w:r>
      <w:proofErr w:type="spellEnd"/>
      <w:r w:rsidRPr="00B27896">
        <w:rPr>
          <w:rFonts w:ascii="Times New Roman" w:hAnsi="Times New Roman" w:cs="Times New Roman"/>
          <w:sz w:val="24"/>
          <w:szCs w:val="24"/>
        </w:rPr>
        <w:t xml:space="preserve"> dan </w:t>
      </w:r>
      <w:proofErr w:type="spellStart"/>
      <w:r w:rsidRPr="00B27896">
        <w:rPr>
          <w:rFonts w:ascii="Times New Roman" w:hAnsi="Times New Roman" w:cs="Times New Roman"/>
          <w:sz w:val="24"/>
          <w:szCs w:val="24"/>
        </w:rPr>
        <w:t>otak</w:t>
      </w:r>
      <w:proofErr w:type="spellEnd"/>
      <w:r w:rsidRPr="00B27896">
        <w:rPr>
          <w:rFonts w:ascii="Times New Roman" w:hAnsi="Times New Roman" w:cs="Times New Roman"/>
          <w:sz w:val="24"/>
          <w:szCs w:val="24"/>
        </w:rPr>
        <w:t xml:space="preserve">. Serta </w:t>
      </w:r>
      <w:proofErr w:type="spellStart"/>
      <w:r w:rsidRPr="00B27896">
        <w:rPr>
          <w:rFonts w:ascii="Times New Roman" w:hAnsi="Times New Roman" w:cs="Times New Roman"/>
          <w:sz w:val="24"/>
          <w:szCs w:val="24"/>
        </w:rPr>
        <w:t>menurunkan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pencapaian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akademik</w:t>
      </w:r>
      <w:proofErr w:type="spellEnd"/>
      <w:r w:rsidRPr="00B27896">
        <w:rPr>
          <w:rFonts w:ascii="Times New Roman" w:hAnsi="Times New Roman" w:cs="Times New Roman"/>
          <w:sz w:val="24"/>
          <w:szCs w:val="24"/>
        </w:rPr>
        <w:t xml:space="preserve"> dan </w:t>
      </w:r>
      <w:proofErr w:type="spellStart"/>
      <w:r w:rsidRPr="00B27896">
        <w:rPr>
          <w:rFonts w:ascii="Times New Roman" w:hAnsi="Times New Roman" w:cs="Times New Roman"/>
          <w:sz w:val="24"/>
          <w:szCs w:val="24"/>
        </w:rPr>
        <w:t>mengurangi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produktivitas</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maupun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kinerja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Dampak</w:t>
      </w:r>
      <w:proofErr w:type="spellEnd"/>
      <w:r w:rsidRPr="00B27896">
        <w:rPr>
          <w:rFonts w:ascii="Times New Roman" w:hAnsi="Times New Roman" w:cs="Times New Roman"/>
          <w:sz w:val="24"/>
          <w:szCs w:val="24"/>
        </w:rPr>
        <w:t xml:space="preserve"> anemia pada </w:t>
      </w:r>
      <w:proofErr w:type="spellStart"/>
      <w:r w:rsidRPr="00B27896">
        <w:rPr>
          <w:rFonts w:ascii="Times New Roman" w:hAnsi="Times New Roman" w:cs="Times New Roman"/>
          <w:sz w:val="24"/>
          <w:szCs w:val="24"/>
        </w:rPr>
        <w:t>remaja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putri</w:t>
      </w:r>
      <w:proofErr w:type="spellEnd"/>
      <w:r w:rsidRPr="00B27896">
        <w:rPr>
          <w:rFonts w:ascii="Times New Roman" w:hAnsi="Times New Roman" w:cs="Times New Roman"/>
          <w:sz w:val="24"/>
          <w:szCs w:val="24"/>
        </w:rPr>
        <w:t xml:space="preserve"> dan </w:t>
      </w:r>
      <w:proofErr w:type="spellStart"/>
      <w:r w:rsidRPr="00B27896">
        <w:rPr>
          <w:rFonts w:ascii="Times New Roman" w:hAnsi="Times New Roman" w:cs="Times New Roman"/>
          <w:sz w:val="24"/>
          <w:szCs w:val="24"/>
        </w:rPr>
        <w:t>wanita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usia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subur</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dapat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berlanjut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hingga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kehamilan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berpotensi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meningkatkan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risiko</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Pertumbuhan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Janin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Terhambat</w:t>
      </w:r>
      <w:proofErr w:type="spellEnd"/>
      <w:r w:rsidRPr="00B27896">
        <w:rPr>
          <w:rFonts w:ascii="Times New Roman" w:hAnsi="Times New Roman" w:cs="Times New Roman"/>
          <w:sz w:val="24"/>
          <w:szCs w:val="24"/>
        </w:rPr>
        <w:t xml:space="preserve"> (PJT), </w:t>
      </w:r>
      <w:proofErr w:type="spellStart"/>
      <w:r w:rsidRPr="00B27896">
        <w:rPr>
          <w:rFonts w:ascii="Times New Roman" w:hAnsi="Times New Roman" w:cs="Times New Roman"/>
          <w:sz w:val="24"/>
          <w:szCs w:val="24"/>
        </w:rPr>
        <w:t>kelahiran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prematur</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Berat</w:t>
      </w:r>
      <w:proofErr w:type="spellEnd"/>
      <w:r w:rsidRPr="00B27896">
        <w:rPr>
          <w:rFonts w:ascii="Times New Roman" w:hAnsi="Times New Roman" w:cs="Times New Roman"/>
          <w:sz w:val="24"/>
          <w:szCs w:val="24"/>
        </w:rPr>
        <w:t xml:space="preserve"> Badan Lahir </w:t>
      </w:r>
      <w:proofErr w:type="spellStart"/>
      <w:r w:rsidRPr="00B27896">
        <w:rPr>
          <w:rFonts w:ascii="Times New Roman" w:hAnsi="Times New Roman" w:cs="Times New Roman"/>
          <w:sz w:val="24"/>
          <w:szCs w:val="24"/>
        </w:rPr>
        <w:t>Rendah</w:t>
      </w:r>
      <w:proofErr w:type="spellEnd"/>
      <w:r w:rsidRPr="00B27896">
        <w:rPr>
          <w:rFonts w:ascii="Times New Roman" w:hAnsi="Times New Roman" w:cs="Times New Roman"/>
          <w:sz w:val="24"/>
          <w:szCs w:val="24"/>
        </w:rPr>
        <w:t xml:space="preserve"> (BBLR), </w:t>
      </w:r>
      <w:proofErr w:type="spellStart"/>
      <w:r w:rsidRPr="00B27896">
        <w:rPr>
          <w:rFonts w:ascii="Times New Roman" w:hAnsi="Times New Roman" w:cs="Times New Roman"/>
          <w:sz w:val="24"/>
          <w:szCs w:val="24"/>
        </w:rPr>
        <w:t>serta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masalah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dalam</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pertumbuhan</w:t>
      </w:r>
      <w:proofErr w:type="spellEnd"/>
      <w:r w:rsidRPr="00B27896">
        <w:rPr>
          <w:rFonts w:ascii="Times New Roman" w:hAnsi="Times New Roman" w:cs="Times New Roman"/>
          <w:sz w:val="24"/>
          <w:szCs w:val="24"/>
        </w:rPr>
        <w:t xml:space="preserve"> dan </w:t>
      </w:r>
      <w:proofErr w:type="spellStart"/>
      <w:r w:rsidRPr="00B27896">
        <w:rPr>
          <w:rFonts w:ascii="Times New Roman" w:hAnsi="Times New Roman" w:cs="Times New Roman"/>
          <w:sz w:val="24"/>
          <w:szCs w:val="24"/>
        </w:rPr>
        <w:t>perkembangan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anak</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seperti</w:t>
      </w:r>
      <w:proofErr w:type="spellEnd"/>
      <w:r w:rsidRPr="00B27896">
        <w:rPr>
          <w:rFonts w:ascii="Times New Roman" w:hAnsi="Times New Roman" w:cs="Times New Roman"/>
          <w:sz w:val="24"/>
          <w:szCs w:val="24"/>
        </w:rPr>
        <w:t xml:space="preserve"> stunting dan </w:t>
      </w:r>
      <w:proofErr w:type="spellStart"/>
      <w:r w:rsidRPr="00B27896">
        <w:rPr>
          <w:rFonts w:ascii="Times New Roman" w:hAnsi="Times New Roman" w:cs="Times New Roman"/>
          <w:sz w:val="24"/>
          <w:szCs w:val="24"/>
        </w:rPr>
        <w:t>gangguan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neurokognitif</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Selain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itu</w:t>
      </w:r>
      <w:proofErr w:type="spellEnd"/>
      <w:r w:rsidRPr="00B27896">
        <w:rPr>
          <w:rFonts w:ascii="Times New Roman" w:hAnsi="Times New Roman" w:cs="Times New Roman"/>
          <w:sz w:val="24"/>
          <w:szCs w:val="24"/>
        </w:rPr>
        <w:t xml:space="preserve">, anemia pada masa </w:t>
      </w:r>
      <w:proofErr w:type="spellStart"/>
      <w:r w:rsidRPr="00B27896">
        <w:rPr>
          <w:rFonts w:ascii="Times New Roman" w:hAnsi="Times New Roman" w:cs="Times New Roman"/>
          <w:sz w:val="24"/>
          <w:szCs w:val="24"/>
        </w:rPr>
        <w:t>kehamilan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dapat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meningkatkan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risiko</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terjadinya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perdarahan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sebelum</w:t>
      </w:r>
      <w:proofErr w:type="spellEnd"/>
      <w:r w:rsidRPr="00B27896">
        <w:rPr>
          <w:rFonts w:ascii="Times New Roman" w:hAnsi="Times New Roman" w:cs="Times New Roman"/>
          <w:sz w:val="24"/>
          <w:szCs w:val="24"/>
        </w:rPr>
        <w:t xml:space="preserve"> dan </w:t>
      </w:r>
      <w:proofErr w:type="spellStart"/>
      <w:r w:rsidRPr="00B27896">
        <w:rPr>
          <w:rFonts w:ascii="Times New Roman" w:hAnsi="Times New Roman" w:cs="Times New Roman"/>
          <w:sz w:val="24"/>
          <w:szCs w:val="24"/>
        </w:rPr>
        <w:t>saat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melahirkan</w:t>
      </w:r>
      <w:proofErr w:type="spellEnd"/>
      <w:r w:rsidRPr="00B27896">
        <w:rPr>
          <w:rFonts w:ascii="Times New Roman" w:hAnsi="Times New Roman" w:cs="Times New Roman"/>
          <w:sz w:val="24"/>
          <w:szCs w:val="24"/>
        </w:rPr>
        <w:t xml:space="preserve">, yang </w:t>
      </w:r>
      <w:proofErr w:type="spellStart"/>
      <w:r w:rsidRPr="00B27896">
        <w:rPr>
          <w:rFonts w:ascii="Times New Roman" w:hAnsi="Times New Roman" w:cs="Times New Roman"/>
          <w:sz w:val="24"/>
          <w:szCs w:val="24"/>
        </w:rPr>
        <w:t>dapat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membahayakan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keselamatan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ibu</w:t>
      </w:r>
      <w:proofErr w:type="spellEnd"/>
      <w:r w:rsidRPr="00B27896">
        <w:rPr>
          <w:rFonts w:ascii="Times New Roman" w:hAnsi="Times New Roman" w:cs="Times New Roman"/>
          <w:sz w:val="24"/>
          <w:szCs w:val="24"/>
        </w:rPr>
        <w:t xml:space="preserve"> dan </w:t>
      </w:r>
      <w:proofErr w:type="spellStart"/>
      <w:r w:rsidRPr="00B27896">
        <w:rPr>
          <w:rFonts w:ascii="Times New Roman" w:hAnsi="Times New Roman" w:cs="Times New Roman"/>
          <w:sz w:val="24"/>
          <w:szCs w:val="24"/>
        </w:rPr>
        <w:t>bayi</w:t>
      </w:r>
      <w:proofErr w:type="spellEnd"/>
      <w:r w:rsidRPr="00B27896">
        <w:rPr>
          <w:rFonts w:ascii="Times New Roman" w:hAnsi="Times New Roman" w:cs="Times New Roman"/>
          <w:sz w:val="24"/>
          <w:szCs w:val="24"/>
        </w:rPr>
        <w:t xml:space="preserve">. Bayi yang </w:t>
      </w:r>
      <w:proofErr w:type="spellStart"/>
      <w:r w:rsidRPr="00B27896">
        <w:rPr>
          <w:rFonts w:ascii="Times New Roman" w:hAnsi="Times New Roman" w:cs="Times New Roman"/>
          <w:sz w:val="24"/>
          <w:szCs w:val="24"/>
        </w:rPr>
        <w:t>dilahirkan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dengan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cadangan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zat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besi</w:t>
      </w:r>
      <w:proofErr w:type="spellEnd"/>
      <w:r w:rsidRPr="00B27896">
        <w:rPr>
          <w:rFonts w:ascii="Times New Roman" w:hAnsi="Times New Roman" w:cs="Times New Roman"/>
          <w:sz w:val="24"/>
          <w:szCs w:val="24"/>
        </w:rPr>
        <w:t xml:space="preserve"> (Fe) yang </w:t>
      </w:r>
      <w:proofErr w:type="spellStart"/>
      <w:r w:rsidRPr="00B27896">
        <w:rPr>
          <w:rFonts w:ascii="Times New Roman" w:hAnsi="Times New Roman" w:cs="Times New Roman"/>
          <w:sz w:val="24"/>
          <w:szCs w:val="24"/>
        </w:rPr>
        <w:t>rendah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berisiko</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mengalami</w:t>
      </w:r>
      <w:proofErr w:type="spellEnd"/>
      <w:r w:rsidRPr="00B27896">
        <w:rPr>
          <w:rFonts w:ascii="Times New Roman" w:hAnsi="Times New Roman" w:cs="Times New Roman"/>
          <w:sz w:val="24"/>
          <w:szCs w:val="24"/>
        </w:rPr>
        <w:t xml:space="preserve"> anemia pada masa </w:t>
      </w:r>
      <w:proofErr w:type="spellStart"/>
      <w:r w:rsidRPr="00B27896">
        <w:rPr>
          <w:rFonts w:ascii="Times New Roman" w:hAnsi="Times New Roman" w:cs="Times New Roman"/>
          <w:sz w:val="24"/>
          <w:szCs w:val="24"/>
        </w:rPr>
        <w:t>bayi</w:t>
      </w:r>
      <w:proofErr w:type="spellEnd"/>
      <w:r w:rsidRPr="00B27896">
        <w:rPr>
          <w:rFonts w:ascii="Times New Roman" w:hAnsi="Times New Roman" w:cs="Times New Roman"/>
          <w:sz w:val="24"/>
          <w:szCs w:val="24"/>
        </w:rPr>
        <w:t xml:space="preserve"> dan masa </w:t>
      </w:r>
      <w:proofErr w:type="spellStart"/>
      <w:r w:rsidRPr="00B27896">
        <w:rPr>
          <w:rFonts w:ascii="Times New Roman" w:hAnsi="Times New Roman" w:cs="Times New Roman"/>
          <w:sz w:val="24"/>
          <w:szCs w:val="24"/>
        </w:rPr>
        <w:t>kanak-kanak</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serta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dapat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meningkatkan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kemungkinan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terjadinya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penyakit</w:t>
      </w:r>
      <w:proofErr w:type="spellEnd"/>
      <w:r w:rsidRPr="00B27896">
        <w:rPr>
          <w:rFonts w:ascii="Times New Roman" w:hAnsi="Times New Roman" w:cs="Times New Roman"/>
          <w:sz w:val="24"/>
          <w:szCs w:val="24"/>
        </w:rPr>
        <w:t xml:space="preserve"> dan </w:t>
      </w:r>
      <w:proofErr w:type="spellStart"/>
      <w:r w:rsidRPr="00B27896">
        <w:rPr>
          <w:rFonts w:ascii="Times New Roman" w:hAnsi="Times New Roman" w:cs="Times New Roman"/>
          <w:sz w:val="24"/>
          <w:szCs w:val="24"/>
        </w:rPr>
        <w:t>kematian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selama</w:t>
      </w:r>
      <w:proofErr w:type="spellEnd"/>
      <w:r w:rsidR="00893D1F">
        <w:rPr>
          <w:rFonts w:ascii="Times New Roman" w:hAnsi="Times New Roman" w:cs="Times New Roman"/>
          <w:sz w:val="24"/>
          <w:szCs w:val="24"/>
        </w:rPr>
        <w:t xml:space="preserve"> </w:t>
      </w:r>
      <w:proofErr w:type="spellStart"/>
      <w:r w:rsidR="00893D1F">
        <w:rPr>
          <w:rFonts w:ascii="Times New Roman" w:hAnsi="Times New Roman" w:cs="Times New Roman"/>
          <w:sz w:val="24"/>
          <w:szCs w:val="24"/>
        </w:rPr>
        <w:t>periode</w:t>
      </w:r>
      <w:proofErr w:type="spellEnd"/>
      <w:r w:rsidR="00893D1F">
        <w:rPr>
          <w:rFonts w:ascii="Times New Roman" w:hAnsi="Times New Roman" w:cs="Times New Roman"/>
          <w:sz w:val="24"/>
          <w:szCs w:val="24"/>
        </w:rPr>
        <w:t xml:space="preserve"> neonatal dan masa </w:t>
      </w:r>
      <w:proofErr w:type="spellStart"/>
      <w:r w:rsidR="00893D1F">
        <w:rPr>
          <w:rFonts w:ascii="Times New Roman" w:hAnsi="Times New Roman" w:cs="Times New Roman"/>
          <w:sz w:val="24"/>
          <w:szCs w:val="24"/>
        </w:rPr>
        <w:t>bayi</w:t>
      </w:r>
      <w:proofErr w:type="spellEnd"/>
      <w:r w:rsidR="00893D1F">
        <w:rPr>
          <w:rFonts w:ascii="Times New Roman" w:hAnsi="Times New Roman" w:cs="Times New Roman"/>
          <w:sz w:val="24"/>
          <w:szCs w:val="24"/>
        </w:rPr>
        <w:t xml:space="preserve"> </w:t>
      </w:r>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{"citationItems":[{"id":"ITEM-1","itemData":{"author":[{"dropping-particle":"","family":"Rivki","given":"Muhammad","non-dropping-particle":"","parse-names":false,"suffix":""},{"dropping-particle":"","family":"Bachtiar","given":"Adam Mukharil","non-dropping-particle":"","parse-names":false,"suffix":""},{"dropping-particle":"","family":"Informatika","given":"Teknik","non-dropping-particle":"","parse-names":false,"suffix":""},{"dropping-particle":"","family":"Teknik","given":"Fakultas","non-dropping-particle":"","parse-names":false,"suffix":""},{"dropping-particle":"","family":"Indonesia","given":"Universitas Komputer","non-dropping-particle":"","parse-names":false,"suffix":""}],"id":"ITEM-1","issue":"112","issued":{"date-parts":[["2018"]]},"publisher":"Kementrian Kesehatan Republik Indonesia","publisher-place":"Jakarta","title":"Pedoman Pencegahan dan Penanggulangan Anemia Pada Remaja Putri dan Wanita Usia Subur (WUS)","type":"book"},"uris":["http://www.mendeley.com/documents/?uuid=8e8b07f0-2705-4d25-b76c-c0e2f936285c"]}],"mendeley":{"formattedCitation":"(Rivki et al., 2018)","manualFormatting":"Rivki dkk., (2018)","plainTextFormattedCitation":"(Rivki et al., 2018)","previouslyFormattedCitation":"(Rivki et al., 2018)"},"properties":{"noteIndex":0},"schema":"https://github.com/citation-style-language/schema/raw/master/csl-citation.json"}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Pr>
          <w:rFonts w:ascii="Times New Roman" w:hAnsi="Times New Roman" w:cs="Times New Roman"/>
          <w:noProof/>
          <w:sz w:val="24"/>
          <w:szCs w:val="24"/>
        </w:rPr>
        <w:t>Rivki dkk</w:t>
      </w:r>
      <w:r w:rsidR="00893D1F" w:rsidRPr="00893D1F">
        <w:rPr>
          <w:rFonts w:ascii="Times New Roman" w:hAnsi="Times New Roman" w:cs="Times New Roman"/>
          <w:noProof/>
          <w:sz w:val="24"/>
          <w:szCs w:val="24"/>
        </w:rPr>
        <w:t xml:space="preserve">., </w:t>
      </w:r>
      <w:r w:rsidR="00893D1F">
        <w:rPr>
          <w:rFonts w:ascii="Times New Roman" w:hAnsi="Times New Roman" w:cs="Times New Roman"/>
          <w:noProof/>
          <w:sz w:val="24"/>
          <w:szCs w:val="24"/>
        </w:rPr>
        <w:t>(</w:t>
      </w:r>
      <w:r w:rsidR="00893D1F" w:rsidRPr="00893D1F">
        <w:rPr>
          <w:rFonts w:ascii="Times New Roman" w:hAnsi="Times New Roman" w:cs="Times New Roman"/>
          <w:noProof/>
          <w:sz w:val="24"/>
          <w:szCs w:val="24"/>
        </w:rPr>
        <w:t>2018)</w:t>
      </w:r>
      <w:r w:rsidR="00893D1F">
        <w:rPr>
          <w:rFonts w:ascii="Times New Roman" w:hAnsi="Times New Roman" w:cs="Times New Roman"/>
          <w:sz w:val="24"/>
          <w:szCs w:val="24"/>
        </w:rPr>
        <w:fldChar w:fldCharType="end"/>
      </w:r>
      <w:r w:rsidRPr="00B27896">
        <w:rPr>
          <w:rFonts w:ascii="Times New Roman" w:hAnsi="Times New Roman" w:cs="Times New Roman"/>
          <w:sz w:val="24"/>
          <w:szCs w:val="24"/>
        </w:rPr>
        <w:t xml:space="preserve">.Anemia pada </w:t>
      </w:r>
      <w:proofErr w:type="spellStart"/>
      <w:r w:rsidRPr="00B27896">
        <w:rPr>
          <w:rFonts w:ascii="Times New Roman" w:hAnsi="Times New Roman" w:cs="Times New Roman"/>
          <w:sz w:val="24"/>
          <w:szCs w:val="24"/>
        </w:rPr>
        <w:t>remaja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dapat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menyebabkan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keterlambatan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pertumbuhan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fisik</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gangguan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perilaku</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serta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emosional</w:t>
      </w:r>
      <w:proofErr w:type="spellEnd"/>
      <w:r w:rsidRPr="00B27896">
        <w:rPr>
          <w:rFonts w:ascii="Times New Roman" w:hAnsi="Times New Roman" w:cs="Times New Roman"/>
          <w:sz w:val="24"/>
          <w:szCs w:val="24"/>
        </w:rPr>
        <w:t xml:space="preserve">. Hal </w:t>
      </w:r>
      <w:proofErr w:type="spellStart"/>
      <w:r w:rsidRPr="00B27896">
        <w:rPr>
          <w:rFonts w:ascii="Times New Roman" w:hAnsi="Times New Roman" w:cs="Times New Roman"/>
          <w:sz w:val="24"/>
          <w:szCs w:val="24"/>
        </w:rPr>
        <w:t>ini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dapat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mempengaruhi</w:t>
      </w:r>
      <w:proofErr w:type="spellEnd"/>
      <w:r w:rsidRPr="00B27896">
        <w:rPr>
          <w:rFonts w:ascii="Times New Roman" w:hAnsi="Times New Roman" w:cs="Times New Roman"/>
          <w:sz w:val="24"/>
          <w:szCs w:val="24"/>
        </w:rPr>
        <w:t xml:space="preserve"> proses </w:t>
      </w:r>
      <w:proofErr w:type="spellStart"/>
      <w:r w:rsidRPr="00B27896">
        <w:rPr>
          <w:rFonts w:ascii="Times New Roman" w:hAnsi="Times New Roman" w:cs="Times New Roman"/>
          <w:sz w:val="24"/>
          <w:szCs w:val="24"/>
        </w:rPr>
        <w:t>pertumbuhan</w:t>
      </w:r>
      <w:proofErr w:type="spellEnd"/>
      <w:r w:rsidRPr="00B27896">
        <w:rPr>
          <w:rFonts w:ascii="Times New Roman" w:hAnsi="Times New Roman" w:cs="Times New Roman"/>
          <w:sz w:val="24"/>
          <w:szCs w:val="24"/>
        </w:rPr>
        <w:t xml:space="preserve"> dan </w:t>
      </w:r>
      <w:proofErr w:type="spellStart"/>
      <w:r w:rsidRPr="00B27896">
        <w:rPr>
          <w:rFonts w:ascii="Times New Roman" w:hAnsi="Times New Roman" w:cs="Times New Roman"/>
          <w:sz w:val="24"/>
          <w:szCs w:val="24"/>
        </w:rPr>
        <w:lastRenderedPageBreak/>
        <w:t>perkembangan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sel</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otak</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sehingga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daya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tahan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tubuh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menurun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mudah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lemas</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cepat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merasa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lapar</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konsentrasi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belajar</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terganggu</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serta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produktivitas</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kerja</w:t>
      </w:r>
      <w:proofErr w:type="spellEnd"/>
      <w:r w:rsidRPr="00B27896">
        <w:rPr>
          <w:rFonts w:ascii="Times New Roman" w:hAnsi="Times New Roman" w:cs="Times New Roman"/>
          <w:sz w:val="24"/>
          <w:szCs w:val="24"/>
        </w:rPr>
        <w:t xml:space="preserve"> yang </w:t>
      </w:r>
      <w:proofErr w:type="spellStart"/>
      <w:r w:rsidRPr="00B27896">
        <w:rPr>
          <w:rFonts w:ascii="Times New Roman" w:hAnsi="Times New Roman" w:cs="Times New Roman"/>
          <w:sz w:val="24"/>
          <w:szCs w:val="24"/>
        </w:rPr>
        <w:t>rendah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sehingga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dapat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mengkibatkan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intoleransi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aktivitas</w:t>
      </w:r>
      <w:proofErr w:type="spellEnd"/>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{"citationItems":[{"id":"ITEM-1","itemData":{"DOI":"10.37160/bmi.v15i2.385","ISSN":"2086-3292","abstract":"Anemia pada remaja dapat menyebabkan keterlambatan pertembuhn fisik, gangguan perilaku serta emosional. Beberapa faktor penyebab anemia yaitu rendahnya asupan zat besi dan zat gizi lainnya seperti vitamin A,C,Folat, Riboplafin dab B12. Tujuan penelitian ini adalah untuk mengetahui pengaruh sari kurma terhadap peningkatan kadar hemoglobin pada remaja putri. Metode penelitian yang digunakan quasi eksperimen, dengan pendekatan One group pretest-postettest design. Teknik sampel dengan Consecutive sampling sebanyak 35 sample remaja putri dengan variabel independen sari kurma, variabel dependen kadar hemoglobin, dan variabel luar usia, pendidikan orang tua, pendapatan orang tua dan kebiasaan sarapan pagi. Analisis univariat menggunakan distribusi, frenkuesi, dan persentasi. Analisa bivariat menggunakan uji paired sample t-test. Hasil uji paired sample t-test menunjukan ada pengaruh sari kurma terhadap peningkatan kadar hemoglobin pada remaja putri di SMPN 11 Palangka Raya dengan p-Value = 0,00. Sari kurma dapat digunakan sebagai salah satu alternative pilihan untuk meningkatkan kadar Hb pada remaja puteri. Kata Kunci : Anemia, Hemoglobin , S ari kurma, Remaja putri","author":[{"dropping-particle":"","family":"Mawaddah","given":"Sofia","non-dropping-particle":"","parse-names":false,"suffix":""}],"container-title":"Media Informasi","id":"ITEM-1","issue":"2","issued":{"date-parts":[["2020"]]},"page":"160-164","title":"Ppengaruh Pemberian Sari Kurma Terhadap Peningkatan Kadar Hemoglobin Pada Remaja Putri Yang Mengalami Anemia","type":"article-journal","volume":"15"},"uris":["http://www.mendeley.com/documents/?uuid=0a029491-71a9-46b1-b2a0-cf724bd5cffd"]}],"mendeley":{"formattedCitation":"(Mawaddah, 2020)","plainTextFormattedCitation":"(Mawaddah, 2020)","previouslyFormattedCitation":"(Mawaddah, 2020)"},"properties":{"noteIndex":0},"schema":"https://github.com/citation-style-language/schema/raw/master/csl-citation.json"}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sidRPr="00893D1F">
        <w:rPr>
          <w:rFonts w:ascii="Times New Roman" w:hAnsi="Times New Roman" w:cs="Times New Roman"/>
          <w:noProof/>
          <w:sz w:val="24"/>
          <w:szCs w:val="24"/>
        </w:rPr>
        <w:t>(Mawaddah, 2020)</w:t>
      </w:r>
      <w:r w:rsidR="00893D1F">
        <w:rPr>
          <w:rFonts w:ascii="Times New Roman" w:hAnsi="Times New Roman" w:cs="Times New Roman"/>
          <w:sz w:val="24"/>
          <w:szCs w:val="24"/>
        </w:rPr>
        <w:fldChar w:fldCharType="end"/>
      </w:r>
      <w:r w:rsidRPr="00B27896">
        <w:rPr>
          <w:rFonts w:ascii="Times New Roman" w:hAnsi="Times New Roman" w:cs="Times New Roman"/>
          <w:sz w:val="24"/>
          <w:szCs w:val="24"/>
        </w:rPr>
        <w:t>.</w:t>
      </w:r>
    </w:p>
    <w:p w14:paraId="2F4984EA" w14:textId="77777777" w:rsidR="00B27896" w:rsidRPr="00B27896" w:rsidRDefault="00B27896" w:rsidP="00B27896">
      <w:pPr>
        <w:jc w:val="both"/>
        <w:rPr>
          <w:rFonts w:ascii="Times New Roman" w:hAnsi="Times New Roman" w:cs="Times New Roman"/>
          <w:sz w:val="24"/>
          <w:szCs w:val="24"/>
        </w:rPr>
      </w:pPr>
      <w:r w:rsidRPr="00B27896">
        <w:rPr>
          <w:rFonts w:ascii="Times New Roman" w:hAnsi="Times New Roman" w:cs="Times New Roman"/>
          <w:sz w:val="24"/>
          <w:szCs w:val="24"/>
        </w:rPr>
        <w:t xml:space="preserve">       Anemia </w:t>
      </w:r>
      <w:proofErr w:type="spellStart"/>
      <w:r w:rsidRPr="00B27896">
        <w:rPr>
          <w:rFonts w:ascii="Times New Roman" w:hAnsi="Times New Roman" w:cs="Times New Roman"/>
          <w:sz w:val="24"/>
          <w:szCs w:val="24"/>
        </w:rPr>
        <w:t>dapat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dicegah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dengan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mengonsumsi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makanan</w:t>
      </w:r>
      <w:proofErr w:type="spellEnd"/>
      <w:r w:rsidRPr="00B27896">
        <w:rPr>
          <w:rFonts w:ascii="Times New Roman" w:hAnsi="Times New Roman" w:cs="Times New Roman"/>
          <w:sz w:val="24"/>
          <w:szCs w:val="24"/>
        </w:rPr>
        <w:t xml:space="preserve"> yang kaya </w:t>
      </w:r>
      <w:proofErr w:type="spellStart"/>
      <w:r w:rsidRPr="00B27896">
        <w:rPr>
          <w:rFonts w:ascii="Times New Roman" w:hAnsi="Times New Roman" w:cs="Times New Roman"/>
          <w:sz w:val="24"/>
          <w:szCs w:val="24"/>
        </w:rPr>
        <w:t>akan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zat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besi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asam</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folat</w:t>
      </w:r>
      <w:proofErr w:type="spellEnd"/>
      <w:r w:rsidRPr="00B27896">
        <w:rPr>
          <w:rFonts w:ascii="Times New Roman" w:hAnsi="Times New Roman" w:cs="Times New Roman"/>
          <w:sz w:val="24"/>
          <w:szCs w:val="24"/>
        </w:rPr>
        <w:t xml:space="preserve">, vitamin A, vitamin C, dan zinc, </w:t>
      </w:r>
      <w:proofErr w:type="spellStart"/>
      <w:r w:rsidRPr="00B27896">
        <w:rPr>
          <w:rFonts w:ascii="Times New Roman" w:hAnsi="Times New Roman" w:cs="Times New Roman"/>
          <w:sz w:val="24"/>
          <w:szCs w:val="24"/>
        </w:rPr>
        <w:t>serta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dengan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pemberian</w:t>
      </w:r>
      <w:proofErr w:type="spellEnd"/>
      <w:r w:rsidRPr="00B27896">
        <w:rPr>
          <w:rFonts w:ascii="Times New Roman" w:hAnsi="Times New Roman" w:cs="Times New Roman"/>
          <w:sz w:val="24"/>
          <w:szCs w:val="24"/>
        </w:rPr>
        <w:t xml:space="preserve"> tablet </w:t>
      </w:r>
      <w:proofErr w:type="spellStart"/>
      <w:r w:rsidRPr="00B27896">
        <w:rPr>
          <w:rFonts w:ascii="Times New Roman" w:hAnsi="Times New Roman" w:cs="Times New Roman"/>
          <w:sz w:val="24"/>
          <w:szCs w:val="24"/>
        </w:rPr>
        <w:t>tambah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darah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sesuai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anjuran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dari</w:t>
      </w:r>
      <w:proofErr w:type="spellEnd"/>
      <w:r w:rsidRPr="00B27896">
        <w:rPr>
          <w:rFonts w:ascii="Times New Roman" w:hAnsi="Times New Roman" w:cs="Times New Roman"/>
          <w:sz w:val="24"/>
          <w:szCs w:val="24"/>
        </w:rPr>
        <w:t xml:space="preserve"> </w:t>
      </w:r>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{"citationItems":[{"id":"ITEM-1","itemData":{"author":[{"dropping-particle":"","family":"Rivki","given":"Muhammad","non-dropping-particle":"","parse-names":false,"suffix":""},{"dropping-particle":"","family":"Bachtiar","given":"Adam Mukharil","non-dropping-particle":"","parse-names":false,"suffix":""},{"dropping-particle":"","family":"Informatika","given":"Teknik","non-dropping-particle":"","parse-names":false,"suffix":""},{"dropping-particle":"","family":"Teknik","given":"Fakultas","non-dropping-particle":"","parse-names":false,"suffix":""},{"dropping-particle":"","family":"Indonesia","given":"Universitas Komputer","non-dropping-particle":"","parse-names":false,"suffix":""}],"id":"ITEM-1","issue":"112","issued":{"date-parts":[["2018"]]},"publisher":"Kementrian Kesehatan Republik Indonesia","publisher-place":"Jakarta","title":"Pedoman Pencegahan dan Penanggulangan Anemia Pada Remaja Putri dan Wanita Usia Subur (WUS)","type":"book"},"uris":["http://www.mendeley.com/documents/?uuid=8e8b07f0-2705-4d25-b76c-c0e2f936285c"]}],"mendeley":{"formattedCitation":"(Rivki et al., 2018)","plainTextFormattedCitation":"(Rivki et al., 2018)","previouslyFormattedCitation":"(Rivki et al., 2018)"},"properties":{"noteIndex":0},"schema":"https://github.com/citation-style-language/schema/raw/master/csl-citation.json"}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sidRPr="00893D1F">
        <w:rPr>
          <w:rFonts w:ascii="Times New Roman" w:hAnsi="Times New Roman" w:cs="Times New Roman"/>
          <w:noProof/>
          <w:sz w:val="24"/>
          <w:szCs w:val="24"/>
        </w:rPr>
        <w:t>(Rivki et al., 2018)</w:t>
      </w:r>
      <w:r w:rsidR="00893D1F">
        <w:rPr>
          <w:rFonts w:ascii="Times New Roman" w:hAnsi="Times New Roman" w:cs="Times New Roman"/>
          <w:sz w:val="24"/>
          <w:szCs w:val="24"/>
        </w:rPr>
        <w:fldChar w:fldCharType="end"/>
      </w:r>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Sementara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itu</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menurut</w:t>
      </w:r>
      <w:proofErr w:type="spellEnd"/>
      <w:r w:rsidRPr="00B27896">
        <w:rPr>
          <w:rFonts w:ascii="Times New Roman" w:hAnsi="Times New Roman" w:cs="Times New Roman"/>
          <w:sz w:val="24"/>
          <w:szCs w:val="24"/>
        </w:rPr>
        <w:t xml:space="preserve"> </w:t>
      </w:r>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{"citationItems":[{"id":"ITEM-1","itemData":{"author":[{"dropping-particle":"","family":"Agustyas","given":"Ajeng Amalia","non-dropping-particle":"","parse-names":false,"suffix":""}],"id":"ITEM-1","issued":{"date-parts":[["2016"]]},"title":"Diagnosis dan Tatalaksana Anemia Defisiensi Besi","type":"article-journal"},"uris":["http://www.mendeley.com/documents/?uuid=f6b4e375-a10f-4d5b-b863-49188c2cac5e"]}],"mendeley":{"formattedCitation":"(Agustyas, 2016)","manualFormatting":"Agustyas, 2016)","plainTextFormattedCitation":"(Agustyas, 2016)","previouslyFormattedCitation":"(Agustyas, 2016)"},"properties":{"noteIndex":0},"schema":"https://github.com/citation-style-language/schema/raw/master/csl-citation.json"}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sidRPr="00893D1F">
        <w:rPr>
          <w:rFonts w:ascii="Times New Roman" w:hAnsi="Times New Roman" w:cs="Times New Roman"/>
          <w:noProof/>
          <w:sz w:val="24"/>
          <w:szCs w:val="24"/>
        </w:rPr>
        <w:t>Agustyas, 2016)</w:t>
      </w:r>
      <w:r w:rsidR="00893D1F">
        <w:rPr>
          <w:rFonts w:ascii="Times New Roman" w:hAnsi="Times New Roman" w:cs="Times New Roman"/>
          <w:sz w:val="24"/>
          <w:szCs w:val="24"/>
        </w:rPr>
        <w:fldChar w:fldCharType="end"/>
      </w:r>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terdapat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tiga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langkah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utama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dalam</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tatalaksana</w:t>
      </w:r>
      <w:proofErr w:type="spellEnd"/>
      <w:r w:rsidRPr="00B27896">
        <w:rPr>
          <w:rFonts w:ascii="Times New Roman" w:hAnsi="Times New Roman" w:cs="Times New Roman"/>
          <w:sz w:val="24"/>
          <w:szCs w:val="24"/>
        </w:rPr>
        <w:t xml:space="preserve"> anemia. </w:t>
      </w:r>
      <w:proofErr w:type="spellStart"/>
      <w:r w:rsidRPr="00B27896">
        <w:rPr>
          <w:rFonts w:ascii="Times New Roman" w:hAnsi="Times New Roman" w:cs="Times New Roman"/>
          <w:sz w:val="24"/>
          <w:szCs w:val="24"/>
        </w:rPr>
        <w:t>Pertama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pemberian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zat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besi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secara</w:t>
      </w:r>
      <w:proofErr w:type="spellEnd"/>
      <w:r w:rsidRPr="00B27896">
        <w:rPr>
          <w:rFonts w:ascii="Times New Roman" w:hAnsi="Times New Roman" w:cs="Times New Roman"/>
          <w:sz w:val="24"/>
          <w:szCs w:val="24"/>
        </w:rPr>
        <w:t xml:space="preserve"> oral </w:t>
      </w:r>
      <w:proofErr w:type="spellStart"/>
      <w:r w:rsidRPr="00B27896">
        <w:rPr>
          <w:rFonts w:ascii="Times New Roman" w:hAnsi="Times New Roman" w:cs="Times New Roman"/>
          <w:sz w:val="24"/>
          <w:szCs w:val="24"/>
        </w:rPr>
        <w:t>sebagai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langkah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awal</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Kedua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pemberian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zat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besi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secara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intramuskular</w:t>
      </w:r>
      <w:proofErr w:type="spellEnd"/>
      <w:r w:rsidRPr="00B27896">
        <w:rPr>
          <w:rFonts w:ascii="Times New Roman" w:hAnsi="Times New Roman" w:cs="Times New Roman"/>
          <w:sz w:val="24"/>
          <w:szCs w:val="24"/>
        </w:rPr>
        <w:t xml:space="preserve">, yang </w:t>
      </w:r>
      <w:proofErr w:type="spellStart"/>
      <w:r w:rsidRPr="00B27896">
        <w:rPr>
          <w:rFonts w:ascii="Times New Roman" w:hAnsi="Times New Roman" w:cs="Times New Roman"/>
          <w:sz w:val="24"/>
          <w:szCs w:val="24"/>
        </w:rPr>
        <w:t>dipertimbangkan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jika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respons</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terhadap</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terapi</w:t>
      </w:r>
      <w:proofErr w:type="spellEnd"/>
      <w:r w:rsidRPr="00B27896">
        <w:rPr>
          <w:rFonts w:ascii="Times New Roman" w:hAnsi="Times New Roman" w:cs="Times New Roman"/>
          <w:sz w:val="24"/>
          <w:szCs w:val="24"/>
        </w:rPr>
        <w:t xml:space="preserve"> oral </w:t>
      </w:r>
      <w:proofErr w:type="spellStart"/>
      <w:r w:rsidRPr="00B27896">
        <w:rPr>
          <w:rFonts w:ascii="Times New Roman" w:hAnsi="Times New Roman" w:cs="Times New Roman"/>
          <w:sz w:val="24"/>
          <w:szCs w:val="24"/>
        </w:rPr>
        <w:t>tidak</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memadai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Ketiga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transfusi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darah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dilakukan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jika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gejala</w:t>
      </w:r>
      <w:proofErr w:type="spellEnd"/>
      <w:r w:rsidRPr="00B27896">
        <w:rPr>
          <w:rFonts w:ascii="Times New Roman" w:hAnsi="Times New Roman" w:cs="Times New Roman"/>
          <w:sz w:val="24"/>
          <w:szCs w:val="24"/>
        </w:rPr>
        <w:t xml:space="preserve"> anemia </w:t>
      </w:r>
      <w:proofErr w:type="spellStart"/>
      <w:r w:rsidRPr="00B27896">
        <w:rPr>
          <w:rFonts w:ascii="Times New Roman" w:hAnsi="Times New Roman" w:cs="Times New Roman"/>
          <w:sz w:val="24"/>
          <w:szCs w:val="24"/>
        </w:rPr>
        <w:t>disertai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risiko</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gagal</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jantung</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terutama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ketika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kadar</w:t>
      </w:r>
      <w:proofErr w:type="spellEnd"/>
      <w:r w:rsidRPr="00B27896">
        <w:rPr>
          <w:rFonts w:ascii="Times New Roman" w:hAnsi="Times New Roman" w:cs="Times New Roman"/>
          <w:sz w:val="24"/>
          <w:szCs w:val="24"/>
        </w:rPr>
        <w:t xml:space="preserve"> hemoglobin (Hb) </w:t>
      </w:r>
      <w:proofErr w:type="spellStart"/>
      <w:r w:rsidRPr="00B27896">
        <w:rPr>
          <w:rFonts w:ascii="Times New Roman" w:hAnsi="Times New Roman" w:cs="Times New Roman"/>
          <w:sz w:val="24"/>
          <w:szCs w:val="24"/>
        </w:rPr>
        <w:t>mencapai</w:t>
      </w:r>
      <w:proofErr w:type="spellEnd"/>
      <w:r w:rsidRPr="00B27896">
        <w:rPr>
          <w:rFonts w:ascii="Times New Roman" w:hAnsi="Times New Roman" w:cs="Times New Roman"/>
          <w:sz w:val="24"/>
          <w:szCs w:val="24"/>
        </w:rPr>
        <w:t xml:space="preserve"> 5-8 g/dl. Pada </w:t>
      </w:r>
      <w:proofErr w:type="spellStart"/>
      <w:r w:rsidRPr="00B27896">
        <w:rPr>
          <w:rFonts w:ascii="Times New Roman" w:hAnsi="Times New Roman" w:cs="Times New Roman"/>
          <w:sz w:val="24"/>
          <w:szCs w:val="24"/>
        </w:rPr>
        <w:t>kondisi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ini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komponen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darah</w:t>
      </w:r>
      <w:proofErr w:type="spellEnd"/>
      <w:r w:rsidRPr="00B27896">
        <w:rPr>
          <w:rFonts w:ascii="Times New Roman" w:hAnsi="Times New Roman" w:cs="Times New Roman"/>
          <w:sz w:val="24"/>
          <w:szCs w:val="24"/>
        </w:rPr>
        <w:t xml:space="preserve"> yang </w:t>
      </w:r>
      <w:proofErr w:type="spellStart"/>
      <w:r w:rsidRPr="00B27896">
        <w:rPr>
          <w:rFonts w:ascii="Times New Roman" w:hAnsi="Times New Roman" w:cs="Times New Roman"/>
          <w:sz w:val="24"/>
          <w:szCs w:val="24"/>
        </w:rPr>
        <w:t>diberikan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adalah</w:t>
      </w:r>
      <w:proofErr w:type="spellEnd"/>
      <w:r w:rsidRPr="00B27896">
        <w:rPr>
          <w:rFonts w:ascii="Times New Roman" w:hAnsi="Times New Roman" w:cs="Times New Roman"/>
          <w:sz w:val="24"/>
          <w:szCs w:val="24"/>
        </w:rPr>
        <w:t xml:space="preserve"> Packed Red Cells (PRC) </w:t>
      </w:r>
      <w:proofErr w:type="spellStart"/>
      <w:r w:rsidRPr="00B27896">
        <w:rPr>
          <w:rFonts w:ascii="Times New Roman" w:hAnsi="Times New Roman" w:cs="Times New Roman"/>
          <w:sz w:val="24"/>
          <w:szCs w:val="24"/>
        </w:rPr>
        <w:t>dengan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tetesan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lambat</w:t>
      </w:r>
      <w:proofErr w:type="spellEnd"/>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{"citationItems":[{"id":"ITEM-1","itemData":{"author":[{"dropping-particle":"","family":"Agustyas","given":"Ajeng Amalia","non-dropping-particle":"","parse-names":false,"suffix":""}],"id":"ITEM-1","issued":{"date-parts":[["2016"]]},"title":"Diagnosis dan Tatalaksana Anemia Defisiensi Besi","type":"article-journal"},"uris":["http://www.mendeley.com/documents/?uuid=f6b4e375-a10f-4d5b-b863-49188c2cac5e"]}],"mendeley":{"formattedCitation":"(Agustyas, 2016)","plainTextFormattedCitation":"(Agustyas, 2016)","previouslyFormattedCitation":"(Agustyas, 2016)"},"properties":{"noteIndex":0},"schema":"https://github.com/citation-style-language/schema/raw/master/csl-citation.json"}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sidRPr="00893D1F">
        <w:rPr>
          <w:rFonts w:ascii="Times New Roman" w:hAnsi="Times New Roman" w:cs="Times New Roman"/>
          <w:noProof/>
          <w:sz w:val="24"/>
          <w:szCs w:val="24"/>
        </w:rPr>
        <w:t>(Agustyas, 2016)</w:t>
      </w:r>
      <w:r w:rsidR="00893D1F">
        <w:rPr>
          <w:rFonts w:ascii="Times New Roman" w:hAnsi="Times New Roman" w:cs="Times New Roman"/>
          <w:sz w:val="24"/>
          <w:szCs w:val="24"/>
        </w:rPr>
        <w:fldChar w:fldCharType="end"/>
      </w:r>
      <w:r w:rsidRPr="00B27896">
        <w:rPr>
          <w:rFonts w:ascii="Times New Roman" w:hAnsi="Times New Roman" w:cs="Times New Roman"/>
          <w:sz w:val="24"/>
          <w:szCs w:val="24"/>
        </w:rPr>
        <w:t xml:space="preserve">. </w:t>
      </w:r>
    </w:p>
    <w:p w14:paraId="327CCD17" w14:textId="77777777" w:rsidR="00B27896" w:rsidRPr="00B27896" w:rsidRDefault="00B27896" w:rsidP="00B27896">
      <w:pPr>
        <w:jc w:val="both"/>
        <w:rPr>
          <w:rFonts w:ascii="Times New Roman" w:hAnsi="Times New Roman" w:cs="Times New Roman"/>
          <w:sz w:val="24"/>
          <w:szCs w:val="24"/>
        </w:rPr>
      </w:pPr>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Pemberian</w:t>
      </w:r>
      <w:proofErr w:type="spellEnd"/>
      <w:r w:rsidRPr="00B27896">
        <w:rPr>
          <w:rFonts w:ascii="Times New Roman" w:hAnsi="Times New Roman" w:cs="Times New Roman"/>
          <w:sz w:val="24"/>
          <w:szCs w:val="24"/>
        </w:rPr>
        <w:t xml:space="preserve"> Sari </w:t>
      </w:r>
      <w:proofErr w:type="spellStart"/>
      <w:r w:rsidRPr="00B27896">
        <w:rPr>
          <w:rFonts w:ascii="Times New Roman" w:hAnsi="Times New Roman" w:cs="Times New Roman"/>
          <w:sz w:val="24"/>
          <w:szCs w:val="24"/>
        </w:rPr>
        <w:t>Kurma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sebagai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upaya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untuk</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mengatasi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intoleransi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aktivitas</w:t>
      </w:r>
      <w:proofErr w:type="spellEnd"/>
      <w:r w:rsidRPr="00B27896">
        <w:rPr>
          <w:rFonts w:ascii="Times New Roman" w:hAnsi="Times New Roman" w:cs="Times New Roman"/>
          <w:sz w:val="24"/>
          <w:szCs w:val="24"/>
        </w:rPr>
        <w:t xml:space="preserve"> pada </w:t>
      </w:r>
      <w:proofErr w:type="spellStart"/>
      <w:r w:rsidRPr="00B27896">
        <w:rPr>
          <w:rFonts w:ascii="Times New Roman" w:hAnsi="Times New Roman" w:cs="Times New Roman"/>
          <w:sz w:val="24"/>
          <w:szCs w:val="24"/>
        </w:rPr>
        <w:t>remaja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putri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dengan</w:t>
      </w:r>
      <w:proofErr w:type="spellEnd"/>
      <w:r w:rsidRPr="00B27896">
        <w:rPr>
          <w:rFonts w:ascii="Times New Roman" w:hAnsi="Times New Roman" w:cs="Times New Roman"/>
          <w:sz w:val="24"/>
          <w:szCs w:val="24"/>
        </w:rPr>
        <w:t xml:space="preserve"> anemia </w:t>
      </w:r>
      <w:proofErr w:type="spellStart"/>
      <w:r w:rsidRPr="00B27896">
        <w:rPr>
          <w:rFonts w:ascii="Times New Roman" w:hAnsi="Times New Roman" w:cs="Times New Roman"/>
          <w:sz w:val="24"/>
          <w:szCs w:val="24"/>
        </w:rPr>
        <w:t>didasari</w:t>
      </w:r>
      <w:proofErr w:type="spellEnd"/>
      <w:r w:rsidRPr="00B27896">
        <w:rPr>
          <w:rFonts w:ascii="Times New Roman" w:hAnsi="Times New Roman" w:cs="Times New Roman"/>
          <w:sz w:val="24"/>
          <w:szCs w:val="24"/>
        </w:rPr>
        <w:t xml:space="preserve"> oleh </w:t>
      </w:r>
      <w:proofErr w:type="spellStart"/>
      <w:r w:rsidRPr="00B27896">
        <w:rPr>
          <w:rFonts w:ascii="Times New Roman" w:hAnsi="Times New Roman" w:cs="Times New Roman"/>
          <w:sz w:val="24"/>
          <w:szCs w:val="24"/>
        </w:rPr>
        <w:t>kandungan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nutrisi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dalam</w:t>
      </w:r>
      <w:proofErr w:type="spellEnd"/>
      <w:r w:rsidRPr="00B27896">
        <w:rPr>
          <w:rFonts w:ascii="Times New Roman" w:hAnsi="Times New Roman" w:cs="Times New Roman"/>
          <w:sz w:val="24"/>
          <w:szCs w:val="24"/>
        </w:rPr>
        <w:t xml:space="preserve"> Sari </w:t>
      </w:r>
      <w:proofErr w:type="spellStart"/>
      <w:r w:rsidRPr="00B27896">
        <w:rPr>
          <w:rFonts w:ascii="Times New Roman" w:hAnsi="Times New Roman" w:cs="Times New Roman"/>
          <w:sz w:val="24"/>
          <w:szCs w:val="24"/>
        </w:rPr>
        <w:t>Kurma</w:t>
      </w:r>
      <w:proofErr w:type="spellEnd"/>
      <w:r w:rsidRPr="00B27896">
        <w:rPr>
          <w:rFonts w:ascii="Times New Roman" w:hAnsi="Times New Roman" w:cs="Times New Roman"/>
          <w:sz w:val="24"/>
          <w:szCs w:val="24"/>
        </w:rPr>
        <w:t xml:space="preserve"> yang kaya </w:t>
      </w:r>
      <w:proofErr w:type="spellStart"/>
      <w:r w:rsidRPr="00B27896">
        <w:rPr>
          <w:rFonts w:ascii="Times New Roman" w:hAnsi="Times New Roman" w:cs="Times New Roman"/>
          <w:sz w:val="24"/>
          <w:szCs w:val="24"/>
        </w:rPr>
        <w:t>akan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zat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besi</w:t>
      </w:r>
      <w:proofErr w:type="spellEnd"/>
      <w:r w:rsidRPr="00B27896">
        <w:rPr>
          <w:rFonts w:ascii="Times New Roman" w:hAnsi="Times New Roman" w:cs="Times New Roman"/>
          <w:sz w:val="24"/>
          <w:szCs w:val="24"/>
        </w:rPr>
        <w:t xml:space="preserve">, vitamin, dan mineral </w:t>
      </w:r>
      <w:proofErr w:type="spellStart"/>
      <w:r w:rsidRPr="00B27896">
        <w:rPr>
          <w:rFonts w:ascii="Times New Roman" w:hAnsi="Times New Roman" w:cs="Times New Roman"/>
          <w:sz w:val="24"/>
          <w:szCs w:val="24"/>
        </w:rPr>
        <w:t>penting</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lainnya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Zat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besi</w:t>
      </w:r>
      <w:proofErr w:type="spellEnd"/>
      <w:r w:rsidRPr="00B27896">
        <w:rPr>
          <w:rFonts w:ascii="Times New Roman" w:hAnsi="Times New Roman" w:cs="Times New Roman"/>
          <w:sz w:val="24"/>
          <w:szCs w:val="24"/>
        </w:rPr>
        <w:t xml:space="preserve"> yang </w:t>
      </w:r>
      <w:proofErr w:type="spellStart"/>
      <w:r w:rsidRPr="00B27896">
        <w:rPr>
          <w:rFonts w:ascii="Times New Roman" w:hAnsi="Times New Roman" w:cs="Times New Roman"/>
          <w:sz w:val="24"/>
          <w:szCs w:val="24"/>
        </w:rPr>
        <w:t>terkandung</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dalam</w:t>
      </w:r>
      <w:proofErr w:type="spellEnd"/>
      <w:r w:rsidRPr="00B27896">
        <w:rPr>
          <w:rFonts w:ascii="Times New Roman" w:hAnsi="Times New Roman" w:cs="Times New Roman"/>
          <w:sz w:val="24"/>
          <w:szCs w:val="24"/>
        </w:rPr>
        <w:t xml:space="preserve"> Sari </w:t>
      </w:r>
      <w:proofErr w:type="spellStart"/>
      <w:r w:rsidRPr="00B27896">
        <w:rPr>
          <w:rFonts w:ascii="Times New Roman" w:hAnsi="Times New Roman" w:cs="Times New Roman"/>
          <w:sz w:val="24"/>
          <w:szCs w:val="24"/>
        </w:rPr>
        <w:t>Kurma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dapat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meningkatkan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kadar</w:t>
      </w:r>
      <w:proofErr w:type="spellEnd"/>
      <w:r w:rsidRPr="00B27896">
        <w:rPr>
          <w:rFonts w:ascii="Times New Roman" w:hAnsi="Times New Roman" w:cs="Times New Roman"/>
          <w:sz w:val="24"/>
          <w:szCs w:val="24"/>
        </w:rPr>
        <w:t xml:space="preserve"> hemoglobin </w:t>
      </w:r>
      <w:proofErr w:type="spellStart"/>
      <w:r w:rsidRPr="00B27896">
        <w:rPr>
          <w:rFonts w:ascii="Times New Roman" w:hAnsi="Times New Roman" w:cs="Times New Roman"/>
          <w:sz w:val="24"/>
          <w:szCs w:val="24"/>
        </w:rPr>
        <w:t>dalam</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darah</w:t>
      </w:r>
      <w:proofErr w:type="spellEnd"/>
      <w:r w:rsidRPr="00B27896">
        <w:rPr>
          <w:rFonts w:ascii="Times New Roman" w:hAnsi="Times New Roman" w:cs="Times New Roman"/>
          <w:sz w:val="24"/>
          <w:szCs w:val="24"/>
        </w:rPr>
        <w:t xml:space="preserve">, yang sangat </w:t>
      </w:r>
      <w:proofErr w:type="spellStart"/>
      <w:r w:rsidRPr="00B27896">
        <w:rPr>
          <w:rFonts w:ascii="Times New Roman" w:hAnsi="Times New Roman" w:cs="Times New Roman"/>
          <w:sz w:val="24"/>
          <w:szCs w:val="24"/>
        </w:rPr>
        <w:t>penting</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untuk</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mengatasi</w:t>
      </w:r>
      <w:proofErr w:type="spellEnd"/>
      <w:r w:rsidRPr="00B27896">
        <w:rPr>
          <w:rFonts w:ascii="Times New Roman" w:hAnsi="Times New Roman" w:cs="Times New Roman"/>
          <w:sz w:val="24"/>
          <w:szCs w:val="24"/>
        </w:rPr>
        <w:t xml:space="preserve"> anemia. </w:t>
      </w:r>
      <w:proofErr w:type="spellStart"/>
      <w:r w:rsidRPr="00B27896">
        <w:rPr>
          <w:rFonts w:ascii="Times New Roman" w:hAnsi="Times New Roman" w:cs="Times New Roman"/>
          <w:sz w:val="24"/>
          <w:szCs w:val="24"/>
        </w:rPr>
        <w:t>Peningkatan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kadar</w:t>
      </w:r>
      <w:proofErr w:type="spellEnd"/>
      <w:r w:rsidRPr="00B27896">
        <w:rPr>
          <w:rFonts w:ascii="Times New Roman" w:hAnsi="Times New Roman" w:cs="Times New Roman"/>
          <w:sz w:val="24"/>
          <w:szCs w:val="24"/>
        </w:rPr>
        <w:t xml:space="preserve"> hemoglobin </w:t>
      </w:r>
      <w:proofErr w:type="spellStart"/>
      <w:r w:rsidRPr="00B27896">
        <w:rPr>
          <w:rFonts w:ascii="Times New Roman" w:hAnsi="Times New Roman" w:cs="Times New Roman"/>
          <w:sz w:val="24"/>
          <w:szCs w:val="24"/>
        </w:rPr>
        <w:t>ini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membantu</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meningkatkan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kemampuan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darah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dalam</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mengangkut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oksigen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ke</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seluruh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tubuh</w:t>
      </w:r>
      <w:proofErr w:type="spellEnd"/>
      <w:r w:rsidRPr="00B27896">
        <w:rPr>
          <w:rFonts w:ascii="Times New Roman" w:hAnsi="Times New Roman" w:cs="Times New Roman"/>
          <w:sz w:val="24"/>
          <w:szCs w:val="24"/>
        </w:rPr>
        <w:t xml:space="preserve">, yang </w:t>
      </w:r>
      <w:proofErr w:type="spellStart"/>
      <w:r w:rsidRPr="00B27896">
        <w:rPr>
          <w:rFonts w:ascii="Times New Roman" w:hAnsi="Times New Roman" w:cs="Times New Roman"/>
          <w:sz w:val="24"/>
          <w:szCs w:val="24"/>
        </w:rPr>
        <w:t>dapat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meredakan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gejala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intoleransi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aktivitas</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seperti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kelelahan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pusing</w:t>
      </w:r>
      <w:proofErr w:type="spellEnd"/>
      <w:r w:rsidRPr="00B27896">
        <w:rPr>
          <w:rFonts w:ascii="Times New Roman" w:hAnsi="Times New Roman" w:cs="Times New Roman"/>
          <w:sz w:val="24"/>
          <w:szCs w:val="24"/>
        </w:rPr>
        <w:t xml:space="preserve">, dan </w:t>
      </w:r>
      <w:proofErr w:type="spellStart"/>
      <w:r w:rsidRPr="00B27896">
        <w:rPr>
          <w:rFonts w:ascii="Times New Roman" w:hAnsi="Times New Roman" w:cs="Times New Roman"/>
          <w:sz w:val="24"/>
          <w:szCs w:val="24"/>
        </w:rPr>
        <w:t>rendahnya</w:t>
      </w:r>
      <w:proofErr w:type="spellEnd"/>
      <w:r w:rsidRPr="00B27896">
        <w:rPr>
          <w:rFonts w:ascii="Times New Roman" w:hAnsi="Times New Roman" w:cs="Times New Roman"/>
          <w:sz w:val="24"/>
          <w:szCs w:val="24"/>
        </w:rPr>
        <w:t xml:space="preserve"> stamina </w:t>
      </w:r>
      <w:proofErr w:type="spellStart"/>
      <w:r w:rsidRPr="00B27896">
        <w:rPr>
          <w:rFonts w:ascii="Times New Roman" w:hAnsi="Times New Roman" w:cs="Times New Roman"/>
          <w:sz w:val="24"/>
          <w:szCs w:val="24"/>
        </w:rPr>
        <w:t>fisik</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Intoleransi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aktivitas</w:t>
      </w:r>
      <w:proofErr w:type="spellEnd"/>
      <w:r w:rsidRPr="00B27896">
        <w:rPr>
          <w:rFonts w:ascii="Times New Roman" w:hAnsi="Times New Roman" w:cs="Times New Roman"/>
          <w:sz w:val="24"/>
          <w:szCs w:val="24"/>
        </w:rPr>
        <w:t xml:space="preserve"> pada </w:t>
      </w:r>
      <w:proofErr w:type="spellStart"/>
      <w:r w:rsidRPr="00B27896">
        <w:rPr>
          <w:rFonts w:ascii="Times New Roman" w:hAnsi="Times New Roman" w:cs="Times New Roman"/>
          <w:sz w:val="24"/>
          <w:szCs w:val="24"/>
        </w:rPr>
        <w:t>remaja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putri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dengan</w:t>
      </w:r>
      <w:proofErr w:type="spellEnd"/>
      <w:r w:rsidRPr="00B27896">
        <w:rPr>
          <w:rFonts w:ascii="Times New Roman" w:hAnsi="Times New Roman" w:cs="Times New Roman"/>
          <w:sz w:val="24"/>
          <w:szCs w:val="24"/>
        </w:rPr>
        <w:t xml:space="preserve"> anemia </w:t>
      </w:r>
      <w:proofErr w:type="spellStart"/>
      <w:r w:rsidRPr="00B27896">
        <w:rPr>
          <w:rFonts w:ascii="Times New Roman" w:hAnsi="Times New Roman" w:cs="Times New Roman"/>
          <w:sz w:val="24"/>
          <w:szCs w:val="24"/>
        </w:rPr>
        <w:t>sering</w:t>
      </w:r>
      <w:proofErr w:type="spellEnd"/>
      <w:r w:rsidRPr="00B27896">
        <w:rPr>
          <w:rFonts w:ascii="Times New Roman" w:hAnsi="Times New Roman" w:cs="Times New Roman"/>
          <w:sz w:val="24"/>
          <w:szCs w:val="24"/>
        </w:rPr>
        <w:t xml:space="preserve"> kali </w:t>
      </w:r>
      <w:proofErr w:type="spellStart"/>
      <w:r w:rsidRPr="00B27896">
        <w:rPr>
          <w:rFonts w:ascii="Times New Roman" w:hAnsi="Times New Roman" w:cs="Times New Roman"/>
          <w:sz w:val="24"/>
          <w:szCs w:val="24"/>
        </w:rPr>
        <w:t>disebabkan</w:t>
      </w:r>
      <w:proofErr w:type="spellEnd"/>
      <w:r w:rsidRPr="00B27896">
        <w:rPr>
          <w:rFonts w:ascii="Times New Roman" w:hAnsi="Times New Roman" w:cs="Times New Roman"/>
          <w:sz w:val="24"/>
          <w:szCs w:val="24"/>
        </w:rPr>
        <w:t xml:space="preserve"> oleh </w:t>
      </w:r>
      <w:proofErr w:type="spellStart"/>
      <w:r w:rsidRPr="00B27896">
        <w:rPr>
          <w:rFonts w:ascii="Times New Roman" w:hAnsi="Times New Roman" w:cs="Times New Roman"/>
          <w:sz w:val="24"/>
          <w:szCs w:val="24"/>
        </w:rPr>
        <w:t>rendahnya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kadar</w:t>
      </w:r>
      <w:proofErr w:type="spellEnd"/>
      <w:r w:rsidRPr="00B27896">
        <w:rPr>
          <w:rFonts w:ascii="Times New Roman" w:hAnsi="Times New Roman" w:cs="Times New Roman"/>
          <w:sz w:val="24"/>
          <w:szCs w:val="24"/>
        </w:rPr>
        <w:t xml:space="preserve"> hemoglobin, yang </w:t>
      </w:r>
      <w:proofErr w:type="spellStart"/>
      <w:r w:rsidRPr="00B27896">
        <w:rPr>
          <w:rFonts w:ascii="Times New Roman" w:hAnsi="Times New Roman" w:cs="Times New Roman"/>
          <w:sz w:val="24"/>
          <w:szCs w:val="24"/>
        </w:rPr>
        <w:t>mengurangi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pasokan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oksigen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ke</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otot</w:t>
      </w:r>
      <w:proofErr w:type="spellEnd"/>
      <w:r w:rsidRPr="00B27896">
        <w:rPr>
          <w:rFonts w:ascii="Times New Roman" w:hAnsi="Times New Roman" w:cs="Times New Roman"/>
          <w:sz w:val="24"/>
          <w:szCs w:val="24"/>
        </w:rPr>
        <w:t xml:space="preserve"> dan </w:t>
      </w:r>
      <w:proofErr w:type="spellStart"/>
      <w:r w:rsidRPr="00B27896">
        <w:rPr>
          <w:rFonts w:ascii="Times New Roman" w:hAnsi="Times New Roman" w:cs="Times New Roman"/>
          <w:sz w:val="24"/>
          <w:szCs w:val="24"/>
        </w:rPr>
        <w:t>otak</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Dengan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mengonsumsi</w:t>
      </w:r>
      <w:proofErr w:type="spellEnd"/>
      <w:r w:rsidRPr="00B27896">
        <w:rPr>
          <w:rFonts w:ascii="Times New Roman" w:hAnsi="Times New Roman" w:cs="Times New Roman"/>
          <w:sz w:val="24"/>
          <w:szCs w:val="24"/>
        </w:rPr>
        <w:t xml:space="preserve"> Sari </w:t>
      </w:r>
      <w:proofErr w:type="spellStart"/>
      <w:r w:rsidRPr="00B27896">
        <w:rPr>
          <w:rFonts w:ascii="Times New Roman" w:hAnsi="Times New Roman" w:cs="Times New Roman"/>
          <w:sz w:val="24"/>
          <w:szCs w:val="24"/>
        </w:rPr>
        <w:t>Kurma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diharapkan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kondisi</w:t>
      </w:r>
      <w:proofErr w:type="spellEnd"/>
      <w:r w:rsidRPr="00B27896">
        <w:rPr>
          <w:rFonts w:ascii="Times New Roman" w:hAnsi="Times New Roman" w:cs="Times New Roman"/>
          <w:sz w:val="24"/>
          <w:szCs w:val="24"/>
        </w:rPr>
        <w:t xml:space="preserve"> anemia </w:t>
      </w:r>
      <w:proofErr w:type="spellStart"/>
      <w:r w:rsidRPr="00B27896">
        <w:rPr>
          <w:rFonts w:ascii="Times New Roman" w:hAnsi="Times New Roman" w:cs="Times New Roman"/>
          <w:sz w:val="24"/>
          <w:szCs w:val="24"/>
        </w:rPr>
        <w:t>dapat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membaik</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sehingga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kebugaran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fisik</w:t>
      </w:r>
      <w:proofErr w:type="spellEnd"/>
      <w:r w:rsidRPr="00B27896">
        <w:rPr>
          <w:rFonts w:ascii="Times New Roman" w:hAnsi="Times New Roman" w:cs="Times New Roman"/>
          <w:sz w:val="24"/>
          <w:szCs w:val="24"/>
        </w:rPr>
        <w:t xml:space="preserve"> dan </w:t>
      </w:r>
      <w:proofErr w:type="spellStart"/>
      <w:r w:rsidRPr="00B27896">
        <w:rPr>
          <w:rFonts w:ascii="Times New Roman" w:hAnsi="Times New Roman" w:cs="Times New Roman"/>
          <w:sz w:val="24"/>
          <w:szCs w:val="24"/>
        </w:rPr>
        <w:t>kemampuan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melakukan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aktivitas</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sehari-hari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akan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meningkat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secara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bertahap</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Selain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itu</w:t>
      </w:r>
      <w:proofErr w:type="spellEnd"/>
      <w:r w:rsidRPr="00B27896">
        <w:rPr>
          <w:rFonts w:ascii="Times New Roman" w:hAnsi="Times New Roman" w:cs="Times New Roman"/>
          <w:sz w:val="24"/>
          <w:szCs w:val="24"/>
        </w:rPr>
        <w:t xml:space="preserve">, Sari </w:t>
      </w:r>
      <w:proofErr w:type="spellStart"/>
      <w:r w:rsidRPr="00B27896">
        <w:rPr>
          <w:rFonts w:ascii="Times New Roman" w:hAnsi="Times New Roman" w:cs="Times New Roman"/>
          <w:sz w:val="24"/>
          <w:szCs w:val="24"/>
        </w:rPr>
        <w:t>Kurma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mengandung</w:t>
      </w:r>
      <w:proofErr w:type="spellEnd"/>
      <w:r w:rsidRPr="00B27896">
        <w:rPr>
          <w:rFonts w:ascii="Times New Roman" w:hAnsi="Times New Roman" w:cs="Times New Roman"/>
          <w:sz w:val="24"/>
          <w:szCs w:val="24"/>
        </w:rPr>
        <w:t xml:space="preserve"> gula </w:t>
      </w:r>
      <w:proofErr w:type="spellStart"/>
      <w:r w:rsidRPr="00B27896">
        <w:rPr>
          <w:rFonts w:ascii="Times New Roman" w:hAnsi="Times New Roman" w:cs="Times New Roman"/>
          <w:sz w:val="24"/>
          <w:szCs w:val="24"/>
        </w:rPr>
        <w:t>alami</w:t>
      </w:r>
      <w:proofErr w:type="spellEnd"/>
      <w:r w:rsidRPr="00B27896">
        <w:rPr>
          <w:rFonts w:ascii="Times New Roman" w:hAnsi="Times New Roman" w:cs="Times New Roman"/>
          <w:sz w:val="24"/>
          <w:szCs w:val="24"/>
        </w:rPr>
        <w:t xml:space="preserve"> yang </w:t>
      </w:r>
      <w:proofErr w:type="spellStart"/>
      <w:r w:rsidRPr="00B27896">
        <w:rPr>
          <w:rFonts w:ascii="Times New Roman" w:hAnsi="Times New Roman" w:cs="Times New Roman"/>
          <w:sz w:val="24"/>
          <w:szCs w:val="24"/>
        </w:rPr>
        <w:t>dapat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memberikan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energi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tambahan</w:t>
      </w:r>
      <w:proofErr w:type="spellEnd"/>
      <w:r w:rsidRPr="00B27896">
        <w:rPr>
          <w:rFonts w:ascii="Times New Roman" w:hAnsi="Times New Roman" w:cs="Times New Roman"/>
          <w:sz w:val="24"/>
          <w:szCs w:val="24"/>
        </w:rPr>
        <w:t xml:space="preserve">, yang sangat </w:t>
      </w:r>
      <w:proofErr w:type="spellStart"/>
      <w:r w:rsidRPr="00B27896">
        <w:rPr>
          <w:rFonts w:ascii="Times New Roman" w:hAnsi="Times New Roman" w:cs="Times New Roman"/>
          <w:sz w:val="24"/>
          <w:szCs w:val="24"/>
        </w:rPr>
        <w:t>dibutuhkan</w:t>
      </w:r>
      <w:proofErr w:type="spellEnd"/>
      <w:r w:rsidRPr="00B27896">
        <w:rPr>
          <w:rFonts w:ascii="Times New Roman" w:hAnsi="Times New Roman" w:cs="Times New Roman"/>
          <w:sz w:val="24"/>
          <w:szCs w:val="24"/>
        </w:rPr>
        <w:t xml:space="preserve"> oleh </w:t>
      </w:r>
      <w:proofErr w:type="spellStart"/>
      <w:r w:rsidRPr="00B27896">
        <w:rPr>
          <w:rFonts w:ascii="Times New Roman" w:hAnsi="Times New Roman" w:cs="Times New Roman"/>
          <w:sz w:val="24"/>
          <w:szCs w:val="24"/>
        </w:rPr>
        <w:t>remaja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putri</w:t>
      </w:r>
      <w:proofErr w:type="spellEnd"/>
      <w:r w:rsidRPr="00B27896">
        <w:rPr>
          <w:rFonts w:ascii="Times New Roman" w:hAnsi="Times New Roman" w:cs="Times New Roman"/>
          <w:sz w:val="24"/>
          <w:szCs w:val="24"/>
        </w:rPr>
        <w:t xml:space="preserve"> yang </w:t>
      </w:r>
      <w:proofErr w:type="spellStart"/>
      <w:r w:rsidRPr="00B27896">
        <w:rPr>
          <w:rFonts w:ascii="Times New Roman" w:hAnsi="Times New Roman" w:cs="Times New Roman"/>
          <w:sz w:val="24"/>
          <w:szCs w:val="24"/>
        </w:rPr>
        <w:t>mengalami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kelelahan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akibat</w:t>
      </w:r>
      <w:proofErr w:type="spellEnd"/>
      <w:r w:rsidRPr="00B27896">
        <w:rPr>
          <w:rFonts w:ascii="Times New Roman" w:hAnsi="Times New Roman" w:cs="Times New Roman"/>
          <w:sz w:val="24"/>
          <w:szCs w:val="24"/>
        </w:rPr>
        <w:t xml:space="preserve"> anemia</w:t>
      </w:r>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{"citationItems":[{"id":"ITEM-1","itemData":{"DOI":"10.26714/hnca.v4i1.13104","abstract":"Anemia ialah kondisi di mana kadar hemoglobin di bawah normal karena jaringan yang memproduksi sel darah merah tidak mampu untuk mempertahankan kadar hemoglobin pada tingkat normal. Program intervensi dalam meningkatkan kadar hemoglobin dapat diatasi dengan terapi non farmakologi yaitu pemberian sari kurma. Studi kasus ini bertujuan untuk membantu meningkatkan kadar hemoglobin pada remaja putri anemia dengan pendekatan proses keperawatan yang menggambarkan pengelolaan kasus dalam menerapkan konsumsi sari kurma pada remaja putri anemia yang berjumlah 3 responden yang didapatkan dari pengukuran awal kadar hemoglobin sesuai dengan kriteria inklusi dan eksklusi. Kadar hemoglobin diukur menggunakan alat hemoglobinmeter digital Easy Touch. Hasil studi kasus pada ketiga responden dengan anemia yang diberikan terapi sari kurma selama 12 hari sebanyak 2x15 ml/hari setelah makan pagi dan makan malam terjadi peningkatan  kadar hemoglobin, sebelum dilakukan terapi hasil nilai kadar hemoglobin rata-rata 10.03 g/dL dan setelah diberikan sari kurma kadar hemoglobin meningkat dengan nilai rata-rata 15.73 g/dL. Terapi pemberian sari kurma merupakan salah satu suplemen yang dapat menjadi terapi pelengkap pada penderita anemia.","author":[{"dropping-particle":"","family":"Indira","given":"Eugene","non-dropping-particle":"","parse-names":false,"suffix":""},{"dropping-particle":"","family":"Aisah","given":"Siti","non-dropping-particle":"","parse-names":false,"suffix":""}],"container-title":"Holistic Nursing Care Approach","id":"ITEM-1","issue":"1","issued":{"date-parts":[["2024"]]},"page":"18","title":"Pemberian sari kurma untuk meningkatkan kadar hemoglobin pada remaja putri dengan anemia","type":"article-journal","volume":"4"},"uris":["http://www.mendeley.com/documents/?uuid=f8109a6c-bcaa-44c5-abb6-6fcef5b7daa4"]}],"mendeley":{"formattedCitation":"(Indira &amp; Aisah, 2024)","plainTextFormattedCitation":"(Indira &amp; Aisah, 2024)","previouslyFormattedCitation":"(Indira &amp; Aisah, 2024)"},"properties":{"noteIndex":0},"schema":"https://github.com/citation-style-language/schema/raw/master/csl-citation.json"}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sidRPr="00893D1F">
        <w:rPr>
          <w:rFonts w:ascii="Times New Roman" w:hAnsi="Times New Roman" w:cs="Times New Roman"/>
          <w:noProof/>
          <w:sz w:val="24"/>
          <w:szCs w:val="24"/>
        </w:rPr>
        <w:t>(Indira &amp; Aisah, 2024)</w:t>
      </w:r>
      <w:r w:rsidR="00893D1F">
        <w:rPr>
          <w:rFonts w:ascii="Times New Roman" w:hAnsi="Times New Roman" w:cs="Times New Roman"/>
          <w:sz w:val="24"/>
          <w:szCs w:val="24"/>
        </w:rPr>
        <w:fldChar w:fldCharType="end"/>
      </w:r>
      <w:r w:rsidRPr="00B27896">
        <w:rPr>
          <w:rFonts w:ascii="Times New Roman" w:hAnsi="Times New Roman" w:cs="Times New Roman"/>
          <w:sz w:val="24"/>
          <w:szCs w:val="24"/>
        </w:rPr>
        <w:t>.</w:t>
      </w:r>
    </w:p>
    <w:p w14:paraId="78D4BB27" w14:textId="77777777" w:rsidR="00B27896" w:rsidRPr="00B27896" w:rsidRDefault="00B27896" w:rsidP="00B27896">
      <w:pPr>
        <w:jc w:val="both"/>
        <w:rPr>
          <w:rFonts w:ascii="Times New Roman" w:hAnsi="Times New Roman" w:cs="Times New Roman"/>
          <w:sz w:val="24"/>
          <w:szCs w:val="24"/>
        </w:rPr>
      </w:pPr>
      <w:r w:rsidRPr="00B27896">
        <w:rPr>
          <w:rFonts w:ascii="Times New Roman" w:hAnsi="Times New Roman" w:cs="Times New Roman"/>
          <w:sz w:val="24"/>
          <w:szCs w:val="24"/>
        </w:rPr>
        <w:t xml:space="preserve">       Sari </w:t>
      </w:r>
      <w:proofErr w:type="spellStart"/>
      <w:r w:rsidRPr="00B27896">
        <w:rPr>
          <w:rFonts w:ascii="Times New Roman" w:hAnsi="Times New Roman" w:cs="Times New Roman"/>
          <w:sz w:val="24"/>
          <w:szCs w:val="24"/>
        </w:rPr>
        <w:t>kurma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adalah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minuman</w:t>
      </w:r>
      <w:proofErr w:type="spellEnd"/>
      <w:r w:rsidRPr="00B27896">
        <w:rPr>
          <w:rFonts w:ascii="Times New Roman" w:hAnsi="Times New Roman" w:cs="Times New Roman"/>
          <w:sz w:val="24"/>
          <w:szCs w:val="24"/>
        </w:rPr>
        <w:t xml:space="preserve"> herbal yang </w:t>
      </w:r>
      <w:proofErr w:type="spellStart"/>
      <w:r w:rsidRPr="00B27896">
        <w:rPr>
          <w:rFonts w:ascii="Times New Roman" w:hAnsi="Times New Roman" w:cs="Times New Roman"/>
          <w:sz w:val="24"/>
          <w:szCs w:val="24"/>
        </w:rPr>
        <w:t>berasal</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dari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buah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kurma</w:t>
      </w:r>
      <w:proofErr w:type="spellEnd"/>
      <w:r w:rsidRPr="00B27896">
        <w:rPr>
          <w:rFonts w:ascii="Times New Roman" w:hAnsi="Times New Roman" w:cs="Times New Roman"/>
          <w:sz w:val="24"/>
          <w:szCs w:val="24"/>
        </w:rPr>
        <w:t xml:space="preserve"> yang </w:t>
      </w:r>
      <w:proofErr w:type="spellStart"/>
      <w:r w:rsidRPr="00B27896">
        <w:rPr>
          <w:rFonts w:ascii="Times New Roman" w:hAnsi="Times New Roman" w:cs="Times New Roman"/>
          <w:sz w:val="24"/>
          <w:szCs w:val="24"/>
        </w:rPr>
        <w:t>mengandung</w:t>
      </w:r>
      <w:proofErr w:type="spellEnd"/>
      <w:r w:rsidRPr="00B27896">
        <w:rPr>
          <w:rFonts w:ascii="Times New Roman" w:hAnsi="Times New Roman" w:cs="Times New Roman"/>
          <w:sz w:val="24"/>
          <w:szCs w:val="24"/>
        </w:rPr>
        <w:t xml:space="preserve"> protein, lemak, mineral, </w:t>
      </w:r>
      <w:proofErr w:type="spellStart"/>
      <w:r w:rsidRPr="00B27896">
        <w:rPr>
          <w:rFonts w:ascii="Times New Roman" w:hAnsi="Times New Roman" w:cs="Times New Roman"/>
          <w:sz w:val="24"/>
          <w:szCs w:val="24"/>
        </w:rPr>
        <w:t>zat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besi</w:t>
      </w:r>
      <w:proofErr w:type="spellEnd"/>
      <w:r w:rsidRPr="00B27896">
        <w:rPr>
          <w:rFonts w:ascii="Times New Roman" w:hAnsi="Times New Roman" w:cs="Times New Roman"/>
          <w:sz w:val="24"/>
          <w:szCs w:val="24"/>
        </w:rPr>
        <w:t xml:space="preserve">, dan </w:t>
      </w:r>
      <w:proofErr w:type="spellStart"/>
      <w:r w:rsidRPr="00B27896">
        <w:rPr>
          <w:rFonts w:ascii="Times New Roman" w:hAnsi="Times New Roman" w:cs="Times New Roman"/>
          <w:sz w:val="24"/>
          <w:szCs w:val="24"/>
        </w:rPr>
        <w:t>zat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asam</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Buah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kurma</w:t>
      </w:r>
      <w:proofErr w:type="spellEnd"/>
      <w:r w:rsidRPr="00B27896">
        <w:rPr>
          <w:rFonts w:ascii="Times New Roman" w:hAnsi="Times New Roman" w:cs="Times New Roman"/>
          <w:sz w:val="24"/>
          <w:szCs w:val="24"/>
        </w:rPr>
        <w:t xml:space="preserve"> sangat kaya </w:t>
      </w:r>
      <w:proofErr w:type="spellStart"/>
      <w:r w:rsidRPr="00B27896">
        <w:rPr>
          <w:rFonts w:ascii="Times New Roman" w:hAnsi="Times New Roman" w:cs="Times New Roman"/>
          <w:sz w:val="24"/>
          <w:szCs w:val="24"/>
        </w:rPr>
        <w:t>akan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serat</w:t>
      </w:r>
      <w:proofErr w:type="spellEnd"/>
      <w:r w:rsidRPr="00B27896">
        <w:rPr>
          <w:rFonts w:ascii="Times New Roman" w:hAnsi="Times New Roman" w:cs="Times New Roman"/>
          <w:sz w:val="24"/>
          <w:szCs w:val="24"/>
        </w:rPr>
        <w:t xml:space="preserve"> dan </w:t>
      </w:r>
      <w:proofErr w:type="spellStart"/>
      <w:r w:rsidRPr="00B27896">
        <w:rPr>
          <w:rFonts w:ascii="Times New Roman" w:hAnsi="Times New Roman" w:cs="Times New Roman"/>
          <w:sz w:val="24"/>
          <w:szCs w:val="24"/>
        </w:rPr>
        <w:t>merupakan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sumber</w:t>
      </w:r>
      <w:proofErr w:type="spellEnd"/>
      <w:r w:rsidRPr="00B27896">
        <w:rPr>
          <w:rFonts w:ascii="Times New Roman" w:hAnsi="Times New Roman" w:cs="Times New Roman"/>
          <w:sz w:val="24"/>
          <w:szCs w:val="24"/>
        </w:rPr>
        <w:t xml:space="preserve"> kalium yang sangat </w:t>
      </w:r>
      <w:proofErr w:type="spellStart"/>
      <w:r w:rsidRPr="00B27896">
        <w:rPr>
          <w:rFonts w:ascii="Times New Roman" w:hAnsi="Times New Roman" w:cs="Times New Roman"/>
          <w:sz w:val="24"/>
          <w:szCs w:val="24"/>
        </w:rPr>
        <w:t>baik</w:t>
      </w:r>
      <w:proofErr w:type="spellEnd"/>
      <w:r w:rsidRPr="00B27896">
        <w:rPr>
          <w:rFonts w:ascii="Times New Roman" w:hAnsi="Times New Roman" w:cs="Times New Roman"/>
          <w:sz w:val="24"/>
          <w:szCs w:val="24"/>
        </w:rPr>
        <w:t xml:space="preserve">. Lima </w:t>
      </w:r>
      <w:proofErr w:type="spellStart"/>
      <w:r w:rsidRPr="00B27896">
        <w:rPr>
          <w:rFonts w:ascii="Times New Roman" w:hAnsi="Times New Roman" w:cs="Times New Roman"/>
          <w:sz w:val="24"/>
          <w:szCs w:val="24"/>
        </w:rPr>
        <w:t>butir</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buah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kurma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mengandung</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sekitar</w:t>
      </w:r>
      <w:proofErr w:type="spellEnd"/>
      <w:r w:rsidRPr="00B27896">
        <w:rPr>
          <w:rFonts w:ascii="Times New Roman" w:hAnsi="Times New Roman" w:cs="Times New Roman"/>
          <w:sz w:val="24"/>
          <w:szCs w:val="24"/>
        </w:rPr>
        <w:t xml:space="preserve"> 115 </w:t>
      </w:r>
      <w:proofErr w:type="spellStart"/>
      <w:r w:rsidRPr="00B27896">
        <w:rPr>
          <w:rFonts w:ascii="Times New Roman" w:hAnsi="Times New Roman" w:cs="Times New Roman"/>
          <w:sz w:val="24"/>
          <w:szCs w:val="24"/>
        </w:rPr>
        <w:t>kalori</w:t>
      </w:r>
      <w:proofErr w:type="spellEnd"/>
      <w:r w:rsidRPr="00B27896">
        <w:rPr>
          <w:rFonts w:ascii="Times New Roman" w:hAnsi="Times New Roman" w:cs="Times New Roman"/>
          <w:sz w:val="24"/>
          <w:szCs w:val="24"/>
        </w:rPr>
        <w:t xml:space="preserve"> dan 1,2 mg </w:t>
      </w:r>
      <w:proofErr w:type="spellStart"/>
      <w:r w:rsidRPr="00B27896">
        <w:rPr>
          <w:rFonts w:ascii="Times New Roman" w:hAnsi="Times New Roman" w:cs="Times New Roman"/>
          <w:sz w:val="24"/>
          <w:szCs w:val="24"/>
        </w:rPr>
        <w:t>zat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besi</w:t>
      </w:r>
      <w:proofErr w:type="spellEnd"/>
      <w:r w:rsidRPr="00B27896">
        <w:rPr>
          <w:rFonts w:ascii="Times New Roman" w:hAnsi="Times New Roman" w:cs="Times New Roman"/>
          <w:sz w:val="24"/>
          <w:szCs w:val="24"/>
        </w:rPr>
        <w:t xml:space="preserve">, yang </w:t>
      </w:r>
      <w:proofErr w:type="spellStart"/>
      <w:r w:rsidRPr="00B27896">
        <w:rPr>
          <w:rFonts w:ascii="Times New Roman" w:hAnsi="Times New Roman" w:cs="Times New Roman"/>
          <w:sz w:val="24"/>
          <w:szCs w:val="24"/>
        </w:rPr>
        <w:t>dapat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membantu</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meningkatkan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kadar</w:t>
      </w:r>
      <w:proofErr w:type="spellEnd"/>
      <w:r w:rsidRPr="00B27896">
        <w:rPr>
          <w:rFonts w:ascii="Times New Roman" w:hAnsi="Times New Roman" w:cs="Times New Roman"/>
          <w:sz w:val="24"/>
          <w:szCs w:val="24"/>
        </w:rPr>
        <w:t xml:space="preserve"> hemoglobin dan </w:t>
      </w:r>
      <w:proofErr w:type="spellStart"/>
      <w:r w:rsidRPr="00B27896">
        <w:rPr>
          <w:rFonts w:ascii="Times New Roman" w:hAnsi="Times New Roman" w:cs="Times New Roman"/>
          <w:sz w:val="24"/>
          <w:szCs w:val="24"/>
        </w:rPr>
        <w:t>mencegah</w:t>
      </w:r>
      <w:proofErr w:type="spellEnd"/>
      <w:r w:rsidRPr="00B27896">
        <w:rPr>
          <w:rFonts w:ascii="Times New Roman" w:hAnsi="Times New Roman" w:cs="Times New Roman"/>
          <w:sz w:val="24"/>
          <w:szCs w:val="24"/>
        </w:rPr>
        <w:t xml:space="preserve"> anemia. Ada </w:t>
      </w:r>
      <w:proofErr w:type="spellStart"/>
      <w:r w:rsidRPr="00B27896">
        <w:rPr>
          <w:rFonts w:ascii="Times New Roman" w:hAnsi="Times New Roman" w:cs="Times New Roman"/>
          <w:sz w:val="24"/>
          <w:szCs w:val="24"/>
        </w:rPr>
        <w:t>beberapa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penelitian</w:t>
      </w:r>
      <w:proofErr w:type="spellEnd"/>
      <w:r w:rsidRPr="00B27896">
        <w:rPr>
          <w:rFonts w:ascii="Times New Roman" w:hAnsi="Times New Roman" w:cs="Times New Roman"/>
          <w:sz w:val="24"/>
          <w:szCs w:val="24"/>
        </w:rPr>
        <w:t xml:space="preserve"> yang </w:t>
      </w:r>
      <w:proofErr w:type="spellStart"/>
      <w:r w:rsidRPr="00B27896">
        <w:rPr>
          <w:rFonts w:ascii="Times New Roman" w:hAnsi="Times New Roman" w:cs="Times New Roman"/>
          <w:sz w:val="24"/>
          <w:szCs w:val="24"/>
        </w:rPr>
        <w:t>mendukung</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Pemberian</w:t>
      </w:r>
      <w:proofErr w:type="spellEnd"/>
      <w:r w:rsidRPr="00B27896">
        <w:rPr>
          <w:rFonts w:ascii="Times New Roman" w:hAnsi="Times New Roman" w:cs="Times New Roman"/>
          <w:sz w:val="24"/>
          <w:szCs w:val="24"/>
        </w:rPr>
        <w:t xml:space="preserve"> Sari </w:t>
      </w:r>
      <w:proofErr w:type="spellStart"/>
      <w:r w:rsidRPr="00B27896">
        <w:rPr>
          <w:rFonts w:ascii="Times New Roman" w:hAnsi="Times New Roman" w:cs="Times New Roman"/>
          <w:sz w:val="24"/>
          <w:szCs w:val="24"/>
        </w:rPr>
        <w:t>Kurma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untuk</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mengatasi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masalah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Intoleransi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Aktivitas</w:t>
      </w:r>
      <w:proofErr w:type="spellEnd"/>
      <w:r w:rsidRPr="00B27896">
        <w:rPr>
          <w:rFonts w:ascii="Times New Roman" w:hAnsi="Times New Roman" w:cs="Times New Roman"/>
          <w:sz w:val="24"/>
          <w:szCs w:val="24"/>
        </w:rPr>
        <w:t xml:space="preserve"> pada </w:t>
      </w:r>
      <w:proofErr w:type="spellStart"/>
      <w:r w:rsidRPr="00B27896">
        <w:rPr>
          <w:rFonts w:ascii="Times New Roman" w:hAnsi="Times New Roman" w:cs="Times New Roman"/>
          <w:sz w:val="24"/>
          <w:szCs w:val="24"/>
        </w:rPr>
        <w:t>remaja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putri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dengan</w:t>
      </w:r>
      <w:proofErr w:type="spellEnd"/>
      <w:r w:rsidRPr="00B27896">
        <w:rPr>
          <w:rFonts w:ascii="Times New Roman" w:hAnsi="Times New Roman" w:cs="Times New Roman"/>
          <w:sz w:val="24"/>
          <w:szCs w:val="24"/>
        </w:rPr>
        <w:t xml:space="preserve"> anemia. Hasil </w:t>
      </w:r>
      <w:proofErr w:type="spellStart"/>
      <w:r w:rsidRPr="00B27896">
        <w:rPr>
          <w:rFonts w:ascii="Times New Roman" w:hAnsi="Times New Roman" w:cs="Times New Roman"/>
          <w:sz w:val="24"/>
          <w:szCs w:val="24"/>
        </w:rPr>
        <w:t>penelitian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cmenunjukkan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nilai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signifikan</w:t>
      </w:r>
      <w:proofErr w:type="spellEnd"/>
      <w:r w:rsidRPr="00B27896">
        <w:rPr>
          <w:rFonts w:ascii="Times New Roman" w:hAnsi="Times New Roman" w:cs="Times New Roman"/>
          <w:sz w:val="24"/>
          <w:szCs w:val="24"/>
        </w:rPr>
        <w:t xml:space="preserve"> (p&lt; 0,05), yang </w:t>
      </w:r>
      <w:proofErr w:type="spellStart"/>
      <w:r w:rsidRPr="00B27896">
        <w:rPr>
          <w:rFonts w:ascii="Times New Roman" w:hAnsi="Times New Roman" w:cs="Times New Roman"/>
          <w:sz w:val="24"/>
          <w:szCs w:val="24"/>
        </w:rPr>
        <w:t>mengindikasikan</w:t>
      </w:r>
      <w:proofErr w:type="spellEnd"/>
      <w:r w:rsidRPr="00B27896">
        <w:rPr>
          <w:rFonts w:ascii="Times New Roman" w:hAnsi="Times New Roman" w:cs="Times New Roman"/>
          <w:sz w:val="24"/>
          <w:szCs w:val="24"/>
        </w:rPr>
        <w:t xml:space="preserve"> ad </w:t>
      </w:r>
      <w:proofErr w:type="spellStart"/>
      <w:r w:rsidRPr="00B27896">
        <w:rPr>
          <w:rFonts w:ascii="Times New Roman" w:hAnsi="Times New Roman" w:cs="Times New Roman"/>
          <w:sz w:val="24"/>
          <w:szCs w:val="24"/>
        </w:rPr>
        <w:t>anya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pengaruh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pemberian</w:t>
      </w:r>
      <w:proofErr w:type="spellEnd"/>
      <w:r w:rsidRPr="00B27896">
        <w:rPr>
          <w:rFonts w:ascii="Times New Roman" w:hAnsi="Times New Roman" w:cs="Times New Roman"/>
          <w:sz w:val="24"/>
          <w:szCs w:val="24"/>
        </w:rPr>
        <w:t xml:space="preserve"> sari </w:t>
      </w:r>
      <w:proofErr w:type="spellStart"/>
      <w:r w:rsidRPr="00B27896">
        <w:rPr>
          <w:rFonts w:ascii="Times New Roman" w:hAnsi="Times New Roman" w:cs="Times New Roman"/>
          <w:sz w:val="24"/>
          <w:szCs w:val="24"/>
        </w:rPr>
        <w:t>kurma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terhadap</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peningkatan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kadar</w:t>
      </w:r>
      <w:proofErr w:type="spellEnd"/>
      <w:r w:rsidRPr="00B27896">
        <w:rPr>
          <w:rFonts w:ascii="Times New Roman" w:hAnsi="Times New Roman" w:cs="Times New Roman"/>
          <w:sz w:val="24"/>
          <w:szCs w:val="24"/>
        </w:rPr>
        <w:t xml:space="preserve"> hemoglobin pada </w:t>
      </w:r>
      <w:proofErr w:type="spellStart"/>
      <w:r w:rsidRPr="00B27896">
        <w:rPr>
          <w:rFonts w:ascii="Times New Roman" w:hAnsi="Times New Roman" w:cs="Times New Roman"/>
          <w:sz w:val="24"/>
          <w:szCs w:val="24"/>
        </w:rPr>
        <w:t>responden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dengan</w:t>
      </w:r>
      <w:proofErr w:type="spellEnd"/>
      <w:r w:rsidRPr="00B27896">
        <w:rPr>
          <w:rFonts w:ascii="Times New Roman" w:hAnsi="Times New Roman" w:cs="Times New Roman"/>
          <w:sz w:val="24"/>
          <w:szCs w:val="24"/>
        </w:rPr>
        <w:t xml:space="preserve"> anemia. Sari </w:t>
      </w:r>
      <w:proofErr w:type="spellStart"/>
      <w:r w:rsidRPr="00B27896">
        <w:rPr>
          <w:rFonts w:ascii="Times New Roman" w:hAnsi="Times New Roman" w:cs="Times New Roman"/>
          <w:sz w:val="24"/>
          <w:szCs w:val="24"/>
        </w:rPr>
        <w:t>kurma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efektif</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dalam</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meningkatkan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kadar</w:t>
      </w:r>
      <w:proofErr w:type="spellEnd"/>
      <w:r w:rsidRPr="00B27896">
        <w:rPr>
          <w:rFonts w:ascii="Times New Roman" w:hAnsi="Times New Roman" w:cs="Times New Roman"/>
          <w:sz w:val="24"/>
          <w:szCs w:val="24"/>
        </w:rPr>
        <w:t xml:space="preserve"> hemoglobin </w:t>
      </w:r>
      <w:proofErr w:type="spellStart"/>
      <w:r w:rsidRPr="00B27896">
        <w:rPr>
          <w:rFonts w:ascii="Times New Roman" w:hAnsi="Times New Roman" w:cs="Times New Roman"/>
          <w:sz w:val="24"/>
          <w:szCs w:val="24"/>
        </w:rPr>
        <w:t>berkat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kandungan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nutrisinya</w:t>
      </w:r>
      <w:proofErr w:type="spellEnd"/>
      <w:r w:rsidRPr="00B27896">
        <w:rPr>
          <w:rFonts w:ascii="Times New Roman" w:hAnsi="Times New Roman" w:cs="Times New Roman"/>
          <w:sz w:val="24"/>
          <w:szCs w:val="24"/>
        </w:rPr>
        <w:t xml:space="preserve">. Oleh </w:t>
      </w:r>
      <w:proofErr w:type="spellStart"/>
      <w:r w:rsidRPr="00B27896">
        <w:rPr>
          <w:rFonts w:ascii="Times New Roman" w:hAnsi="Times New Roman" w:cs="Times New Roman"/>
          <w:sz w:val="24"/>
          <w:szCs w:val="24"/>
        </w:rPr>
        <w:t>karena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itu</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disarankan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untuk</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lastRenderedPageBreak/>
        <w:t>melanjutkan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pemberian</w:t>
      </w:r>
      <w:proofErr w:type="spellEnd"/>
      <w:r w:rsidRPr="00B27896">
        <w:rPr>
          <w:rFonts w:ascii="Times New Roman" w:hAnsi="Times New Roman" w:cs="Times New Roman"/>
          <w:sz w:val="24"/>
          <w:szCs w:val="24"/>
        </w:rPr>
        <w:t xml:space="preserve"> sari </w:t>
      </w:r>
      <w:proofErr w:type="spellStart"/>
      <w:r w:rsidRPr="00B27896">
        <w:rPr>
          <w:rFonts w:ascii="Times New Roman" w:hAnsi="Times New Roman" w:cs="Times New Roman"/>
          <w:sz w:val="24"/>
          <w:szCs w:val="24"/>
        </w:rPr>
        <w:t>kurma</w:t>
      </w:r>
      <w:proofErr w:type="spellEnd"/>
      <w:r w:rsidRPr="00B27896">
        <w:rPr>
          <w:rFonts w:ascii="Times New Roman" w:hAnsi="Times New Roman" w:cs="Times New Roman"/>
          <w:sz w:val="24"/>
          <w:szCs w:val="24"/>
        </w:rPr>
        <w:t xml:space="preserve"> dan </w:t>
      </w:r>
      <w:proofErr w:type="spellStart"/>
      <w:r w:rsidRPr="00B27896">
        <w:rPr>
          <w:rFonts w:ascii="Times New Roman" w:hAnsi="Times New Roman" w:cs="Times New Roman"/>
          <w:sz w:val="24"/>
          <w:szCs w:val="24"/>
        </w:rPr>
        <w:t>melakukan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penyuluhan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kepada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remaja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untuk</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meningkatkan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pengetahuan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tentang</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gizi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kesehatan</w:t>
      </w:r>
      <w:proofErr w:type="spellEnd"/>
      <w:r w:rsidRPr="00B27896">
        <w:rPr>
          <w:rFonts w:ascii="Times New Roman" w:hAnsi="Times New Roman" w:cs="Times New Roman"/>
          <w:sz w:val="24"/>
          <w:szCs w:val="24"/>
        </w:rPr>
        <w:t xml:space="preserve">, dan </w:t>
      </w:r>
      <w:proofErr w:type="spellStart"/>
      <w:r w:rsidRPr="00B27896">
        <w:rPr>
          <w:rFonts w:ascii="Times New Roman" w:hAnsi="Times New Roman" w:cs="Times New Roman"/>
          <w:sz w:val="24"/>
          <w:szCs w:val="24"/>
        </w:rPr>
        <w:t>asupan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makanan</w:t>
      </w:r>
      <w:proofErr w:type="spellEnd"/>
      <w:r w:rsidRPr="00B27896">
        <w:rPr>
          <w:rFonts w:ascii="Times New Roman" w:hAnsi="Times New Roman" w:cs="Times New Roman"/>
          <w:sz w:val="24"/>
          <w:szCs w:val="24"/>
        </w:rPr>
        <w:t xml:space="preserve">. </w:t>
      </w:r>
    </w:p>
    <w:p w14:paraId="141CB22B" w14:textId="77777777" w:rsidR="00B27896" w:rsidRPr="00B27896" w:rsidRDefault="00B27896" w:rsidP="00B27896">
      <w:pPr>
        <w:jc w:val="both"/>
        <w:rPr>
          <w:rFonts w:ascii="Times New Roman" w:hAnsi="Times New Roman" w:cs="Times New Roman"/>
          <w:sz w:val="24"/>
          <w:szCs w:val="24"/>
        </w:rPr>
      </w:pPr>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Penelitian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pendukung</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kedua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dari</w:t>
      </w:r>
      <w:proofErr w:type="spellEnd"/>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{"citationItems":[{"id":"ITEM-1","itemData":{"DOI":"10.37160/bmi.v15i2.385","ISSN":"2086-3292","abstract":"Anemia pada remaja dapat menyebabkan keterlambatan pertembuhn fisik, gangguan perilaku serta emosional. Beberapa faktor penyebab anemia yaitu rendahnya asupan zat besi dan zat gizi lainnya seperti vitamin A,C,Folat, Riboplafin dab B12. Tujuan penelitian ini adalah untuk mengetahui pengaruh sari kurma terhadap peningkatan kadar hemoglobin pada remaja putri. Metode penelitian yang digunakan quasi eksperimen, dengan pendekatan One group pretest-postettest design. Teknik sampel dengan Consecutive sampling sebanyak 35 sample remaja putri dengan variabel independen sari kurma, variabel dependen kadar hemoglobin, dan variabel luar usia, pendidikan orang tua, pendapatan orang tua dan kebiasaan sarapan pagi. Analisis univariat menggunakan distribusi, frenkuesi, dan persentasi. Analisa bivariat menggunakan uji paired sample t-test. Hasil uji paired sample t-test menunjukan ada pengaruh sari kurma terhadap peningkatan kadar hemoglobin pada remaja putri di SMPN 11 Palangka Raya dengan p-Value = 0,00. Sari kurma dapat digunakan sebagai salah satu alternative pilihan untuk meningkatkan kadar Hb pada remaja puteri. Kata Kunci : Anemia, Hemoglobin , S ari kurma, Remaja putri","author":[{"dropping-particle":"","family":"Mawaddah","given":"Sofia","non-dropping-particle":"","parse-names":false,"suffix":""}],"container-title":"Media Informasi","id":"ITEM-1","issue":"2","issued":{"date-parts":[["2020"]]},"page":"160-164","title":"Ppengaruh Pemberian Sari Kurma Terhadap Peningkatan Kadar Hemoglobin Pada Remaja Putri Yang Mengalami Anemia","type":"article-journal","volume":"15"},"uris":["http://www.mendeley.com/documents/?uuid=0a029491-71a9-46b1-b2a0-cf724bd5cffd"]}],"mendeley":{"formattedCitation":"(Mawaddah, 2020)","manualFormatting":" Mawaddah, (2020)","plainTextFormattedCitation":"(Mawaddah, 2020)","previouslyFormattedCitation":"(Mawaddah, 2020)"},"properties":{"noteIndex":0},"schema":"https://github.com/citation-style-language/schema/raw/master/csl-citation.json"}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Pr>
          <w:rFonts w:ascii="Times New Roman" w:hAnsi="Times New Roman" w:cs="Times New Roman"/>
          <w:noProof/>
          <w:sz w:val="24"/>
          <w:szCs w:val="24"/>
        </w:rPr>
        <w:t xml:space="preserve"> </w:t>
      </w:r>
      <w:r w:rsidR="00893D1F" w:rsidRPr="00893D1F">
        <w:rPr>
          <w:rFonts w:ascii="Times New Roman" w:hAnsi="Times New Roman" w:cs="Times New Roman"/>
          <w:noProof/>
          <w:sz w:val="24"/>
          <w:szCs w:val="24"/>
        </w:rPr>
        <w:t xml:space="preserve">Mawaddah, </w:t>
      </w:r>
      <w:r w:rsidR="00893D1F">
        <w:rPr>
          <w:rFonts w:ascii="Times New Roman" w:hAnsi="Times New Roman" w:cs="Times New Roman"/>
          <w:noProof/>
          <w:sz w:val="24"/>
          <w:szCs w:val="24"/>
        </w:rPr>
        <w:t>(</w:t>
      </w:r>
      <w:r w:rsidR="00893D1F" w:rsidRPr="00893D1F">
        <w:rPr>
          <w:rFonts w:ascii="Times New Roman" w:hAnsi="Times New Roman" w:cs="Times New Roman"/>
          <w:noProof/>
          <w:sz w:val="24"/>
          <w:szCs w:val="24"/>
        </w:rPr>
        <w:t>2020)</w:t>
      </w:r>
      <w:r w:rsidR="00893D1F">
        <w:rPr>
          <w:rFonts w:ascii="Times New Roman" w:hAnsi="Times New Roman" w:cs="Times New Roman"/>
          <w:sz w:val="24"/>
          <w:szCs w:val="24"/>
        </w:rPr>
        <w:fldChar w:fldCharType="end"/>
      </w:r>
      <w:r w:rsidRPr="00B27896">
        <w:rPr>
          <w:rFonts w:ascii="Times New Roman" w:hAnsi="Times New Roman" w:cs="Times New Roman"/>
          <w:sz w:val="24"/>
          <w:szCs w:val="24"/>
        </w:rPr>
        <w:t xml:space="preserve"> Hasil uji paired sample t-test </w:t>
      </w:r>
      <w:proofErr w:type="spellStart"/>
      <w:r w:rsidRPr="00B27896">
        <w:rPr>
          <w:rFonts w:ascii="Times New Roman" w:hAnsi="Times New Roman" w:cs="Times New Roman"/>
          <w:sz w:val="24"/>
          <w:szCs w:val="24"/>
        </w:rPr>
        <w:t>menunjukkan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bahwa</w:t>
      </w:r>
      <w:proofErr w:type="spellEnd"/>
      <w:r w:rsidRPr="00B27896">
        <w:rPr>
          <w:rFonts w:ascii="Times New Roman" w:hAnsi="Times New Roman" w:cs="Times New Roman"/>
          <w:sz w:val="24"/>
          <w:szCs w:val="24"/>
        </w:rPr>
        <w:t xml:space="preserve"> sari </w:t>
      </w:r>
      <w:proofErr w:type="spellStart"/>
      <w:r w:rsidRPr="00B27896">
        <w:rPr>
          <w:rFonts w:ascii="Times New Roman" w:hAnsi="Times New Roman" w:cs="Times New Roman"/>
          <w:sz w:val="24"/>
          <w:szCs w:val="24"/>
        </w:rPr>
        <w:t>kurma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memiliki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pengaruh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terhadap</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peningkatan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kadar</w:t>
      </w:r>
      <w:proofErr w:type="spellEnd"/>
      <w:r w:rsidRPr="00B27896">
        <w:rPr>
          <w:rFonts w:ascii="Times New Roman" w:hAnsi="Times New Roman" w:cs="Times New Roman"/>
          <w:sz w:val="24"/>
          <w:szCs w:val="24"/>
        </w:rPr>
        <w:t xml:space="preserve"> hemoglobin pada </w:t>
      </w:r>
      <w:proofErr w:type="spellStart"/>
      <w:r w:rsidRPr="00B27896">
        <w:rPr>
          <w:rFonts w:ascii="Times New Roman" w:hAnsi="Times New Roman" w:cs="Times New Roman"/>
          <w:sz w:val="24"/>
          <w:szCs w:val="24"/>
        </w:rPr>
        <w:t>remaja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putri</w:t>
      </w:r>
      <w:proofErr w:type="spellEnd"/>
      <w:r w:rsidRPr="00B27896">
        <w:rPr>
          <w:rFonts w:ascii="Times New Roman" w:hAnsi="Times New Roman" w:cs="Times New Roman"/>
          <w:sz w:val="24"/>
          <w:szCs w:val="24"/>
        </w:rPr>
        <w:t xml:space="preserve"> di SMPN 11 </w:t>
      </w:r>
      <w:proofErr w:type="spellStart"/>
      <w:r w:rsidRPr="00B27896">
        <w:rPr>
          <w:rFonts w:ascii="Times New Roman" w:hAnsi="Times New Roman" w:cs="Times New Roman"/>
          <w:sz w:val="24"/>
          <w:szCs w:val="24"/>
        </w:rPr>
        <w:t>Palangka</w:t>
      </w:r>
      <w:proofErr w:type="spellEnd"/>
      <w:r w:rsidRPr="00B27896">
        <w:rPr>
          <w:rFonts w:ascii="Times New Roman" w:hAnsi="Times New Roman" w:cs="Times New Roman"/>
          <w:sz w:val="24"/>
          <w:szCs w:val="24"/>
        </w:rPr>
        <w:t xml:space="preserve"> Raya, </w:t>
      </w:r>
      <w:proofErr w:type="spellStart"/>
      <w:r w:rsidRPr="00B27896">
        <w:rPr>
          <w:rFonts w:ascii="Times New Roman" w:hAnsi="Times New Roman" w:cs="Times New Roman"/>
          <w:sz w:val="24"/>
          <w:szCs w:val="24"/>
        </w:rPr>
        <w:t>dengan</w:t>
      </w:r>
      <w:proofErr w:type="spellEnd"/>
      <w:r w:rsidRPr="00B27896">
        <w:rPr>
          <w:rFonts w:ascii="Times New Roman" w:hAnsi="Times New Roman" w:cs="Times New Roman"/>
          <w:sz w:val="24"/>
          <w:szCs w:val="24"/>
        </w:rPr>
        <w:t xml:space="preserve"> p-Value= 0,00. Sari </w:t>
      </w:r>
      <w:proofErr w:type="spellStart"/>
      <w:r w:rsidRPr="00B27896">
        <w:rPr>
          <w:rFonts w:ascii="Times New Roman" w:hAnsi="Times New Roman" w:cs="Times New Roman"/>
          <w:sz w:val="24"/>
          <w:szCs w:val="24"/>
        </w:rPr>
        <w:t>kurma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dapat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dijadikan</w:t>
      </w:r>
      <w:proofErr w:type="spellEnd"/>
      <w:r w:rsidRPr="00B27896">
        <w:rPr>
          <w:rFonts w:ascii="Times New Roman" w:hAnsi="Times New Roman" w:cs="Times New Roman"/>
          <w:sz w:val="24"/>
          <w:szCs w:val="24"/>
        </w:rPr>
        <w:t xml:space="preserve"> salah </w:t>
      </w:r>
      <w:proofErr w:type="spellStart"/>
      <w:r w:rsidRPr="00B27896">
        <w:rPr>
          <w:rFonts w:ascii="Times New Roman" w:hAnsi="Times New Roman" w:cs="Times New Roman"/>
          <w:sz w:val="24"/>
          <w:szCs w:val="24"/>
        </w:rPr>
        <w:t>satu</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alternatif</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pilihan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untuk</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meningkatkan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kadar</w:t>
      </w:r>
      <w:proofErr w:type="spellEnd"/>
      <w:r w:rsidRPr="00B27896">
        <w:rPr>
          <w:rFonts w:ascii="Times New Roman" w:hAnsi="Times New Roman" w:cs="Times New Roman"/>
          <w:sz w:val="24"/>
          <w:szCs w:val="24"/>
        </w:rPr>
        <w:t xml:space="preserve"> Hb pada </w:t>
      </w:r>
      <w:proofErr w:type="spellStart"/>
      <w:r w:rsidRPr="00B27896">
        <w:rPr>
          <w:rFonts w:ascii="Times New Roman" w:hAnsi="Times New Roman" w:cs="Times New Roman"/>
          <w:sz w:val="24"/>
          <w:szCs w:val="24"/>
        </w:rPr>
        <w:t>remaja</w:t>
      </w:r>
      <w:proofErr w:type="spellEnd"/>
      <w:r w:rsidRPr="00B27896">
        <w:rPr>
          <w:rFonts w:ascii="Times New Roman" w:hAnsi="Times New Roman" w:cs="Times New Roman"/>
          <w:sz w:val="24"/>
          <w:szCs w:val="24"/>
        </w:rPr>
        <w:t xml:space="preserve"> </w:t>
      </w:r>
      <w:proofErr w:type="spellStart"/>
      <w:proofErr w:type="gramStart"/>
      <w:r w:rsidRPr="00B27896">
        <w:rPr>
          <w:rFonts w:ascii="Times New Roman" w:hAnsi="Times New Roman" w:cs="Times New Roman"/>
          <w:sz w:val="24"/>
          <w:szCs w:val="24"/>
        </w:rPr>
        <w:t>putri.Penelitian</w:t>
      </w:r>
      <w:proofErr w:type="spellEnd"/>
      <w:proofErr w:type="gram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pendukung</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ke</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tiga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dari</w:t>
      </w:r>
      <w:proofErr w:type="spellEnd"/>
      <w:r w:rsidRPr="00B27896">
        <w:rPr>
          <w:rFonts w:ascii="Times New Roman" w:hAnsi="Times New Roman" w:cs="Times New Roman"/>
          <w:sz w:val="24"/>
          <w:szCs w:val="24"/>
        </w:rPr>
        <w:t xml:space="preserve"> (Indira &amp; </w:t>
      </w:r>
      <w:proofErr w:type="spellStart"/>
      <w:r w:rsidRPr="00B27896">
        <w:rPr>
          <w:rFonts w:ascii="Times New Roman" w:hAnsi="Times New Roman" w:cs="Times New Roman"/>
          <w:sz w:val="24"/>
          <w:szCs w:val="24"/>
        </w:rPr>
        <w:t>Aisah</w:t>
      </w:r>
      <w:proofErr w:type="spellEnd"/>
      <w:r w:rsidRPr="00B27896">
        <w:rPr>
          <w:rFonts w:ascii="Times New Roman" w:hAnsi="Times New Roman" w:cs="Times New Roman"/>
          <w:sz w:val="24"/>
          <w:szCs w:val="24"/>
        </w:rPr>
        <w:t xml:space="preserve">, 2024) Hasil </w:t>
      </w:r>
      <w:proofErr w:type="spellStart"/>
      <w:r w:rsidRPr="00B27896">
        <w:rPr>
          <w:rFonts w:ascii="Times New Roman" w:hAnsi="Times New Roman" w:cs="Times New Roman"/>
          <w:sz w:val="24"/>
          <w:szCs w:val="24"/>
        </w:rPr>
        <w:t>studi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kasus</w:t>
      </w:r>
      <w:proofErr w:type="spellEnd"/>
      <w:r w:rsidRPr="00B27896">
        <w:rPr>
          <w:rFonts w:ascii="Times New Roman" w:hAnsi="Times New Roman" w:cs="Times New Roman"/>
          <w:sz w:val="24"/>
          <w:szCs w:val="24"/>
        </w:rPr>
        <w:t xml:space="preserve"> pada </w:t>
      </w:r>
      <w:proofErr w:type="spellStart"/>
      <w:r w:rsidRPr="00B27896">
        <w:rPr>
          <w:rFonts w:ascii="Times New Roman" w:hAnsi="Times New Roman" w:cs="Times New Roman"/>
          <w:sz w:val="24"/>
          <w:szCs w:val="24"/>
        </w:rPr>
        <w:t>ketiga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subjek</w:t>
      </w:r>
      <w:proofErr w:type="spellEnd"/>
      <w:r w:rsidRPr="00B27896">
        <w:rPr>
          <w:rFonts w:ascii="Times New Roman" w:hAnsi="Times New Roman" w:cs="Times New Roman"/>
          <w:sz w:val="24"/>
          <w:szCs w:val="24"/>
        </w:rPr>
        <w:t xml:space="preserve"> yang </w:t>
      </w:r>
      <w:proofErr w:type="spellStart"/>
      <w:r w:rsidRPr="00B27896">
        <w:rPr>
          <w:rFonts w:ascii="Times New Roman" w:hAnsi="Times New Roman" w:cs="Times New Roman"/>
          <w:sz w:val="24"/>
          <w:szCs w:val="24"/>
        </w:rPr>
        <w:t>mengalami</w:t>
      </w:r>
      <w:proofErr w:type="spellEnd"/>
      <w:r w:rsidRPr="00B27896">
        <w:rPr>
          <w:rFonts w:ascii="Times New Roman" w:hAnsi="Times New Roman" w:cs="Times New Roman"/>
          <w:sz w:val="24"/>
          <w:szCs w:val="24"/>
        </w:rPr>
        <w:t xml:space="preserve"> anemia dan </w:t>
      </w:r>
      <w:proofErr w:type="spellStart"/>
      <w:r w:rsidRPr="00B27896">
        <w:rPr>
          <w:rFonts w:ascii="Times New Roman" w:hAnsi="Times New Roman" w:cs="Times New Roman"/>
          <w:sz w:val="24"/>
          <w:szCs w:val="24"/>
        </w:rPr>
        <w:t>menerima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terapi</w:t>
      </w:r>
      <w:proofErr w:type="spellEnd"/>
      <w:r w:rsidRPr="00B27896">
        <w:rPr>
          <w:rFonts w:ascii="Times New Roman" w:hAnsi="Times New Roman" w:cs="Times New Roman"/>
          <w:sz w:val="24"/>
          <w:szCs w:val="24"/>
        </w:rPr>
        <w:t xml:space="preserve"> sari </w:t>
      </w:r>
      <w:proofErr w:type="spellStart"/>
      <w:r w:rsidRPr="00B27896">
        <w:rPr>
          <w:rFonts w:ascii="Times New Roman" w:hAnsi="Times New Roman" w:cs="Times New Roman"/>
          <w:sz w:val="24"/>
          <w:szCs w:val="24"/>
        </w:rPr>
        <w:t>kurma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selama</w:t>
      </w:r>
      <w:proofErr w:type="spellEnd"/>
      <w:r w:rsidRPr="00B27896">
        <w:rPr>
          <w:rFonts w:ascii="Times New Roman" w:hAnsi="Times New Roman" w:cs="Times New Roman"/>
          <w:sz w:val="24"/>
          <w:szCs w:val="24"/>
        </w:rPr>
        <w:t xml:space="preserve"> 12 </w:t>
      </w:r>
      <w:proofErr w:type="spellStart"/>
      <w:r w:rsidRPr="00B27896">
        <w:rPr>
          <w:rFonts w:ascii="Times New Roman" w:hAnsi="Times New Roman" w:cs="Times New Roman"/>
          <w:sz w:val="24"/>
          <w:szCs w:val="24"/>
        </w:rPr>
        <w:t>hari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dengan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dosis</w:t>
      </w:r>
      <w:proofErr w:type="spellEnd"/>
      <w:r w:rsidRPr="00B27896">
        <w:rPr>
          <w:rFonts w:ascii="Times New Roman" w:hAnsi="Times New Roman" w:cs="Times New Roman"/>
          <w:sz w:val="24"/>
          <w:szCs w:val="24"/>
        </w:rPr>
        <w:t xml:space="preserve"> 2x15 ml per </w:t>
      </w:r>
      <w:proofErr w:type="spellStart"/>
      <w:r w:rsidRPr="00B27896">
        <w:rPr>
          <w:rFonts w:ascii="Times New Roman" w:hAnsi="Times New Roman" w:cs="Times New Roman"/>
          <w:sz w:val="24"/>
          <w:szCs w:val="24"/>
        </w:rPr>
        <w:t>hari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setelah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makan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pagi</w:t>
      </w:r>
      <w:proofErr w:type="spellEnd"/>
      <w:r w:rsidRPr="00B27896">
        <w:rPr>
          <w:rFonts w:ascii="Times New Roman" w:hAnsi="Times New Roman" w:cs="Times New Roman"/>
          <w:sz w:val="24"/>
          <w:szCs w:val="24"/>
        </w:rPr>
        <w:t xml:space="preserve"> dan </w:t>
      </w:r>
      <w:proofErr w:type="spellStart"/>
      <w:r w:rsidRPr="00B27896">
        <w:rPr>
          <w:rFonts w:ascii="Times New Roman" w:hAnsi="Times New Roman" w:cs="Times New Roman"/>
          <w:sz w:val="24"/>
          <w:szCs w:val="24"/>
        </w:rPr>
        <w:t>malam</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menunjukkan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peningkatan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kadar</w:t>
      </w:r>
      <w:proofErr w:type="spellEnd"/>
      <w:r w:rsidRPr="00B27896">
        <w:rPr>
          <w:rFonts w:ascii="Times New Roman" w:hAnsi="Times New Roman" w:cs="Times New Roman"/>
          <w:sz w:val="24"/>
          <w:szCs w:val="24"/>
        </w:rPr>
        <w:t xml:space="preserve"> hemoglobin. </w:t>
      </w:r>
      <w:proofErr w:type="spellStart"/>
      <w:r w:rsidRPr="00B27896">
        <w:rPr>
          <w:rFonts w:ascii="Times New Roman" w:hAnsi="Times New Roman" w:cs="Times New Roman"/>
          <w:sz w:val="24"/>
          <w:szCs w:val="24"/>
        </w:rPr>
        <w:t>Sebelum</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terapi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kadar</w:t>
      </w:r>
      <w:proofErr w:type="spellEnd"/>
      <w:r w:rsidRPr="00B27896">
        <w:rPr>
          <w:rFonts w:ascii="Times New Roman" w:hAnsi="Times New Roman" w:cs="Times New Roman"/>
          <w:sz w:val="24"/>
          <w:szCs w:val="24"/>
        </w:rPr>
        <w:t xml:space="preserve"> hemoglobin rata-rata </w:t>
      </w:r>
      <w:proofErr w:type="spellStart"/>
      <w:r w:rsidRPr="00B27896">
        <w:rPr>
          <w:rFonts w:ascii="Times New Roman" w:hAnsi="Times New Roman" w:cs="Times New Roman"/>
          <w:sz w:val="24"/>
          <w:szCs w:val="24"/>
        </w:rPr>
        <w:t>adalah</w:t>
      </w:r>
      <w:proofErr w:type="spellEnd"/>
      <w:r w:rsidRPr="00B27896">
        <w:rPr>
          <w:rFonts w:ascii="Times New Roman" w:hAnsi="Times New Roman" w:cs="Times New Roman"/>
          <w:sz w:val="24"/>
          <w:szCs w:val="24"/>
        </w:rPr>
        <w:t xml:space="preserve"> 10,03 g/dL, </w:t>
      </w:r>
      <w:proofErr w:type="spellStart"/>
      <w:r w:rsidRPr="00B27896">
        <w:rPr>
          <w:rFonts w:ascii="Times New Roman" w:hAnsi="Times New Roman" w:cs="Times New Roman"/>
          <w:sz w:val="24"/>
          <w:szCs w:val="24"/>
        </w:rPr>
        <w:t>sementara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setelah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pemberian</w:t>
      </w:r>
      <w:proofErr w:type="spellEnd"/>
      <w:r w:rsidRPr="00B27896">
        <w:rPr>
          <w:rFonts w:ascii="Times New Roman" w:hAnsi="Times New Roman" w:cs="Times New Roman"/>
          <w:sz w:val="24"/>
          <w:szCs w:val="24"/>
        </w:rPr>
        <w:t xml:space="preserve"> sari </w:t>
      </w:r>
      <w:proofErr w:type="spellStart"/>
      <w:r w:rsidRPr="00B27896">
        <w:rPr>
          <w:rFonts w:ascii="Times New Roman" w:hAnsi="Times New Roman" w:cs="Times New Roman"/>
          <w:sz w:val="24"/>
          <w:szCs w:val="24"/>
        </w:rPr>
        <w:t>kurma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kadar</w:t>
      </w:r>
      <w:proofErr w:type="spellEnd"/>
      <w:r w:rsidRPr="00B27896">
        <w:rPr>
          <w:rFonts w:ascii="Times New Roman" w:hAnsi="Times New Roman" w:cs="Times New Roman"/>
          <w:sz w:val="24"/>
          <w:szCs w:val="24"/>
        </w:rPr>
        <w:t xml:space="preserve"> hemoglobin </w:t>
      </w:r>
      <w:proofErr w:type="spellStart"/>
      <w:r w:rsidRPr="00B27896">
        <w:rPr>
          <w:rFonts w:ascii="Times New Roman" w:hAnsi="Times New Roman" w:cs="Times New Roman"/>
          <w:sz w:val="24"/>
          <w:szCs w:val="24"/>
        </w:rPr>
        <w:t>meningkat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menjadi</w:t>
      </w:r>
      <w:proofErr w:type="spellEnd"/>
      <w:r w:rsidRPr="00B27896">
        <w:rPr>
          <w:rFonts w:ascii="Times New Roman" w:hAnsi="Times New Roman" w:cs="Times New Roman"/>
          <w:sz w:val="24"/>
          <w:szCs w:val="24"/>
        </w:rPr>
        <w:t xml:space="preserve"> rata-rata 15,73 g/dL. </w:t>
      </w:r>
      <w:proofErr w:type="spellStart"/>
      <w:r w:rsidRPr="00B27896">
        <w:rPr>
          <w:rFonts w:ascii="Times New Roman" w:hAnsi="Times New Roman" w:cs="Times New Roman"/>
          <w:sz w:val="24"/>
          <w:szCs w:val="24"/>
        </w:rPr>
        <w:t>Dengan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demikian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terapi</w:t>
      </w:r>
      <w:proofErr w:type="spellEnd"/>
      <w:r w:rsidRPr="00B27896">
        <w:rPr>
          <w:rFonts w:ascii="Times New Roman" w:hAnsi="Times New Roman" w:cs="Times New Roman"/>
          <w:sz w:val="24"/>
          <w:szCs w:val="24"/>
        </w:rPr>
        <w:t xml:space="preserve"> sari </w:t>
      </w:r>
      <w:proofErr w:type="spellStart"/>
      <w:r w:rsidRPr="00B27896">
        <w:rPr>
          <w:rFonts w:ascii="Times New Roman" w:hAnsi="Times New Roman" w:cs="Times New Roman"/>
          <w:sz w:val="24"/>
          <w:szCs w:val="24"/>
        </w:rPr>
        <w:t>kurma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dapat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dianggap</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sebagai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suplemen</w:t>
      </w:r>
      <w:proofErr w:type="spellEnd"/>
      <w:r w:rsidRPr="00B27896">
        <w:rPr>
          <w:rFonts w:ascii="Times New Roman" w:hAnsi="Times New Roman" w:cs="Times New Roman"/>
          <w:sz w:val="24"/>
          <w:szCs w:val="24"/>
        </w:rPr>
        <w:t xml:space="preserve"> yang </w:t>
      </w:r>
      <w:proofErr w:type="spellStart"/>
      <w:r w:rsidRPr="00B27896">
        <w:rPr>
          <w:rFonts w:ascii="Times New Roman" w:hAnsi="Times New Roman" w:cs="Times New Roman"/>
          <w:sz w:val="24"/>
          <w:szCs w:val="24"/>
        </w:rPr>
        <w:t>efektif</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sebagai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terapi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tambahan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bagi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penderita</w:t>
      </w:r>
      <w:proofErr w:type="spellEnd"/>
      <w:r w:rsidRPr="00B27896">
        <w:rPr>
          <w:rFonts w:ascii="Times New Roman" w:hAnsi="Times New Roman" w:cs="Times New Roman"/>
          <w:sz w:val="24"/>
          <w:szCs w:val="24"/>
        </w:rPr>
        <w:t xml:space="preserve"> anemia. Sari </w:t>
      </w:r>
      <w:proofErr w:type="spellStart"/>
      <w:r w:rsidRPr="00B27896">
        <w:rPr>
          <w:rFonts w:ascii="Times New Roman" w:hAnsi="Times New Roman" w:cs="Times New Roman"/>
          <w:sz w:val="24"/>
          <w:szCs w:val="24"/>
        </w:rPr>
        <w:t>kurma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adalah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minuman</w:t>
      </w:r>
      <w:proofErr w:type="spellEnd"/>
      <w:r w:rsidRPr="00B27896">
        <w:rPr>
          <w:rFonts w:ascii="Times New Roman" w:hAnsi="Times New Roman" w:cs="Times New Roman"/>
          <w:sz w:val="24"/>
          <w:szCs w:val="24"/>
        </w:rPr>
        <w:t xml:space="preserve"> herbal yang </w:t>
      </w:r>
      <w:proofErr w:type="spellStart"/>
      <w:r w:rsidRPr="00B27896">
        <w:rPr>
          <w:rFonts w:ascii="Times New Roman" w:hAnsi="Times New Roman" w:cs="Times New Roman"/>
          <w:sz w:val="24"/>
          <w:szCs w:val="24"/>
        </w:rPr>
        <w:t>berasal</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dari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buah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kurma</w:t>
      </w:r>
      <w:proofErr w:type="spellEnd"/>
      <w:r w:rsidRPr="00B27896">
        <w:rPr>
          <w:rFonts w:ascii="Times New Roman" w:hAnsi="Times New Roman" w:cs="Times New Roman"/>
          <w:sz w:val="24"/>
          <w:szCs w:val="24"/>
        </w:rPr>
        <w:t xml:space="preserve"> yang </w:t>
      </w:r>
      <w:proofErr w:type="spellStart"/>
      <w:r w:rsidRPr="00B27896">
        <w:rPr>
          <w:rFonts w:ascii="Times New Roman" w:hAnsi="Times New Roman" w:cs="Times New Roman"/>
          <w:sz w:val="24"/>
          <w:szCs w:val="24"/>
        </w:rPr>
        <w:t>mengandung</w:t>
      </w:r>
      <w:proofErr w:type="spellEnd"/>
      <w:r w:rsidRPr="00B27896">
        <w:rPr>
          <w:rFonts w:ascii="Times New Roman" w:hAnsi="Times New Roman" w:cs="Times New Roman"/>
          <w:sz w:val="24"/>
          <w:szCs w:val="24"/>
        </w:rPr>
        <w:t xml:space="preserve"> protein, lemak, mineral, </w:t>
      </w:r>
      <w:proofErr w:type="spellStart"/>
      <w:r w:rsidRPr="00B27896">
        <w:rPr>
          <w:rFonts w:ascii="Times New Roman" w:hAnsi="Times New Roman" w:cs="Times New Roman"/>
          <w:sz w:val="24"/>
          <w:szCs w:val="24"/>
        </w:rPr>
        <w:t>zat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besi</w:t>
      </w:r>
      <w:proofErr w:type="spellEnd"/>
      <w:r w:rsidRPr="00B27896">
        <w:rPr>
          <w:rFonts w:ascii="Times New Roman" w:hAnsi="Times New Roman" w:cs="Times New Roman"/>
          <w:sz w:val="24"/>
          <w:szCs w:val="24"/>
        </w:rPr>
        <w:t xml:space="preserve">, dan </w:t>
      </w:r>
      <w:proofErr w:type="spellStart"/>
      <w:r w:rsidRPr="00B27896">
        <w:rPr>
          <w:rFonts w:ascii="Times New Roman" w:hAnsi="Times New Roman" w:cs="Times New Roman"/>
          <w:sz w:val="24"/>
          <w:szCs w:val="24"/>
        </w:rPr>
        <w:t>zat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asam</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Buah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kurma</w:t>
      </w:r>
      <w:proofErr w:type="spellEnd"/>
      <w:r w:rsidRPr="00B27896">
        <w:rPr>
          <w:rFonts w:ascii="Times New Roman" w:hAnsi="Times New Roman" w:cs="Times New Roman"/>
          <w:sz w:val="24"/>
          <w:szCs w:val="24"/>
        </w:rPr>
        <w:t xml:space="preserve"> sangat kaya </w:t>
      </w:r>
      <w:proofErr w:type="spellStart"/>
      <w:r w:rsidRPr="00B27896">
        <w:rPr>
          <w:rFonts w:ascii="Times New Roman" w:hAnsi="Times New Roman" w:cs="Times New Roman"/>
          <w:sz w:val="24"/>
          <w:szCs w:val="24"/>
        </w:rPr>
        <w:t>akan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serat</w:t>
      </w:r>
      <w:proofErr w:type="spellEnd"/>
      <w:r w:rsidRPr="00B27896">
        <w:rPr>
          <w:rFonts w:ascii="Times New Roman" w:hAnsi="Times New Roman" w:cs="Times New Roman"/>
          <w:sz w:val="24"/>
          <w:szCs w:val="24"/>
        </w:rPr>
        <w:t xml:space="preserve"> dan </w:t>
      </w:r>
      <w:proofErr w:type="spellStart"/>
      <w:r w:rsidRPr="00B27896">
        <w:rPr>
          <w:rFonts w:ascii="Times New Roman" w:hAnsi="Times New Roman" w:cs="Times New Roman"/>
          <w:sz w:val="24"/>
          <w:szCs w:val="24"/>
        </w:rPr>
        <w:t>merupakan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sumber</w:t>
      </w:r>
      <w:proofErr w:type="spellEnd"/>
      <w:r w:rsidRPr="00B27896">
        <w:rPr>
          <w:rFonts w:ascii="Times New Roman" w:hAnsi="Times New Roman" w:cs="Times New Roman"/>
          <w:sz w:val="24"/>
          <w:szCs w:val="24"/>
        </w:rPr>
        <w:t xml:space="preserve"> kalium yang sangat </w:t>
      </w:r>
      <w:proofErr w:type="spellStart"/>
      <w:r w:rsidRPr="00B27896">
        <w:rPr>
          <w:rFonts w:ascii="Times New Roman" w:hAnsi="Times New Roman" w:cs="Times New Roman"/>
          <w:sz w:val="24"/>
          <w:szCs w:val="24"/>
        </w:rPr>
        <w:t>baik</w:t>
      </w:r>
      <w:proofErr w:type="spellEnd"/>
      <w:r w:rsidRPr="00B27896">
        <w:rPr>
          <w:rFonts w:ascii="Times New Roman" w:hAnsi="Times New Roman" w:cs="Times New Roman"/>
          <w:sz w:val="24"/>
          <w:szCs w:val="24"/>
        </w:rPr>
        <w:t xml:space="preserve">. Lima </w:t>
      </w:r>
      <w:proofErr w:type="spellStart"/>
      <w:r w:rsidRPr="00B27896">
        <w:rPr>
          <w:rFonts w:ascii="Times New Roman" w:hAnsi="Times New Roman" w:cs="Times New Roman"/>
          <w:sz w:val="24"/>
          <w:szCs w:val="24"/>
        </w:rPr>
        <w:t>butir</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buah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kurma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mengandung</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sekitar</w:t>
      </w:r>
      <w:proofErr w:type="spellEnd"/>
      <w:r w:rsidRPr="00B27896">
        <w:rPr>
          <w:rFonts w:ascii="Times New Roman" w:hAnsi="Times New Roman" w:cs="Times New Roman"/>
          <w:sz w:val="24"/>
          <w:szCs w:val="24"/>
        </w:rPr>
        <w:t xml:space="preserve"> 115 </w:t>
      </w:r>
      <w:proofErr w:type="spellStart"/>
      <w:r w:rsidRPr="00B27896">
        <w:rPr>
          <w:rFonts w:ascii="Times New Roman" w:hAnsi="Times New Roman" w:cs="Times New Roman"/>
          <w:sz w:val="24"/>
          <w:szCs w:val="24"/>
        </w:rPr>
        <w:t>kalori</w:t>
      </w:r>
      <w:proofErr w:type="spellEnd"/>
      <w:r w:rsidRPr="00B27896">
        <w:rPr>
          <w:rFonts w:ascii="Times New Roman" w:hAnsi="Times New Roman" w:cs="Times New Roman"/>
          <w:sz w:val="24"/>
          <w:szCs w:val="24"/>
        </w:rPr>
        <w:t xml:space="preserve"> dan 1,2 mg </w:t>
      </w:r>
      <w:proofErr w:type="spellStart"/>
      <w:r w:rsidRPr="00B27896">
        <w:rPr>
          <w:rFonts w:ascii="Times New Roman" w:hAnsi="Times New Roman" w:cs="Times New Roman"/>
          <w:sz w:val="24"/>
          <w:szCs w:val="24"/>
        </w:rPr>
        <w:t>zat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besi</w:t>
      </w:r>
      <w:proofErr w:type="spellEnd"/>
      <w:r w:rsidRPr="00B27896">
        <w:rPr>
          <w:rFonts w:ascii="Times New Roman" w:hAnsi="Times New Roman" w:cs="Times New Roman"/>
          <w:sz w:val="24"/>
          <w:szCs w:val="24"/>
        </w:rPr>
        <w:t xml:space="preserve">, yang </w:t>
      </w:r>
      <w:proofErr w:type="spellStart"/>
      <w:r w:rsidRPr="00B27896">
        <w:rPr>
          <w:rFonts w:ascii="Times New Roman" w:hAnsi="Times New Roman" w:cs="Times New Roman"/>
          <w:sz w:val="24"/>
          <w:szCs w:val="24"/>
        </w:rPr>
        <w:t>dapat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membantu</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meningkatkan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kadar</w:t>
      </w:r>
      <w:proofErr w:type="spellEnd"/>
      <w:r w:rsidRPr="00B27896">
        <w:rPr>
          <w:rFonts w:ascii="Times New Roman" w:hAnsi="Times New Roman" w:cs="Times New Roman"/>
          <w:sz w:val="24"/>
          <w:szCs w:val="24"/>
        </w:rPr>
        <w:t xml:space="preserve"> hemoglobin dan </w:t>
      </w:r>
      <w:proofErr w:type="spellStart"/>
      <w:r w:rsidRPr="00B27896">
        <w:rPr>
          <w:rFonts w:ascii="Times New Roman" w:hAnsi="Times New Roman" w:cs="Times New Roman"/>
          <w:sz w:val="24"/>
          <w:szCs w:val="24"/>
        </w:rPr>
        <w:t>mencegah</w:t>
      </w:r>
      <w:proofErr w:type="spellEnd"/>
      <w:r w:rsidRPr="00B27896">
        <w:rPr>
          <w:rFonts w:ascii="Times New Roman" w:hAnsi="Times New Roman" w:cs="Times New Roman"/>
          <w:sz w:val="24"/>
          <w:szCs w:val="24"/>
        </w:rPr>
        <w:t xml:space="preserve"> anemia.</w:t>
      </w:r>
    </w:p>
    <w:p w14:paraId="2BEBDDC9" w14:textId="77777777" w:rsidR="00B27896" w:rsidRPr="00B27896" w:rsidRDefault="00B27896" w:rsidP="00B27896">
      <w:pPr>
        <w:jc w:val="both"/>
        <w:rPr>
          <w:rFonts w:ascii="Times New Roman" w:hAnsi="Times New Roman" w:cs="Times New Roman"/>
          <w:sz w:val="24"/>
          <w:szCs w:val="24"/>
        </w:rPr>
      </w:pPr>
      <w:r w:rsidRPr="00B27896">
        <w:rPr>
          <w:rFonts w:ascii="Times New Roman" w:hAnsi="Times New Roman" w:cs="Times New Roman"/>
          <w:sz w:val="24"/>
          <w:szCs w:val="24"/>
        </w:rPr>
        <w:t xml:space="preserve">       Banyak orang </w:t>
      </w:r>
      <w:proofErr w:type="spellStart"/>
      <w:r w:rsidRPr="00B27896">
        <w:rPr>
          <w:rFonts w:ascii="Times New Roman" w:hAnsi="Times New Roman" w:cs="Times New Roman"/>
          <w:sz w:val="24"/>
          <w:szCs w:val="24"/>
        </w:rPr>
        <w:t>mungkin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tidak</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memiliki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informasi</w:t>
      </w:r>
      <w:proofErr w:type="spellEnd"/>
      <w:r w:rsidRPr="00B27896">
        <w:rPr>
          <w:rFonts w:ascii="Times New Roman" w:hAnsi="Times New Roman" w:cs="Times New Roman"/>
          <w:sz w:val="24"/>
          <w:szCs w:val="24"/>
        </w:rPr>
        <w:t xml:space="preserve"> yang </w:t>
      </w:r>
      <w:proofErr w:type="spellStart"/>
      <w:r w:rsidRPr="00B27896">
        <w:rPr>
          <w:rFonts w:ascii="Times New Roman" w:hAnsi="Times New Roman" w:cs="Times New Roman"/>
          <w:sz w:val="24"/>
          <w:szCs w:val="24"/>
        </w:rPr>
        <w:t>memadai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mengenai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manfaat</w:t>
      </w:r>
      <w:proofErr w:type="spellEnd"/>
      <w:r w:rsidRPr="00B27896">
        <w:rPr>
          <w:rFonts w:ascii="Times New Roman" w:hAnsi="Times New Roman" w:cs="Times New Roman"/>
          <w:sz w:val="24"/>
          <w:szCs w:val="24"/>
        </w:rPr>
        <w:t xml:space="preserve"> sari </w:t>
      </w:r>
      <w:proofErr w:type="spellStart"/>
      <w:r w:rsidRPr="00B27896">
        <w:rPr>
          <w:rFonts w:ascii="Times New Roman" w:hAnsi="Times New Roman" w:cs="Times New Roman"/>
          <w:sz w:val="24"/>
          <w:szCs w:val="24"/>
        </w:rPr>
        <w:t>kurma</w:t>
      </w:r>
      <w:proofErr w:type="spellEnd"/>
      <w:r w:rsidRPr="00B27896">
        <w:rPr>
          <w:rFonts w:ascii="Times New Roman" w:hAnsi="Times New Roman" w:cs="Times New Roman"/>
          <w:sz w:val="24"/>
          <w:szCs w:val="24"/>
        </w:rPr>
        <w:t xml:space="preserve"> dan </w:t>
      </w:r>
      <w:proofErr w:type="spellStart"/>
      <w:r w:rsidRPr="00B27896">
        <w:rPr>
          <w:rFonts w:ascii="Times New Roman" w:hAnsi="Times New Roman" w:cs="Times New Roman"/>
          <w:sz w:val="24"/>
          <w:szCs w:val="24"/>
        </w:rPr>
        <w:t>cara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penggunaannya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Ketidaktahuan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ini</w:t>
      </w:r>
      <w:proofErr w:type="spellEnd"/>
      <w:r w:rsidRPr="00B27896">
        <w:rPr>
          <w:rFonts w:ascii="Times New Roman" w:hAnsi="Times New Roman" w:cs="Times New Roman"/>
          <w:sz w:val="24"/>
          <w:szCs w:val="24"/>
        </w:rPr>
        <w:t xml:space="preserve"> juga </w:t>
      </w:r>
      <w:proofErr w:type="spellStart"/>
      <w:r w:rsidRPr="00B27896">
        <w:rPr>
          <w:rFonts w:ascii="Times New Roman" w:hAnsi="Times New Roman" w:cs="Times New Roman"/>
          <w:sz w:val="24"/>
          <w:szCs w:val="24"/>
        </w:rPr>
        <w:t>dapat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mencakup</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kesalahpahaman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mengenai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efektivitas</w:t>
      </w:r>
      <w:proofErr w:type="spellEnd"/>
      <w:r w:rsidRPr="00B27896">
        <w:rPr>
          <w:rFonts w:ascii="Times New Roman" w:hAnsi="Times New Roman" w:cs="Times New Roman"/>
          <w:sz w:val="24"/>
          <w:szCs w:val="24"/>
        </w:rPr>
        <w:t xml:space="preserve"> sari </w:t>
      </w:r>
      <w:proofErr w:type="spellStart"/>
      <w:r w:rsidRPr="00B27896">
        <w:rPr>
          <w:rFonts w:ascii="Times New Roman" w:hAnsi="Times New Roman" w:cs="Times New Roman"/>
          <w:sz w:val="24"/>
          <w:szCs w:val="24"/>
        </w:rPr>
        <w:t>kurma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Dibuktikan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dengan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hasil</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wawancara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dengan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pelajar</w:t>
      </w:r>
      <w:proofErr w:type="spellEnd"/>
      <w:r w:rsidRPr="00B27896">
        <w:rPr>
          <w:rFonts w:ascii="Times New Roman" w:hAnsi="Times New Roman" w:cs="Times New Roman"/>
          <w:sz w:val="24"/>
          <w:szCs w:val="24"/>
        </w:rPr>
        <w:t xml:space="preserve"> SMK yang </w:t>
      </w:r>
      <w:proofErr w:type="spellStart"/>
      <w:r w:rsidRPr="00B27896">
        <w:rPr>
          <w:rFonts w:ascii="Times New Roman" w:hAnsi="Times New Roman" w:cs="Times New Roman"/>
          <w:sz w:val="24"/>
          <w:szCs w:val="24"/>
        </w:rPr>
        <w:t>belum</w:t>
      </w:r>
      <w:proofErr w:type="spellEnd"/>
      <w:r w:rsidRPr="00B27896">
        <w:rPr>
          <w:rFonts w:ascii="Times New Roman" w:hAnsi="Times New Roman" w:cs="Times New Roman"/>
          <w:sz w:val="24"/>
          <w:szCs w:val="24"/>
        </w:rPr>
        <w:t xml:space="preserve"> tau </w:t>
      </w:r>
      <w:proofErr w:type="spellStart"/>
      <w:r w:rsidRPr="00B27896">
        <w:rPr>
          <w:rFonts w:ascii="Times New Roman" w:hAnsi="Times New Roman" w:cs="Times New Roman"/>
          <w:sz w:val="24"/>
          <w:szCs w:val="24"/>
        </w:rPr>
        <w:t>bahwa</w:t>
      </w:r>
      <w:proofErr w:type="spellEnd"/>
      <w:r w:rsidRPr="00B27896">
        <w:rPr>
          <w:rFonts w:ascii="Times New Roman" w:hAnsi="Times New Roman" w:cs="Times New Roman"/>
          <w:sz w:val="24"/>
          <w:szCs w:val="24"/>
        </w:rPr>
        <w:t xml:space="preserve"> sari </w:t>
      </w:r>
      <w:proofErr w:type="spellStart"/>
      <w:r w:rsidRPr="00B27896">
        <w:rPr>
          <w:rFonts w:ascii="Times New Roman" w:hAnsi="Times New Roman" w:cs="Times New Roman"/>
          <w:sz w:val="24"/>
          <w:szCs w:val="24"/>
        </w:rPr>
        <w:t>kurma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dapat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bermanfaat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untuk</w:t>
      </w:r>
      <w:proofErr w:type="spellEnd"/>
      <w:r w:rsidRPr="00B27896">
        <w:rPr>
          <w:rFonts w:ascii="Times New Roman" w:hAnsi="Times New Roman" w:cs="Times New Roman"/>
          <w:sz w:val="24"/>
          <w:szCs w:val="24"/>
        </w:rPr>
        <w:t xml:space="preserve"> anemia.</w:t>
      </w:r>
    </w:p>
    <w:p w14:paraId="12A82A69" w14:textId="77777777" w:rsidR="00B27896" w:rsidRDefault="00B27896" w:rsidP="00B27896">
      <w:pPr>
        <w:jc w:val="both"/>
        <w:rPr>
          <w:rFonts w:ascii="Times New Roman" w:hAnsi="Times New Roman" w:cs="Times New Roman"/>
          <w:sz w:val="24"/>
          <w:szCs w:val="24"/>
        </w:rPr>
      </w:pPr>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Berdasarkan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uraian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tersebut</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peneliti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tertarik</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untuk</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meneliti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Pemberian</w:t>
      </w:r>
      <w:proofErr w:type="spellEnd"/>
      <w:r w:rsidRPr="00B27896">
        <w:rPr>
          <w:rFonts w:ascii="Times New Roman" w:hAnsi="Times New Roman" w:cs="Times New Roman"/>
          <w:sz w:val="24"/>
          <w:szCs w:val="24"/>
        </w:rPr>
        <w:t xml:space="preserve"> Sari </w:t>
      </w:r>
      <w:proofErr w:type="spellStart"/>
      <w:r w:rsidRPr="00B27896">
        <w:rPr>
          <w:rFonts w:ascii="Times New Roman" w:hAnsi="Times New Roman" w:cs="Times New Roman"/>
          <w:sz w:val="24"/>
          <w:szCs w:val="24"/>
        </w:rPr>
        <w:t>Kurma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untuk</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mengatasi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masalah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Intoleransi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Aktivitas</w:t>
      </w:r>
      <w:proofErr w:type="spellEnd"/>
      <w:r w:rsidRPr="00B27896">
        <w:rPr>
          <w:rFonts w:ascii="Times New Roman" w:hAnsi="Times New Roman" w:cs="Times New Roman"/>
          <w:sz w:val="24"/>
          <w:szCs w:val="24"/>
        </w:rPr>
        <w:t xml:space="preserve"> pada </w:t>
      </w:r>
      <w:proofErr w:type="spellStart"/>
      <w:r w:rsidRPr="00B27896">
        <w:rPr>
          <w:rFonts w:ascii="Times New Roman" w:hAnsi="Times New Roman" w:cs="Times New Roman"/>
          <w:sz w:val="24"/>
          <w:szCs w:val="24"/>
        </w:rPr>
        <w:t>remaja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putri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dengan</w:t>
      </w:r>
      <w:proofErr w:type="spellEnd"/>
      <w:r w:rsidRPr="00B27896">
        <w:rPr>
          <w:rFonts w:ascii="Times New Roman" w:hAnsi="Times New Roman" w:cs="Times New Roman"/>
          <w:sz w:val="24"/>
          <w:szCs w:val="24"/>
        </w:rPr>
        <w:t xml:space="preserve"> anemia.”</w:t>
      </w:r>
    </w:p>
    <w:p w14:paraId="586FAF12" w14:textId="77777777" w:rsidR="00CC487B" w:rsidRPr="00893D1F" w:rsidRDefault="00CC3F80" w:rsidP="00B27896">
      <w:pPr>
        <w:jc w:val="both"/>
        <w:rPr>
          <w:rFonts w:ascii="Times New Roman" w:hAnsi="Times New Roman" w:cs="Times New Roman"/>
          <w:b/>
          <w:sz w:val="24"/>
          <w:szCs w:val="24"/>
        </w:rPr>
      </w:pPr>
      <w:commentRangeStart w:id="3"/>
      <w:r w:rsidRPr="00893D1F">
        <w:rPr>
          <w:rFonts w:ascii="Times New Roman" w:hAnsi="Times New Roman" w:cs="Times New Roman"/>
          <w:b/>
          <w:sz w:val="24"/>
          <w:szCs w:val="24"/>
        </w:rPr>
        <w:t>METODOLOGI PENELITIAN</w:t>
      </w:r>
      <w:commentRangeEnd w:id="3"/>
      <w:r w:rsidR="009C6451">
        <w:rPr>
          <w:rStyle w:val="CommentReference"/>
        </w:rPr>
        <w:commentReference w:id="3"/>
      </w:r>
    </w:p>
    <w:p w14:paraId="4F9C36D4" w14:textId="77777777" w:rsidR="00CC487B" w:rsidRPr="00B27896" w:rsidRDefault="00CC3F80" w:rsidP="00B27896">
      <w:pPr>
        <w:jc w:val="both"/>
        <w:rPr>
          <w:rFonts w:ascii="Times New Roman" w:hAnsi="Times New Roman" w:cs="Times New Roman"/>
          <w:sz w:val="24"/>
          <w:szCs w:val="24"/>
        </w:rPr>
      </w:pPr>
      <w:proofErr w:type="spellStart"/>
      <w:r w:rsidRPr="00B27896">
        <w:rPr>
          <w:rFonts w:ascii="Times New Roman" w:hAnsi="Times New Roman" w:cs="Times New Roman"/>
          <w:sz w:val="24"/>
          <w:szCs w:val="24"/>
        </w:rPr>
        <w:t>Penelitian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ini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menggunakan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desain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studi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kasus</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dengan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pendekatan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deskriptif</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kualitatif</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Subjek</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penelitian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adalah</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dua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remaja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putri</w:t>
      </w:r>
      <w:proofErr w:type="spellEnd"/>
      <w:r w:rsidRPr="00B27896">
        <w:rPr>
          <w:rFonts w:ascii="Times New Roman" w:hAnsi="Times New Roman" w:cs="Times New Roman"/>
          <w:sz w:val="24"/>
          <w:szCs w:val="24"/>
        </w:rPr>
        <w:t xml:space="preserve"> di </w:t>
      </w:r>
      <w:proofErr w:type="spellStart"/>
      <w:r w:rsidRPr="00B27896">
        <w:rPr>
          <w:rFonts w:ascii="Times New Roman" w:hAnsi="Times New Roman" w:cs="Times New Roman"/>
          <w:sz w:val="24"/>
          <w:szCs w:val="24"/>
        </w:rPr>
        <w:t>Desa</w:t>
      </w:r>
      <w:proofErr w:type="spellEnd"/>
      <w:r w:rsidRPr="00B27896">
        <w:rPr>
          <w:rFonts w:ascii="Times New Roman" w:hAnsi="Times New Roman" w:cs="Times New Roman"/>
          <w:sz w:val="24"/>
          <w:szCs w:val="24"/>
        </w:rPr>
        <w:t xml:space="preserve"> Malebo, </w:t>
      </w:r>
      <w:proofErr w:type="spellStart"/>
      <w:r w:rsidRPr="00B27896">
        <w:rPr>
          <w:rFonts w:ascii="Times New Roman" w:hAnsi="Times New Roman" w:cs="Times New Roman"/>
          <w:sz w:val="24"/>
          <w:szCs w:val="24"/>
        </w:rPr>
        <w:t>Kecamatan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Kandangan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Kabupaten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Temanggung</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dengan</w:t>
      </w:r>
      <w:proofErr w:type="spellEnd"/>
      <w:r w:rsidRPr="00B27896">
        <w:rPr>
          <w:rFonts w:ascii="Times New Roman" w:hAnsi="Times New Roman" w:cs="Times New Roman"/>
          <w:sz w:val="24"/>
          <w:szCs w:val="24"/>
        </w:rPr>
        <w:t xml:space="preserve"> anemia dan </w:t>
      </w:r>
      <w:proofErr w:type="spellStart"/>
      <w:r w:rsidRPr="00B27896">
        <w:rPr>
          <w:rFonts w:ascii="Times New Roman" w:hAnsi="Times New Roman" w:cs="Times New Roman"/>
          <w:sz w:val="24"/>
          <w:szCs w:val="24"/>
        </w:rPr>
        <w:t>intoleransi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aktivitas</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Intervensi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berupa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pemberian</w:t>
      </w:r>
      <w:proofErr w:type="spellEnd"/>
      <w:r w:rsidRPr="00B27896">
        <w:rPr>
          <w:rFonts w:ascii="Times New Roman" w:hAnsi="Times New Roman" w:cs="Times New Roman"/>
          <w:sz w:val="24"/>
          <w:szCs w:val="24"/>
        </w:rPr>
        <w:t xml:space="preserve"> sari </w:t>
      </w:r>
      <w:proofErr w:type="spellStart"/>
      <w:r w:rsidRPr="00B27896">
        <w:rPr>
          <w:rFonts w:ascii="Times New Roman" w:hAnsi="Times New Roman" w:cs="Times New Roman"/>
          <w:sz w:val="24"/>
          <w:szCs w:val="24"/>
        </w:rPr>
        <w:t>kurma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sebanyak</w:t>
      </w:r>
      <w:proofErr w:type="spellEnd"/>
      <w:r w:rsidRPr="00B27896">
        <w:rPr>
          <w:rFonts w:ascii="Times New Roman" w:hAnsi="Times New Roman" w:cs="Times New Roman"/>
          <w:sz w:val="24"/>
          <w:szCs w:val="24"/>
        </w:rPr>
        <w:t xml:space="preserve"> 2x15 ml per </w:t>
      </w:r>
      <w:proofErr w:type="spellStart"/>
      <w:r w:rsidRPr="00B27896">
        <w:rPr>
          <w:rFonts w:ascii="Times New Roman" w:hAnsi="Times New Roman" w:cs="Times New Roman"/>
          <w:sz w:val="24"/>
          <w:szCs w:val="24"/>
        </w:rPr>
        <w:t>hari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selama</w:t>
      </w:r>
      <w:proofErr w:type="spellEnd"/>
      <w:r w:rsidRPr="00B27896">
        <w:rPr>
          <w:rFonts w:ascii="Times New Roman" w:hAnsi="Times New Roman" w:cs="Times New Roman"/>
          <w:sz w:val="24"/>
          <w:szCs w:val="24"/>
        </w:rPr>
        <w:t xml:space="preserve"> 14 </w:t>
      </w:r>
      <w:proofErr w:type="spellStart"/>
      <w:r w:rsidRPr="00B27896">
        <w:rPr>
          <w:rFonts w:ascii="Times New Roman" w:hAnsi="Times New Roman" w:cs="Times New Roman"/>
          <w:sz w:val="24"/>
          <w:szCs w:val="24"/>
        </w:rPr>
        <w:t>hari</w:t>
      </w:r>
      <w:proofErr w:type="spellEnd"/>
      <w:r w:rsidRPr="00B27896">
        <w:rPr>
          <w:rFonts w:ascii="Times New Roman" w:hAnsi="Times New Roman" w:cs="Times New Roman"/>
          <w:sz w:val="24"/>
          <w:szCs w:val="24"/>
        </w:rPr>
        <w:t xml:space="preserve">. Data </w:t>
      </w:r>
      <w:proofErr w:type="spellStart"/>
      <w:r w:rsidRPr="00B27896">
        <w:rPr>
          <w:rFonts w:ascii="Times New Roman" w:hAnsi="Times New Roman" w:cs="Times New Roman"/>
          <w:sz w:val="24"/>
          <w:szCs w:val="24"/>
        </w:rPr>
        <w:t>dikumpulkan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melalui</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wawancara</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observasi</w:t>
      </w:r>
      <w:proofErr w:type="spellEnd"/>
      <w:r w:rsidRPr="00B27896">
        <w:rPr>
          <w:rFonts w:ascii="Times New Roman" w:hAnsi="Times New Roman" w:cs="Times New Roman"/>
          <w:sz w:val="24"/>
          <w:szCs w:val="24"/>
        </w:rPr>
        <w:t xml:space="preserve">, dan </w:t>
      </w:r>
      <w:proofErr w:type="spellStart"/>
      <w:r w:rsidRPr="00B27896">
        <w:rPr>
          <w:rFonts w:ascii="Times New Roman" w:hAnsi="Times New Roman" w:cs="Times New Roman"/>
          <w:sz w:val="24"/>
          <w:szCs w:val="24"/>
        </w:rPr>
        <w:t>pemeriksaan</w:t>
      </w:r>
      <w:proofErr w:type="spellEnd"/>
      <w:r w:rsidRPr="00B27896">
        <w:rPr>
          <w:rFonts w:ascii="Times New Roman" w:hAnsi="Times New Roman" w:cs="Times New Roman"/>
          <w:sz w:val="24"/>
          <w:szCs w:val="24"/>
        </w:rPr>
        <w:t xml:space="preserve"> </w:t>
      </w:r>
      <w:proofErr w:type="spellStart"/>
      <w:r w:rsidRPr="00B27896">
        <w:rPr>
          <w:rFonts w:ascii="Times New Roman" w:hAnsi="Times New Roman" w:cs="Times New Roman"/>
          <w:sz w:val="24"/>
          <w:szCs w:val="24"/>
        </w:rPr>
        <w:t>kadar</w:t>
      </w:r>
      <w:proofErr w:type="spellEnd"/>
      <w:r w:rsidRPr="00B27896">
        <w:rPr>
          <w:rFonts w:ascii="Times New Roman" w:hAnsi="Times New Roman" w:cs="Times New Roman"/>
          <w:sz w:val="24"/>
          <w:szCs w:val="24"/>
        </w:rPr>
        <w:t xml:space="preserve"> hemoglobin </w:t>
      </w:r>
      <w:proofErr w:type="spellStart"/>
      <w:r w:rsidRPr="00B27896">
        <w:rPr>
          <w:rFonts w:ascii="Times New Roman" w:hAnsi="Times New Roman" w:cs="Times New Roman"/>
          <w:sz w:val="24"/>
          <w:szCs w:val="24"/>
        </w:rPr>
        <w:t>menggunakan</w:t>
      </w:r>
      <w:proofErr w:type="spellEnd"/>
      <w:r w:rsidRPr="00B27896">
        <w:rPr>
          <w:rFonts w:ascii="Times New Roman" w:hAnsi="Times New Roman" w:cs="Times New Roman"/>
          <w:sz w:val="24"/>
          <w:szCs w:val="24"/>
        </w:rPr>
        <w:t xml:space="preserve"> hemoglobinometer.</w:t>
      </w:r>
    </w:p>
    <w:p w14:paraId="36F0556F" w14:textId="77777777" w:rsidR="00893D1F" w:rsidRDefault="00893D1F" w:rsidP="00761EA1">
      <w:pPr>
        <w:rPr>
          <w:rFonts w:ascii="Times New Roman" w:hAnsi="Times New Roman" w:cs="Times New Roman"/>
          <w:b/>
          <w:sz w:val="24"/>
          <w:szCs w:val="24"/>
        </w:rPr>
        <w:sectPr w:rsidR="00893D1F" w:rsidSect="00893D1F">
          <w:type w:val="continuous"/>
          <w:pgSz w:w="12240" w:h="15840"/>
          <w:pgMar w:top="1440" w:right="1800" w:bottom="1440" w:left="1800" w:header="720" w:footer="720" w:gutter="0"/>
          <w:cols w:num="2" w:space="720"/>
          <w:docGrid w:linePitch="360"/>
        </w:sectPr>
      </w:pPr>
    </w:p>
    <w:p w14:paraId="3D0A44D0" w14:textId="77777777" w:rsidR="00893D1F" w:rsidRDefault="00893D1F">
      <w:pPr>
        <w:rPr>
          <w:rFonts w:ascii="Times New Roman" w:hAnsi="Times New Roman" w:cs="Times New Roman"/>
          <w:b/>
          <w:sz w:val="24"/>
          <w:szCs w:val="24"/>
        </w:rPr>
      </w:pPr>
      <w:r>
        <w:rPr>
          <w:rFonts w:ascii="Times New Roman" w:hAnsi="Times New Roman" w:cs="Times New Roman"/>
          <w:b/>
          <w:sz w:val="24"/>
          <w:szCs w:val="24"/>
        </w:rPr>
        <w:br w:type="page"/>
      </w:r>
    </w:p>
    <w:p w14:paraId="4DFEAFF6" w14:textId="77777777" w:rsidR="00761EA1" w:rsidRPr="00761EA1" w:rsidRDefault="00CC3F80" w:rsidP="00761EA1">
      <w:pPr>
        <w:rPr>
          <w:rFonts w:ascii="Times New Roman" w:hAnsi="Times New Roman" w:cs="Times New Roman"/>
          <w:b/>
          <w:sz w:val="24"/>
          <w:szCs w:val="24"/>
        </w:rPr>
      </w:pPr>
      <w:r w:rsidRPr="00761EA1">
        <w:rPr>
          <w:rFonts w:ascii="Times New Roman" w:hAnsi="Times New Roman" w:cs="Times New Roman"/>
          <w:b/>
          <w:sz w:val="24"/>
          <w:szCs w:val="24"/>
        </w:rPr>
        <w:lastRenderedPageBreak/>
        <w:t>HASIL PENELITIAN DAN PEMBAHASAN</w:t>
      </w:r>
    </w:p>
    <w:p w14:paraId="3EB14663" w14:textId="77777777" w:rsidR="00761EA1" w:rsidRPr="005418A8" w:rsidRDefault="00761EA1" w:rsidP="00761EA1">
      <w:pPr>
        <w:pStyle w:val="ListParagraph"/>
        <w:numPr>
          <w:ilvl w:val="0"/>
          <w:numId w:val="10"/>
        </w:numPr>
        <w:rPr>
          <w:rFonts w:ascii="Times New Roman" w:hAnsi="Times New Roman" w:cs="Times New Roman"/>
          <w:sz w:val="24"/>
          <w:szCs w:val="24"/>
        </w:rPr>
      </w:pPr>
      <w:commentRangeStart w:id="4"/>
      <w:proofErr w:type="spellStart"/>
      <w:r>
        <w:rPr>
          <w:rFonts w:ascii="Times New Roman" w:hAnsi="Times New Roman" w:cs="Times New Roman"/>
          <w:sz w:val="24"/>
          <w:szCs w:val="24"/>
        </w:rPr>
        <w:t>Karakteristik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responden</w:t>
      </w:r>
      <w:commentRangeEnd w:id="4"/>
      <w:proofErr w:type="spellEnd"/>
      <w:r w:rsidR="009C6451">
        <w:rPr>
          <w:rStyle w:val="CommentReference"/>
        </w:rPr>
        <w:commentReference w:id="4"/>
      </w:r>
    </w:p>
    <w:p w14:paraId="31E60B86" w14:textId="77777777" w:rsidR="00761EA1" w:rsidRPr="00761EA1" w:rsidRDefault="00761EA1" w:rsidP="005418A8">
      <w:pPr>
        <w:jc w:val="center"/>
        <w:rPr>
          <w:rFonts w:ascii="Times New Roman" w:hAnsi="Times New Roman" w:cs="Times New Roman"/>
          <w:sz w:val="24"/>
          <w:szCs w:val="24"/>
        </w:rPr>
      </w:pPr>
      <w:proofErr w:type="spellStart"/>
      <w:r w:rsidRPr="00761EA1">
        <w:rPr>
          <w:rFonts w:ascii="Times New Roman" w:hAnsi="Times New Roman" w:cs="Times New Roman"/>
          <w:sz w:val="24"/>
          <w:szCs w:val="24"/>
        </w:rPr>
        <w:t>Tabel</w:t>
      </w:r>
      <w:proofErr w:type="spellEnd"/>
      <w:r>
        <w:rPr>
          <w:rFonts w:ascii="Times New Roman" w:hAnsi="Times New Roman" w:cs="Times New Roman"/>
          <w:sz w:val="24"/>
          <w:szCs w:val="24"/>
        </w:rPr>
        <w:t xml:space="preserve"> 1. </w:t>
      </w:r>
      <w:proofErr w:type="spellStart"/>
      <w:r>
        <w:rPr>
          <w:rFonts w:ascii="Times New Roman" w:hAnsi="Times New Roman" w:cs="Times New Roman"/>
          <w:sz w:val="24"/>
          <w:szCs w:val="24"/>
        </w:rPr>
        <w:t>Karakteristik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responden</w:t>
      </w:r>
      <w:proofErr w:type="spellEnd"/>
    </w:p>
    <w:tbl>
      <w:tblPr>
        <w:tblW w:w="5898" w:type="dxa"/>
        <w:jc w:val="center"/>
        <w:tblLayout w:type="fixed"/>
        <w:tblLook w:val="04A0" w:firstRow="1" w:lastRow="0" w:firstColumn="1" w:lastColumn="0" w:noHBand="0" w:noVBand="1"/>
      </w:tblPr>
      <w:tblGrid>
        <w:gridCol w:w="567"/>
        <w:gridCol w:w="1787"/>
        <w:gridCol w:w="1134"/>
        <w:gridCol w:w="850"/>
        <w:gridCol w:w="709"/>
        <w:gridCol w:w="851"/>
      </w:tblGrid>
      <w:tr w:rsidR="00761EA1" w:rsidRPr="00272526" w14:paraId="1BD50F8C" w14:textId="77777777" w:rsidTr="00230F02">
        <w:trPr>
          <w:trHeight w:val="54"/>
          <w:jc w:val="center"/>
        </w:trPr>
        <w:tc>
          <w:tcPr>
            <w:tcW w:w="567" w:type="dxa"/>
            <w:vMerge w:val="restart"/>
            <w:tcBorders>
              <w:top w:val="single" w:sz="4" w:space="0" w:color="auto"/>
            </w:tcBorders>
            <w:vAlign w:val="center"/>
            <w:hideMark/>
          </w:tcPr>
          <w:p w14:paraId="6154D910" w14:textId="77777777" w:rsidR="00761EA1" w:rsidRPr="00272526" w:rsidRDefault="00761EA1" w:rsidP="005418A8">
            <w:pPr>
              <w:spacing w:after="0" w:line="240" w:lineRule="auto"/>
              <w:rPr>
                <w:rFonts w:asciiTheme="majorBidi" w:hAnsiTheme="majorBidi" w:cstheme="majorBidi"/>
                <w:b/>
                <w:bCs/>
              </w:rPr>
            </w:pPr>
            <w:r w:rsidRPr="00272526">
              <w:rPr>
                <w:rFonts w:asciiTheme="majorBidi" w:hAnsiTheme="majorBidi" w:cstheme="majorBidi"/>
                <w:b/>
                <w:bCs/>
              </w:rPr>
              <w:t>No</w:t>
            </w:r>
          </w:p>
        </w:tc>
        <w:tc>
          <w:tcPr>
            <w:tcW w:w="1787" w:type="dxa"/>
            <w:vMerge w:val="restart"/>
            <w:tcBorders>
              <w:top w:val="single" w:sz="4" w:space="0" w:color="auto"/>
            </w:tcBorders>
            <w:vAlign w:val="center"/>
            <w:hideMark/>
          </w:tcPr>
          <w:p w14:paraId="0F181C4C" w14:textId="77777777" w:rsidR="00761EA1" w:rsidRPr="00272526" w:rsidRDefault="00230F02" w:rsidP="005418A8">
            <w:pPr>
              <w:spacing w:after="0" w:line="240" w:lineRule="auto"/>
              <w:jc w:val="center"/>
              <w:rPr>
                <w:rFonts w:asciiTheme="majorBidi" w:hAnsiTheme="majorBidi" w:cstheme="majorBidi"/>
                <w:b/>
                <w:bCs/>
              </w:rPr>
            </w:pPr>
            <w:proofErr w:type="spellStart"/>
            <w:r w:rsidRPr="00272526">
              <w:rPr>
                <w:rFonts w:asciiTheme="majorBidi" w:hAnsiTheme="majorBidi" w:cstheme="majorBidi"/>
                <w:b/>
                <w:bCs/>
              </w:rPr>
              <w:t>Karakteristik</w:t>
            </w:r>
            <w:proofErr w:type="spellEnd"/>
          </w:p>
        </w:tc>
        <w:tc>
          <w:tcPr>
            <w:tcW w:w="1984" w:type="dxa"/>
            <w:gridSpan w:val="2"/>
            <w:tcBorders>
              <w:top w:val="single" w:sz="4" w:space="0" w:color="auto"/>
              <w:bottom w:val="single" w:sz="4" w:space="0" w:color="auto"/>
            </w:tcBorders>
            <w:vAlign w:val="center"/>
          </w:tcPr>
          <w:p w14:paraId="2B024F26" w14:textId="77777777" w:rsidR="00761EA1" w:rsidRPr="00272526" w:rsidRDefault="00761EA1" w:rsidP="005418A8">
            <w:pPr>
              <w:spacing w:after="0" w:line="240" w:lineRule="auto"/>
              <w:jc w:val="center"/>
              <w:rPr>
                <w:rFonts w:asciiTheme="majorBidi" w:hAnsiTheme="majorBidi" w:cstheme="majorBidi"/>
                <w:b/>
                <w:bCs/>
              </w:rPr>
            </w:pPr>
            <w:proofErr w:type="spellStart"/>
            <w:proofErr w:type="gramStart"/>
            <w:r w:rsidRPr="00272526">
              <w:rPr>
                <w:rFonts w:asciiTheme="majorBidi" w:hAnsiTheme="majorBidi" w:cstheme="majorBidi"/>
                <w:b/>
                <w:bCs/>
              </w:rPr>
              <w:t>Nn.A</w:t>
            </w:r>
            <w:proofErr w:type="spellEnd"/>
            <w:proofErr w:type="gramEnd"/>
          </w:p>
        </w:tc>
        <w:tc>
          <w:tcPr>
            <w:tcW w:w="1560" w:type="dxa"/>
            <w:gridSpan w:val="2"/>
            <w:tcBorders>
              <w:top w:val="single" w:sz="4" w:space="0" w:color="auto"/>
              <w:bottom w:val="single" w:sz="4" w:space="0" w:color="auto"/>
            </w:tcBorders>
          </w:tcPr>
          <w:p w14:paraId="12A33FD8" w14:textId="77777777" w:rsidR="00761EA1" w:rsidRPr="00272526" w:rsidRDefault="00761EA1" w:rsidP="005418A8">
            <w:pPr>
              <w:spacing w:after="0" w:line="240" w:lineRule="auto"/>
              <w:jc w:val="center"/>
              <w:rPr>
                <w:rFonts w:asciiTheme="majorBidi" w:hAnsiTheme="majorBidi" w:cstheme="majorBidi"/>
                <w:b/>
                <w:bCs/>
              </w:rPr>
            </w:pPr>
            <w:proofErr w:type="spellStart"/>
            <w:proofErr w:type="gramStart"/>
            <w:r w:rsidRPr="00272526">
              <w:rPr>
                <w:rFonts w:asciiTheme="majorBidi" w:hAnsiTheme="majorBidi" w:cstheme="majorBidi"/>
                <w:b/>
                <w:bCs/>
              </w:rPr>
              <w:t>Nn.F</w:t>
            </w:r>
            <w:proofErr w:type="spellEnd"/>
            <w:proofErr w:type="gramEnd"/>
          </w:p>
        </w:tc>
      </w:tr>
      <w:tr w:rsidR="00761EA1" w:rsidRPr="00272526" w14:paraId="2BBBCC99" w14:textId="77777777" w:rsidTr="00230F02">
        <w:trPr>
          <w:trHeight w:val="54"/>
          <w:jc w:val="center"/>
        </w:trPr>
        <w:tc>
          <w:tcPr>
            <w:tcW w:w="567" w:type="dxa"/>
            <w:vMerge/>
            <w:tcBorders>
              <w:bottom w:val="single" w:sz="4" w:space="0" w:color="auto"/>
            </w:tcBorders>
            <w:vAlign w:val="center"/>
          </w:tcPr>
          <w:p w14:paraId="57C22BAD" w14:textId="77777777" w:rsidR="00761EA1" w:rsidRPr="00272526" w:rsidRDefault="00761EA1" w:rsidP="005418A8">
            <w:pPr>
              <w:spacing w:after="0" w:line="240" w:lineRule="auto"/>
              <w:rPr>
                <w:rFonts w:asciiTheme="majorBidi" w:hAnsiTheme="majorBidi" w:cstheme="majorBidi"/>
                <w:b/>
                <w:bCs/>
              </w:rPr>
            </w:pPr>
          </w:p>
        </w:tc>
        <w:tc>
          <w:tcPr>
            <w:tcW w:w="1787" w:type="dxa"/>
            <w:vMerge/>
            <w:tcBorders>
              <w:bottom w:val="single" w:sz="4" w:space="0" w:color="auto"/>
            </w:tcBorders>
            <w:vAlign w:val="center"/>
          </w:tcPr>
          <w:p w14:paraId="4F126011" w14:textId="77777777" w:rsidR="00761EA1" w:rsidRPr="00272526" w:rsidRDefault="00761EA1" w:rsidP="005418A8">
            <w:pPr>
              <w:spacing w:after="0" w:line="240" w:lineRule="auto"/>
              <w:jc w:val="center"/>
              <w:rPr>
                <w:rFonts w:asciiTheme="majorBidi" w:hAnsiTheme="majorBidi" w:cstheme="majorBidi"/>
                <w:b/>
                <w:bCs/>
              </w:rPr>
            </w:pPr>
          </w:p>
        </w:tc>
        <w:tc>
          <w:tcPr>
            <w:tcW w:w="1134" w:type="dxa"/>
            <w:tcBorders>
              <w:top w:val="single" w:sz="4" w:space="0" w:color="auto"/>
              <w:bottom w:val="single" w:sz="4" w:space="0" w:color="auto"/>
            </w:tcBorders>
            <w:vAlign w:val="center"/>
          </w:tcPr>
          <w:p w14:paraId="0EFC4C50" w14:textId="77777777" w:rsidR="00761EA1" w:rsidRPr="00272526" w:rsidRDefault="00761EA1" w:rsidP="005418A8">
            <w:pPr>
              <w:spacing w:after="0" w:line="240" w:lineRule="auto"/>
              <w:jc w:val="center"/>
              <w:rPr>
                <w:rFonts w:asciiTheme="majorBidi" w:hAnsiTheme="majorBidi" w:cstheme="majorBidi"/>
                <w:b/>
                <w:bCs/>
              </w:rPr>
            </w:pPr>
            <w:proofErr w:type="spellStart"/>
            <w:r w:rsidRPr="00272526">
              <w:rPr>
                <w:rFonts w:asciiTheme="majorBidi" w:hAnsiTheme="majorBidi" w:cstheme="majorBidi"/>
                <w:b/>
                <w:bCs/>
              </w:rPr>
              <w:t>Ya</w:t>
            </w:r>
            <w:proofErr w:type="spellEnd"/>
            <w:r w:rsidRPr="00272526">
              <w:rPr>
                <w:rFonts w:asciiTheme="majorBidi" w:hAnsiTheme="majorBidi" w:cstheme="majorBidi"/>
                <w:b/>
                <w:bCs/>
              </w:rPr>
              <w:t xml:space="preserve"> </w:t>
            </w:r>
          </w:p>
        </w:tc>
        <w:tc>
          <w:tcPr>
            <w:tcW w:w="850" w:type="dxa"/>
            <w:tcBorders>
              <w:top w:val="single" w:sz="4" w:space="0" w:color="auto"/>
              <w:bottom w:val="single" w:sz="4" w:space="0" w:color="auto"/>
            </w:tcBorders>
            <w:vAlign w:val="center"/>
          </w:tcPr>
          <w:p w14:paraId="00084E44" w14:textId="77777777" w:rsidR="00761EA1" w:rsidRPr="00272526" w:rsidRDefault="00761EA1" w:rsidP="005418A8">
            <w:pPr>
              <w:spacing w:after="0" w:line="240" w:lineRule="auto"/>
              <w:rPr>
                <w:rFonts w:asciiTheme="majorBidi" w:hAnsiTheme="majorBidi" w:cstheme="majorBidi"/>
                <w:b/>
                <w:bCs/>
              </w:rPr>
            </w:pPr>
            <w:proofErr w:type="spellStart"/>
            <w:r w:rsidRPr="00272526">
              <w:rPr>
                <w:rFonts w:asciiTheme="majorBidi" w:hAnsiTheme="majorBidi" w:cstheme="majorBidi"/>
                <w:b/>
                <w:bCs/>
              </w:rPr>
              <w:t>Tidak</w:t>
            </w:r>
            <w:proofErr w:type="spellEnd"/>
            <w:r w:rsidRPr="00272526">
              <w:rPr>
                <w:rFonts w:asciiTheme="majorBidi" w:hAnsiTheme="majorBidi" w:cstheme="majorBidi"/>
                <w:b/>
                <w:bCs/>
              </w:rPr>
              <w:t xml:space="preserve"> </w:t>
            </w:r>
          </w:p>
        </w:tc>
        <w:tc>
          <w:tcPr>
            <w:tcW w:w="709" w:type="dxa"/>
            <w:tcBorders>
              <w:top w:val="single" w:sz="4" w:space="0" w:color="auto"/>
              <w:bottom w:val="single" w:sz="4" w:space="0" w:color="auto"/>
            </w:tcBorders>
          </w:tcPr>
          <w:p w14:paraId="59AF38D4" w14:textId="77777777" w:rsidR="00761EA1" w:rsidRPr="00272526" w:rsidRDefault="00761EA1" w:rsidP="005418A8">
            <w:pPr>
              <w:spacing w:after="0" w:line="240" w:lineRule="auto"/>
              <w:rPr>
                <w:rFonts w:asciiTheme="majorBidi" w:hAnsiTheme="majorBidi" w:cstheme="majorBidi"/>
                <w:b/>
                <w:bCs/>
              </w:rPr>
            </w:pPr>
            <w:proofErr w:type="spellStart"/>
            <w:r w:rsidRPr="00272526">
              <w:rPr>
                <w:rFonts w:asciiTheme="majorBidi" w:hAnsiTheme="majorBidi" w:cstheme="majorBidi"/>
                <w:b/>
                <w:bCs/>
              </w:rPr>
              <w:t>Ya</w:t>
            </w:r>
            <w:proofErr w:type="spellEnd"/>
            <w:r w:rsidRPr="00272526">
              <w:rPr>
                <w:rFonts w:asciiTheme="majorBidi" w:hAnsiTheme="majorBidi" w:cstheme="majorBidi"/>
                <w:b/>
                <w:bCs/>
              </w:rPr>
              <w:t xml:space="preserve"> </w:t>
            </w:r>
          </w:p>
        </w:tc>
        <w:tc>
          <w:tcPr>
            <w:tcW w:w="851" w:type="dxa"/>
            <w:tcBorders>
              <w:top w:val="single" w:sz="4" w:space="0" w:color="auto"/>
              <w:bottom w:val="single" w:sz="4" w:space="0" w:color="auto"/>
            </w:tcBorders>
          </w:tcPr>
          <w:p w14:paraId="32240AB7" w14:textId="77777777" w:rsidR="00761EA1" w:rsidRPr="00272526" w:rsidRDefault="00761EA1" w:rsidP="005418A8">
            <w:pPr>
              <w:spacing w:after="0" w:line="240" w:lineRule="auto"/>
              <w:rPr>
                <w:rFonts w:asciiTheme="majorBidi" w:hAnsiTheme="majorBidi" w:cstheme="majorBidi"/>
                <w:b/>
                <w:bCs/>
              </w:rPr>
            </w:pPr>
            <w:proofErr w:type="spellStart"/>
            <w:r w:rsidRPr="00272526">
              <w:rPr>
                <w:rFonts w:asciiTheme="majorBidi" w:hAnsiTheme="majorBidi" w:cstheme="majorBidi"/>
                <w:b/>
                <w:bCs/>
              </w:rPr>
              <w:t>Tidak</w:t>
            </w:r>
            <w:proofErr w:type="spellEnd"/>
            <w:r w:rsidRPr="00272526">
              <w:rPr>
                <w:rFonts w:asciiTheme="majorBidi" w:hAnsiTheme="majorBidi" w:cstheme="majorBidi"/>
                <w:b/>
                <w:bCs/>
              </w:rPr>
              <w:t xml:space="preserve"> </w:t>
            </w:r>
          </w:p>
        </w:tc>
      </w:tr>
      <w:tr w:rsidR="00761EA1" w:rsidRPr="00272526" w14:paraId="41FC3D11" w14:textId="77777777" w:rsidTr="00230F02">
        <w:trPr>
          <w:trHeight w:val="54"/>
          <w:jc w:val="center"/>
        </w:trPr>
        <w:tc>
          <w:tcPr>
            <w:tcW w:w="567" w:type="dxa"/>
            <w:tcBorders>
              <w:top w:val="single" w:sz="4" w:space="0" w:color="auto"/>
            </w:tcBorders>
            <w:vAlign w:val="center"/>
            <w:hideMark/>
          </w:tcPr>
          <w:p w14:paraId="5EA4D34F" w14:textId="77777777" w:rsidR="00761EA1" w:rsidRPr="00272526" w:rsidRDefault="00761EA1" w:rsidP="005418A8">
            <w:pPr>
              <w:spacing w:after="0" w:line="240" w:lineRule="auto"/>
              <w:rPr>
                <w:rFonts w:asciiTheme="majorBidi" w:hAnsiTheme="majorBidi" w:cstheme="majorBidi"/>
              </w:rPr>
            </w:pPr>
            <w:r w:rsidRPr="00272526">
              <w:rPr>
                <w:rFonts w:asciiTheme="majorBidi" w:hAnsiTheme="majorBidi" w:cstheme="majorBidi"/>
              </w:rPr>
              <w:t>1.</w:t>
            </w:r>
          </w:p>
        </w:tc>
        <w:tc>
          <w:tcPr>
            <w:tcW w:w="1787" w:type="dxa"/>
            <w:tcBorders>
              <w:top w:val="single" w:sz="4" w:space="0" w:color="auto"/>
            </w:tcBorders>
            <w:vAlign w:val="center"/>
            <w:hideMark/>
          </w:tcPr>
          <w:p w14:paraId="744B73B5" w14:textId="77777777" w:rsidR="00761EA1" w:rsidRPr="00272526" w:rsidRDefault="00761EA1" w:rsidP="005418A8">
            <w:pPr>
              <w:spacing w:after="0" w:line="240" w:lineRule="auto"/>
              <w:rPr>
                <w:rFonts w:asciiTheme="majorBidi" w:hAnsiTheme="majorBidi" w:cstheme="majorBidi"/>
                <w:b/>
              </w:rPr>
            </w:pPr>
            <w:proofErr w:type="spellStart"/>
            <w:r w:rsidRPr="00272526">
              <w:rPr>
                <w:rFonts w:asciiTheme="majorBidi" w:hAnsiTheme="majorBidi" w:cstheme="majorBidi"/>
              </w:rPr>
              <w:t>Sesak</w:t>
            </w:r>
            <w:proofErr w:type="spellEnd"/>
            <w:r w:rsidRPr="00272526">
              <w:rPr>
                <w:rFonts w:asciiTheme="majorBidi" w:hAnsiTheme="majorBidi" w:cstheme="majorBidi"/>
              </w:rPr>
              <w:t xml:space="preserve"> napas (</w:t>
            </w:r>
            <w:proofErr w:type="spellStart"/>
            <w:r w:rsidRPr="00272526">
              <w:rPr>
                <w:rFonts w:asciiTheme="majorBidi" w:hAnsiTheme="majorBidi" w:cstheme="majorBidi"/>
                <w:i/>
                <w:iCs/>
              </w:rPr>
              <w:t>dypsnea</w:t>
            </w:r>
            <w:proofErr w:type="spellEnd"/>
            <w:r w:rsidRPr="00272526">
              <w:rPr>
                <w:rFonts w:asciiTheme="majorBidi" w:hAnsiTheme="majorBidi" w:cstheme="majorBidi"/>
              </w:rPr>
              <w:t>)</w:t>
            </w:r>
          </w:p>
        </w:tc>
        <w:tc>
          <w:tcPr>
            <w:tcW w:w="1134" w:type="dxa"/>
            <w:tcBorders>
              <w:top w:val="single" w:sz="4" w:space="0" w:color="auto"/>
            </w:tcBorders>
            <w:vAlign w:val="center"/>
          </w:tcPr>
          <w:p w14:paraId="0DA2EA2E" w14:textId="77777777" w:rsidR="00761EA1" w:rsidRPr="00272526" w:rsidRDefault="00761EA1" w:rsidP="005418A8">
            <w:pPr>
              <w:spacing w:after="0" w:line="240" w:lineRule="auto"/>
              <w:jc w:val="center"/>
              <w:rPr>
                <w:rFonts w:asciiTheme="majorBidi" w:hAnsiTheme="majorBidi" w:cstheme="majorBidi"/>
              </w:rPr>
            </w:pPr>
            <w:r w:rsidRPr="00272526">
              <w:rPr>
                <w:rFonts w:asciiTheme="majorBidi" w:hAnsiTheme="majorBidi" w:cstheme="majorBidi"/>
              </w:rPr>
              <w:sym w:font="Wingdings" w:char="F0FC"/>
            </w:r>
          </w:p>
        </w:tc>
        <w:tc>
          <w:tcPr>
            <w:tcW w:w="850" w:type="dxa"/>
            <w:tcBorders>
              <w:top w:val="single" w:sz="4" w:space="0" w:color="auto"/>
            </w:tcBorders>
            <w:vAlign w:val="center"/>
          </w:tcPr>
          <w:p w14:paraId="3DFEB144" w14:textId="77777777" w:rsidR="00761EA1" w:rsidRPr="00272526" w:rsidRDefault="00761EA1" w:rsidP="005418A8">
            <w:pPr>
              <w:spacing w:after="0" w:line="240" w:lineRule="auto"/>
              <w:rPr>
                <w:rFonts w:asciiTheme="majorBidi" w:hAnsiTheme="majorBidi" w:cstheme="majorBidi"/>
              </w:rPr>
            </w:pPr>
          </w:p>
        </w:tc>
        <w:tc>
          <w:tcPr>
            <w:tcW w:w="709" w:type="dxa"/>
            <w:tcBorders>
              <w:top w:val="single" w:sz="4" w:space="0" w:color="auto"/>
            </w:tcBorders>
          </w:tcPr>
          <w:p w14:paraId="6EE34D46" w14:textId="77777777" w:rsidR="00761EA1" w:rsidRPr="00272526" w:rsidRDefault="00761EA1" w:rsidP="005418A8">
            <w:pPr>
              <w:spacing w:after="0" w:line="240" w:lineRule="auto"/>
              <w:rPr>
                <w:rFonts w:asciiTheme="majorBidi" w:hAnsiTheme="majorBidi" w:cstheme="majorBidi"/>
              </w:rPr>
            </w:pPr>
          </w:p>
        </w:tc>
        <w:tc>
          <w:tcPr>
            <w:tcW w:w="851" w:type="dxa"/>
            <w:tcBorders>
              <w:top w:val="single" w:sz="4" w:space="0" w:color="auto"/>
            </w:tcBorders>
          </w:tcPr>
          <w:p w14:paraId="211872E3" w14:textId="77777777" w:rsidR="00761EA1" w:rsidRPr="00272526" w:rsidRDefault="00761EA1" w:rsidP="005418A8">
            <w:pPr>
              <w:spacing w:after="0" w:line="240" w:lineRule="auto"/>
              <w:rPr>
                <w:rFonts w:asciiTheme="majorBidi" w:hAnsiTheme="majorBidi" w:cstheme="majorBidi"/>
              </w:rPr>
            </w:pPr>
            <w:r w:rsidRPr="00272526">
              <w:rPr>
                <w:rFonts w:asciiTheme="majorBidi" w:hAnsiTheme="majorBidi" w:cstheme="majorBidi"/>
              </w:rPr>
              <w:sym w:font="Wingdings" w:char="F0FC"/>
            </w:r>
          </w:p>
        </w:tc>
      </w:tr>
      <w:tr w:rsidR="00761EA1" w:rsidRPr="00272526" w14:paraId="47C2DB57" w14:textId="77777777" w:rsidTr="00230F02">
        <w:trPr>
          <w:trHeight w:val="54"/>
          <w:jc w:val="center"/>
        </w:trPr>
        <w:tc>
          <w:tcPr>
            <w:tcW w:w="567" w:type="dxa"/>
            <w:vAlign w:val="center"/>
            <w:hideMark/>
          </w:tcPr>
          <w:p w14:paraId="04BF7D69" w14:textId="77777777" w:rsidR="00761EA1" w:rsidRPr="00272526" w:rsidRDefault="00761EA1" w:rsidP="005418A8">
            <w:pPr>
              <w:spacing w:after="0" w:line="240" w:lineRule="auto"/>
              <w:rPr>
                <w:rFonts w:asciiTheme="majorBidi" w:hAnsiTheme="majorBidi" w:cstheme="majorBidi"/>
              </w:rPr>
            </w:pPr>
            <w:r w:rsidRPr="00272526">
              <w:rPr>
                <w:rFonts w:asciiTheme="majorBidi" w:hAnsiTheme="majorBidi" w:cstheme="majorBidi"/>
              </w:rPr>
              <w:t>2.</w:t>
            </w:r>
          </w:p>
        </w:tc>
        <w:tc>
          <w:tcPr>
            <w:tcW w:w="1787" w:type="dxa"/>
            <w:vAlign w:val="center"/>
            <w:hideMark/>
          </w:tcPr>
          <w:p w14:paraId="413ADC84" w14:textId="77777777" w:rsidR="00761EA1" w:rsidRPr="00272526" w:rsidRDefault="00761EA1" w:rsidP="005418A8">
            <w:pPr>
              <w:spacing w:after="0" w:line="240" w:lineRule="auto"/>
              <w:rPr>
                <w:rFonts w:asciiTheme="majorBidi" w:hAnsiTheme="majorBidi" w:cstheme="majorBidi"/>
                <w:bCs/>
              </w:rPr>
            </w:pPr>
            <w:proofErr w:type="spellStart"/>
            <w:r w:rsidRPr="00272526">
              <w:rPr>
                <w:rFonts w:asciiTheme="majorBidi" w:hAnsiTheme="majorBidi" w:cstheme="majorBidi"/>
              </w:rPr>
              <w:t>Detak</w:t>
            </w:r>
            <w:proofErr w:type="spellEnd"/>
            <w:r w:rsidRPr="00272526">
              <w:rPr>
                <w:rFonts w:asciiTheme="majorBidi" w:hAnsiTheme="majorBidi" w:cstheme="majorBidi"/>
              </w:rPr>
              <w:t xml:space="preserve"> </w:t>
            </w:r>
            <w:proofErr w:type="spellStart"/>
            <w:r w:rsidRPr="00272526">
              <w:rPr>
                <w:rFonts w:asciiTheme="majorBidi" w:hAnsiTheme="majorBidi" w:cstheme="majorBidi"/>
              </w:rPr>
              <w:t>jantung</w:t>
            </w:r>
            <w:proofErr w:type="spellEnd"/>
            <w:r w:rsidRPr="00272526">
              <w:rPr>
                <w:rFonts w:asciiTheme="majorBidi" w:hAnsiTheme="majorBidi" w:cstheme="majorBidi"/>
              </w:rPr>
              <w:t xml:space="preserve"> </w:t>
            </w:r>
            <w:proofErr w:type="spellStart"/>
            <w:r w:rsidRPr="00272526">
              <w:rPr>
                <w:rFonts w:asciiTheme="majorBidi" w:hAnsiTheme="majorBidi" w:cstheme="majorBidi"/>
              </w:rPr>
              <w:t>cepat</w:t>
            </w:r>
            <w:proofErr w:type="spellEnd"/>
            <w:r w:rsidRPr="00272526">
              <w:rPr>
                <w:rFonts w:asciiTheme="majorBidi" w:hAnsiTheme="majorBidi" w:cstheme="majorBidi"/>
              </w:rPr>
              <w:t xml:space="preserve"> (</w:t>
            </w:r>
            <w:proofErr w:type="spellStart"/>
            <w:r w:rsidRPr="00272526">
              <w:rPr>
                <w:rFonts w:asciiTheme="majorBidi" w:hAnsiTheme="majorBidi" w:cstheme="majorBidi"/>
              </w:rPr>
              <w:t>palpitasi</w:t>
            </w:r>
            <w:proofErr w:type="spellEnd"/>
            <w:r w:rsidRPr="00272526">
              <w:rPr>
                <w:rFonts w:asciiTheme="majorBidi" w:hAnsiTheme="majorBidi" w:cstheme="majorBidi"/>
              </w:rPr>
              <w:t xml:space="preserve">) </w:t>
            </w:r>
          </w:p>
        </w:tc>
        <w:tc>
          <w:tcPr>
            <w:tcW w:w="1134" w:type="dxa"/>
            <w:vAlign w:val="center"/>
          </w:tcPr>
          <w:p w14:paraId="0A2A96B6" w14:textId="77777777" w:rsidR="00761EA1" w:rsidRPr="00272526" w:rsidRDefault="00761EA1" w:rsidP="005418A8">
            <w:pPr>
              <w:spacing w:after="0" w:line="240" w:lineRule="auto"/>
              <w:jc w:val="center"/>
              <w:rPr>
                <w:rFonts w:asciiTheme="majorBidi" w:hAnsiTheme="majorBidi" w:cstheme="majorBidi"/>
              </w:rPr>
            </w:pPr>
            <w:r w:rsidRPr="00272526">
              <w:rPr>
                <w:rFonts w:asciiTheme="majorBidi" w:hAnsiTheme="majorBidi" w:cstheme="majorBidi"/>
              </w:rPr>
              <w:sym w:font="Wingdings" w:char="F0FC"/>
            </w:r>
          </w:p>
        </w:tc>
        <w:tc>
          <w:tcPr>
            <w:tcW w:w="850" w:type="dxa"/>
            <w:vAlign w:val="center"/>
          </w:tcPr>
          <w:p w14:paraId="1EE48708" w14:textId="77777777" w:rsidR="00761EA1" w:rsidRPr="00272526" w:rsidRDefault="00761EA1" w:rsidP="005418A8">
            <w:pPr>
              <w:spacing w:after="0" w:line="240" w:lineRule="auto"/>
              <w:rPr>
                <w:rFonts w:asciiTheme="majorBidi" w:hAnsiTheme="majorBidi" w:cstheme="majorBidi"/>
              </w:rPr>
            </w:pPr>
          </w:p>
        </w:tc>
        <w:tc>
          <w:tcPr>
            <w:tcW w:w="709" w:type="dxa"/>
          </w:tcPr>
          <w:p w14:paraId="401CF940" w14:textId="77777777" w:rsidR="00761EA1" w:rsidRPr="00272526" w:rsidRDefault="00761EA1" w:rsidP="005418A8">
            <w:pPr>
              <w:spacing w:after="0" w:line="240" w:lineRule="auto"/>
              <w:jc w:val="center"/>
              <w:rPr>
                <w:rFonts w:asciiTheme="majorBidi" w:hAnsiTheme="majorBidi" w:cstheme="majorBidi"/>
              </w:rPr>
            </w:pPr>
            <w:r w:rsidRPr="00272526">
              <w:rPr>
                <w:rFonts w:asciiTheme="majorBidi" w:hAnsiTheme="majorBidi" w:cstheme="majorBidi"/>
              </w:rPr>
              <w:sym w:font="Wingdings" w:char="F0FC"/>
            </w:r>
          </w:p>
        </w:tc>
        <w:tc>
          <w:tcPr>
            <w:tcW w:w="851" w:type="dxa"/>
          </w:tcPr>
          <w:p w14:paraId="3292E0B2" w14:textId="77777777" w:rsidR="00761EA1" w:rsidRPr="00272526" w:rsidRDefault="00761EA1" w:rsidP="005418A8">
            <w:pPr>
              <w:spacing w:after="0" w:line="240" w:lineRule="auto"/>
              <w:rPr>
                <w:rFonts w:asciiTheme="majorBidi" w:hAnsiTheme="majorBidi" w:cstheme="majorBidi"/>
              </w:rPr>
            </w:pPr>
          </w:p>
        </w:tc>
      </w:tr>
      <w:tr w:rsidR="00761EA1" w:rsidRPr="00272526" w14:paraId="1B721F52" w14:textId="77777777" w:rsidTr="00230F02">
        <w:trPr>
          <w:trHeight w:val="54"/>
          <w:jc w:val="center"/>
        </w:trPr>
        <w:tc>
          <w:tcPr>
            <w:tcW w:w="567" w:type="dxa"/>
            <w:vAlign w:val="center"/>
            <w:hideMark/>
          </w:tcPr>
          <w:p w14:paraId="196567CF" w14:textId="77777777" w:rsidR="00761EA1" w:rsidRPr="00272526" w:rsidRDefault="00761EA1" w:rsidP="005418A8">
            <w:pPr>
              <w:spacing w:after="0" w:line="240" w:lineRule="auto"/>
              <w:rPr>
                <w:rFonts w:asciiTheme="majorBidi" w:hAnsiTheme="majorBidi" w:cstheme="majorBidi"/>
              </w:rPr>
            </w:pPr>
            <w:r w:rsidRPr="00272526">
              <w:rPr>
                <w:rFonts w:asciiTheme="majorBidi" w:hAnsiTheme="majorBidi" w:cstheme="majorBidi"/>
              </w:rPr>
              <w:t>3.</w:t>
            </w:r>
          </w:p>
        </w:tc>
        <w:tc>
          <w:tcPr>
            <w:tcW w:w="1787" w:type="dxa"/>
            <w:vAlign w:val="center"/>
            <w:hideMark/>
          </w:tcPr>
          <w:p w14:paraId="624C2373" w14:textId="77777777" w:rsidR="00761EA1" w:rsidRPr="00272526" w:rsidRDefault="00761EA1" w:rsidP="005418A8">
            <w:pPr>
              <w:spacing w:after="0" w:line="240" w:lineRule="auto"/>
              <w:rPr>
                <w:rFonts w:ascii="Times New Roman" w:eastAsia="Times New Roman" w:hAnsi="Times New Roman" w:cs="Times New Roman"/>
              </w:rPr>
            </w:pPr>
            <w:proofErr w:type="spellStart"/>
            <w:r w:rsidRPr="00272526">
              <w:rPr>
                <w:rFonts w:ascii="Times New Roman" w:eastAsia="Times New Roman" w:hAnsi="Times New Roman" w:cs="Times New Roman"/>
              </w:rPr>
              <w:t>Keringat</w:t>
            </w:r>
            <w:proofErr w:type="spellEnd"/>
            <w:r w:rsidRPr="00272526">
              <w:rPr>
                <w:rFonts w:ascii="Times New Roman" w:eastAsia="Times New Roman" w:hAnsi="Times New Roman" w:cs="Times New Roman"/>
              </w:rPr>
              <w:t xml:space="preserve"> </w:t>
            </w:r>
            <w:proofErr w:type="spellStart"/>
            <w:r w:rsidRPr="00272526">
              <w:rPr>
                <w:rFonts w:ascii="Times New Roman" w:eastAsia="Times New Roman" w:hAnsi="Times New Roman" w:cs="Times New Roman"/>
              </w:rPr>
              <w:t>berlebih</w:t>
            </w:r>
            <w:proofErr w:type="spellEnd"/>
          </w:p>
        </w:tc>
        <w:tc>
          <w:tcPr>
            <w:tcW w:w="1134" w:type="dxa"/>
            <w:vAlign w:val="center"/>
          </w:tcPr>
          <w:p w14:paraId="1DF8D5E9" w14:textId="77777777" w:rsidR="00761EA1" w:rsidRPr="00272526" w:rsidRDefault="00761EA1" w:rsidP="005418A8">
            <w:pPr>
              <w:spacing w:after="0" w:line="240" w:lineRule="auto"/>
              <w:jc w:val="center"/>
              <w:rPr>
                <w:rFonts w:asciiTheme="majorBidi" w:hAnsiTheme="majorBidi" w:cstheme="majorBidi"/>
              </w:rPr>
            </w:pPr>
            <w:r w:rsidRPr="00272526">
              <w:rPr>
                <w:rFonts w:asciiTheme="majorBidi" w:hAnsiTheme="majorBidi" w:cstheme="majorBidi"/>
              </w:rPr>
              <w:sym w:font="Wingdings" w:char="F0FC"/>
            </w:r>
          </w:p>
        </w:tc>
        <w:tc>
          <w:tcPr>
            <w:tcW w:w="850" w:type="dxa"/>
            <w:vAlign w:val="center"/>
          </w:tcPr>
          <w:p w14:paraId="6E330B08" w14:textId="77777777" w:rsidR="00761EA1" w:rsidRPr="00272526" w:rsidRDefault="00761EA1" w:rsidP="005418A8">
            <w:pPr>
              <w:spacing w:after="0" w:line="240" w:lineRule="auto"/>
              <w:rPr>
                <w:rFonts w:asciiTheme="majorBidi" w:hAnsiTheme="majorBidi" w:cstheme="majorBidi"/>
              </w:rPr>
            </w:pPr>
          </w:p>
        </w:tc>
        <w:tc>
          <w:tcPr>
            <w:tcW w:w="709" w:type="dxa"/>
          </w:tcPr>
          <w:p w14:paraId="373B255F" w14:textId="77777777" w:rsidR="00761EA1" w:rsidRPr="00272526" w:rsidRDefault="00761EA1" w:rsidP="005418A8">
            <w:pPr>
              <w:spacing w:after="0" w:line="240" w:lineRule="auto"/>
              <w:jc w:val="center"/>
              <w:rPr>
                <w:rFonts w:asciiTheme="majorBidi" w:hAnsiTheme="majorBidi" w:cstheme="majorBidi"/>
              </w:rPr>
            </w:pPr>
            <w:r w:rsidRPr="00272526">
              <w:rPr>
                <w:rFonts w:asciiTheme="majorBidi" w:hAnsiTheme="majorBidi" w:cstheme="majorBidi"/>
              </w:rPr>
              <w:sym w:font="Wingdings" w:char="F0FC"/>
            </w:r>
          </w:p>
        </w:tc>
        <w:tc>
          <w:tcPr>
            <w:tcW w:w="851" w:type="dxa"/>
          </w:tcPr>
          <w:p w14:paraId="731583E7" w14:textId="77777777" w:rsidR="00761EA1" w:rsidRPr="00272526" w:rsidRDefault="00761EA1" w:rsidP="005418A8">
            <w:pPr>
              <w:spacing w:after="0" w:line="240" w:lineRule="auto"/>
              <w:rPr>
                <w:rFonts w:asciiTheme="majorBidi" w:hAnsiTheme="majorBidi" w:cstheme="majorBidi"/>
              </w:rPr>
            </w:pPr>
          </w:p>
        </w:tc>
      </w:tr>
      <w:tr w:rsidR="00761EA1" w:rsidRPr="00272526" w14:paraId="0C618954" w14:textId="77777777" w:rsidTr="00230F02">
        <w:trPr>
          <w:trHeight w:val="54"/>
          <w:jc w:val="center"/>
        </w:trPr>
        <w:tc>
          <w:tcPr>
            <w:tcW w:w="567" w:type="dxa"/>
            <w:vAlign w:val="center"/>
          </w:tcPr>
          <w:p w14:paraId="04283D92" w14:textId="77777777" w:rsidR="00761EA1" w:rsidRPr="00272526" w:rsidRDefault="00761EA1" w:rsidP="005418A8">
            <w:pPr>
              <w:spacing w:after="0" w:line="240" w:lineRule="auto"/>
              <w:rPr>
                <w:rFonts w:asciiTheme="majorBidi" w:hAnsiTheme="majorBidi" w:cstheme="majorBidi"/>
              </w:rPr>
            </w:pPr>
            <w:r w:rsidRPr="00272526">
              <w:rPr>
                <w:rFonts w:asciiTheme="majorBidi" w:hAnsiTheme="majorBidi" w:cstheme="majorBidi"/>
              </w:rPr>
              <w:t>4.</w:t>
            </w:r>
          </w:p>
        </w:tc>
        <w:tc>
          <w:tcPr>
            <w:tcW w:w="1787" w:type="dxa"/>
            <w:vAlign w:val="center"/>
          </w:tcPr>
          <w:p w14:paraId="16CEC709" w14:textId="77777777" w:rsidR="00761EA1" w:rsidRPr="00272526" w:rsidRDefault="00761EA1" w:rsidP="005418A8">
            <w:pPr>
              <w:spacing w:after="0" w:line="240" w:lineRule="auto"/>
              <w:rPr>
                <w:rFonts w:ascii="Times New Roman" w:eastAsia="Times New Roman" w:hAnsi="Times New Roman" w:cs="Times New Roman"/>
              </w:rPr>
            </w:pPr>
            <w:proofErr w:type="spellStart"/>
            <w:r w:rsidRPr="00272526">
              <w:rPr>
                <w:rFonts w:ascii="Times New Roman" w:eastAsia="Times New Roman" w:hAnsi="Times New Roman" w:cs="Times New Roman"/>
              </w:rPr>
              <w:t>Kelelahan</w:t>
            </w:r>
            <w:proofErr w:type="spellEnd"/>
            <w:r w:rsidRPr="00272526">
              <w:rPr>
                <w:rFonts w:ascii="Times New Roman" w:eastAsia="Times New Roman" w:hAnsi="Times New Roman" w:cs="Times New Roman"/>
              </w:rPr>
              <w:t xml:space="preserve"> </w:t>
            </w:r>
          </w:p>
        </w:tc>
        <w:tc>
          <w:tcPr>
            <w:tcW w:w="1134" w:type="dxa"/>
            <w:vAlign w:val="center"/>
          </w:tcPr>
          <w:p w14:paraId="15B65234" w14:textId="77777777" w:rsidR="00761EA1" w:rsidRPr="00272526" w:rsidRDefault="00761EA1" w:rsidP="005418A8">
            <w:pPr>
              <w:spacing w:after="0" w:line="240" w:lineRule="auto"/>
              <w:jc w:val="center"/>
              <w:rPr>
                <w:rFonts w:asciiTheme="majorBidi" w:hAnsiTheme="majorBidi" w:cstheme="majorBidi"/>
              </w:rPr>
            </w:pPr>
            <w:r w:rsidRPr="00272526">
              <w:rPr>
                <w:rFonts w:asciiTheme="majorBidi" w:hAnsiTheme="majorBidi" w:cstheme="majorBidi"/>
              </w:rPr>
              <w:sym w:font="Wingdings" w:char="F0FC"/>
            </w:r>
          </w:p>
        </w:tc>
        <w:tc>
          <w:tcPr>
            <w:tcW w:w="850" w:type="dxa"/>
            <w:vAlign w:val="center"/>
          </w:tcPr>
          <w:p w14:paraId="0E7C55A2" w14:textId="77777777" w:rsidR="00761EA1" w:rsidRPr="00272526" w:rsidRDefault="00761EA1" w:rsidP="005418A8">
            <w:pPr>
              <w:spacing w:after="0" w:line="240" w:lineRule="auto"/>
              <w:rPr>
                <w:rFonts w:asciiTheme="majorBidi" w:hAnsiTheme="majorBidi" w:cstheme="majorBidi"/>
              </w:rPr>
            </w:pPr>
          </w:p>
        </w:tc>
        <w:tc>
          <w:tcPr>
            <w:tcW w:w="709" w:type="dxa"/>
          </w:tcPr>
          <w:p w14:paraId="52EDD8EE" w14:textId="77777777" w:rsidR="00761EA1" w:rsidRPr="00272526" w:rsidRDefault="00761EA1" w:rsidP="005418A8">
            <w:pPr>
              <w:spacing w:after="0" w:line="240" w:lineRule="auto"/>
              <w:jc w:val="center"/>
              <w:rPr>
                <w:rFonts w:asciiTheme="majorBidi" w:hAnsiTheme="majorBidi" w:cstheme="majorBidi"/>
              </w:rPr>
            </w:pPr>
            <w:r w:rsidRPr="00272526">
              <w:rPr>
                <w:rFonts w:asciiTheme="majorBidi" w:hAnsiTheme="majorBidi" w:cstheme="majorBidi"/>
              </w:rPr>
              <w:sym w:font="Wingdings" w:char="F0FC"/>
            </w:r>
          </w:p>
        </w:tc>
        <w:tc>
          <w:tcPr>
            <w:tcW w:w="851" w:type="dxa"/>
          </w:tcPr>
          <w:p w14:paraId="09A7FB54" w14:textId="77777777" w:rsidR="00761EA1" w:rsidRPr="00272526" w:rsidRDefault="00761EA1" w:rsidP="005418A8">
            <w:pPr>
              <w:spacing w:after="0" w:line="240" w:lineRule="auto"/>
              <w:rPr>
                <w:rFonts w:asciiTheme="majorBidi" w:hAnsiTheme="majorBidi" w:cstheme="majorBidi"/>
              </w:rPr>
            </w:pPr>
          </w:p>
        </w:tc>
      </w:tr>
      <w:tr w:rsidR="00761EA1" w:rsidRPr="00272526" w14:paraId="0A9EBD7B" w14:textId="77777777" w:rsidTr="00230F02">
        <w:trPr>
          <w:trHeight w:val="54"/>
          <w:jc w:val="center"/>
        </w:trPr>
        <w:tc>
          <w:tcPr>
            <w:tcW w:w="567" w:type="dxa"/>
            <w:tcBorders>
              <w:bottom w:val="single" w:sz="4" w:space="0" w:color="auto"/>
            </w:tcBorders>
            <w:vAlign w:val="center"/>
          </w:tcPr>
          <w:p w14:paraId="14DE1DC1" w14:textId="77777777" w:rsidR="00761EA1" w:rsidRPr="00272526" w:rsidRDefault="00761EA1" w:rsidP="005418A8">
            <w:pPr>
              <w:spacing w:after="0" w:line="240" w:lineRule="auto"/>
              <w:rPr>
                <w:rFonts w:asciiTheme="majorBidi" w:hAnsiTheme="majorBidi" w:cstheme="majorBidi"/>
              </w:rPr>
            </w:pPr>
            <w:r w:rsidRPr="00272526">
              <w:rPr>
                <w:rFonts w:asciiTheme="majorBidi" w:hAnsiTheme="majorBidi" w:cstheme="majorBidi"/>
              </w:rPr>
              <w:t>5.</w:t>
            </w:r>
          </w:p>
        </w:tc>
        <w:tc>
          <w:tcPr>
            <w:tcW w:w="1787" w:type="dxa"/>
            <w:tcBorders>
              <w:bottom w:val="single" w:sz="4" w:space="0" w:color="auto"/>
            </w:tcBorders>
            <w:vAlign w:val="center"/>
          </w:tcPr>
          <w:p w14:paraId="28283E78" w14:textId="77777777" w:rsidR="00761EA1" w:rsidRPr="00272526" w:rsidRDefault="00761EA1" w:rsidP="005418A8">
            <w:pPr>
              <w:spacing w:after="0" w:line="240" w:lineRule="auto"/>
              <w:rPr>
                <w:rFonts w:asciiTheme="majorBidi" w:hAnsiTheme="majorBidi" w:cstheme="majorBidi"/>
                <w:lang w:val="sv-SE"/>
              </w:rPr>
            </w:pPr>
            <w:proofErr w:type="spellStart"/>
            <w:r w:rsidRPr="00272526">
              <w:rPr>
                <w:rFonts w:ascii="Times New Roman" w:eastAsia="Times New Roman" w:hAnsi="Times New Roman" w:cs="Times New Roman"/>
                <w:lang w:val="sv-SE"/>
              </w:rPr>
              <w:t>Kadar</w:t>
            </w:r>
            <w:proofErr w:type="spellEnd"/>
            <w:r w:rsidRPr="00272526">
              <w:rPr>
                <w:rFonts w:ascii="Times New Roman" w:eastAsia="Times New Roman" w:hAnsi="Times New Roman" w:cs="Times New Roman"/>
                <w:lang w:val="sv-SE"/>
              </w:rPr>
              <w:t xml:space="preserve"> Hb </w:t>
            </w:r>
            <w:proofErr w:type="spellStart"/>
            <w:r w:rsidRPr="00272526">
              <w:rPr>
                <w:rFonts w:ascii="Times New Roman" w:eastAsia="Times New Roman" w:hAnsi="Times New Roman" w:cs="Times New Roman"/>
                <w:lang w:val="sv-SE"/>
              </w:rPr>
              <w:t>berada</w:t>
            </w:r>
            <w:proofErr w:type="spellEnd"/>
            <w:r w:rsidRPr="00272526">
              <w:rPr>
                <w:rFonts w:ascii="Times New Roman" w:eastAsia="Times New Roman" w:hAnsi="Times New Roman" w:cs="Times New Roman"/>
                <w:lang w:val="sv-SE"/>
              </w:rPr>
              <w:t xml:space="preserve"> </w:t>
            </w:r>
            <w:proofErr w:type="spellStart"/>
            <w:r w:rsidRPr="00272526">
              <w:rPr>
                <w:rFonts w:ascii="Times New Roman" w:eastAsia="Times New Roman" w:hAnsi="Times New Roman" w:cs="Times New Roman"/>
                <w:lang w:val="sv-SE"/>
              </w:rPr>
              <w:t>diantara</w:t>
            </w:r>
            <w:proofErr w:type="spellEnd"/>
            <w:r w:rsidRPr="00272526">
              <w:rPr>
                <w:rFonts w:ascii="Times New Roman" w:eastAsia="Times New Roman" w:hAnsi="Times New Roman" w:cs="Times New Roman"/>
                <w:lang w:val="sv-SE"/>
              </w:rPr>
              <w:t xml:space="preserve"> </w:t>
            </w:r>
            <w:proofErr w:type="gramStart"/>
            <w:r w:rsidRPr="00272526">
              <w:rPr>
                <w:rFonts w:ascii="Times New Roman" w:eastAsia="Times New Roman" w:hAnsi="Times New Roman" w:cs="Times New Roman"/>
                <w:lang w:val="sv-SE"/>
              </w:rPr>
              <w:t>6-10</w:t>
            </w:r>
            <w:proofErr w:type="gramEnd"/>
            <w:r w:rsidRPr="00272526">
              <w:rPr>
                <w:rFonts w:ascii="Times New Roman" w:eastAsia="Times New Roman" w:hAnsi="Times New Roman" w:cs="Times New Roman"/>
                <w:lang w:val="sv-SE"/>
              </w:rPr>
              <w:t xml:space="preserve"> g/dl</w:t>
            </w:r>
          </w:p>
        </w:tc>
        <w:tc>
          <w:tcPr>
            <w:tcW w:w="1134" w:type="dxa"/>
            <w:tcBorders>
              <w:bottom w:val="single" w:sz="4" w:space="0" w:color="auto"/>
            </w:tcBorders>
            <w:vAlign w:val="center"/>
          </w:tcPr>
          <w:p w14:paraId="2AF154C4" w14:textId="77777777" w:rsidR="00761EA1" w:rsidRPr="00272526" w:rsidRDefault="00761EA1" w:rsidP="005418A8">
            <w:pPr>
              <w:spacing w:after="0" w:line="240" w:lineRule="auto"/>
              <w:jc w:val="center"/>
              <w:rPr>
                <w:rFonts w:asciiTheme="majorBidi" w:hAnsiTheme="majorBidi" w:cstheme="majorBidi"/>
              </w:rPr>
            </w:pPr>
            <w:r w:rsidRPr="00272526">
              <w:rPr>
                <w:rFonts w:asciiTheme="majorBidi" w:hAnsiTheme="majorBidi" w:cstheme="majorBidi"/>
              </w:rPr>
              <w:sym w:font="Wingdings" w:char="F0FC"/>
            </w:r>
          </w:p>
        </w:tc>
        <w:tc>
          <w:tcPr>
            <w:tcW w:w="850" w:type="dxa"/>
            <w:tcBorders>
              <w:bottom w:val="single" w:sz="4" w:space="0" w:color="auto"/>
            </w:tcBorders>
            <w:vAlign w:val="center"/>
          </w:tcPr>
          <w:p w14:paraId="074DAE83" w14:textId="77777777" w:rsidR="00761EA1" w:rsidRPr="00272526" w:rsidRDefault="00761EA1" w:rsidP="005418A8">
            <w:pPr>
              <w:spacing w:after="0" w:line="240" w:lineRule="auto"/>
              <w:rPr>
                <w:rFonts w:asciiTheme="majorBidi" w:hAnsiTheme="majorBidi" w:cstheme="majorBidi"/>
              </w:rPr>
            </w:pPr>
          </w:p>
        </w:tc>
        <w:tc>
          <w:tcPr>
            <w:tcW w:w="709" w:type="dxa"/>
            <w:tcBorders>
              <w:bottom w:val="single" w:sz="4" w:space="0" w:color="auto"/>
            </w:tcBorders>
          </w:tcPr>
          <w:p w14:paraId="4A2C79C2" w14:textId="77777777" w:rsidR="00761EA1" w:rsidRPr="00272526" w:rsidRDefault="00761EA1" w:rsidP="005418A8">
            <w:pPr>
              <w:spacing w:after="0" w:line="240" w:lineRule="auto"/>
              <w:jc w:val="center"/>
              <w:rPr>
                <w:rFonts w:asciiTheme="majorBidi" w:hAnsiTheme="majorBidi" w:cstheme="majorBidi"/>
              </w:rPr>
            </w:pPr>
            <w:r w:rsidRPr="00272526">
              <w:rPr>
                <w:rFonts w:asciiTheme="majorBidi" w:hAnsiTheme="majorBidi" w:cstheme="majorBidi"/>
              </w:rPr>
              <w:sym w:font="Wingdings" w:char="F0FC"/>
            </w:r>
          </w:p>
        </w:tc>
        <w:tc>
          <w:tcPr>
            <w:tcW w:w="851" w:type="dxa"/>
            <w:tcBorders>
              <w:bottom w:val="single" w:sz="4" w:space="0" w:color="auto"/>
            </w:tcBorders>
          </w:tcPr>
          <w:p w14:paraId="2747DAB9" w14:textId="77777777" w:rsidR="00761EA1" w:rsidRPr="00272526" w:rsidRDefault="00761EA1" w:rsidP="005418A8">
            <w:pPr>
              <w:spacing w:after="0" w:line="240" w:lineRule="auto"/>
              <w:rPr>
                <w:rFonts w:asciiTheme="majorBidi" w:hAnsiTheme="majorBidi" w:cstheme="majorBidi"/>
              </w:rPr>
            </w:pPr>
          </w:p>
        </w:tc>
      </w:tr>
    </w:tbl>
    <w:p w14:paraId="06D7DC19" w14:textId="77777777" w:rsidR="00761EA1" w:rsidRDefault="00761EA1" w:rsidP="00761EA1">
      <w:pPr>
        <w:rPr>
          <w:rFonts w:ascii="Times New Roman" w:hAnsi="Times New Roman" w:cs="Times New Roman"/>
          <w:sz w:val="24"/>
          <w:szCs w:val="24"/>
        </w:rPr>
      </w:pPr>
    </w:p>
    <w:p w14:paraId="22235857" w14:textId="77777777" w:rsidR="00761EA1" w:rsidRPr="00761EA1" w:rsidRDefault="00761EA1" w:rsidP="00761EA1">
      <w:pPr>
        <w:jc w:val="both"/>
        <w:rPr>
          <w:rFonts w:ascii="Times New Roman" w:hAnsi="Times New Roman" w:cs="Times New Roman"/>
          <w:sz w:val="24"/>
          <w:szCs w:val="24"/>
        </w:rPr>
      </w:pPr>
      <w:commentRangeStart w:id="5"/>
      <w:r w:rsidRPr="00761EA1">
        <w:rPr>
          <w:rFonts w:ascii="Times New Roman" w:hAnsi="Times New Roman" w:cs="Times New Roman"/>
          <w:sz w:val="24"/>
          <w:szCs w:val="24"/>
        </w:rPr>
        <w:t xml:space="preserve">Hasil </w:t>
      </w:r>
      <w:proofErr w:type="spellStart"/>
      <w:r w:rsidRPr="00761EA1">
        <w:rPr>
          <w:rFonts w:ascii="Times New Roman" w:hAnsi="Times New Roman" w:cs="Times New Roman"/>
          <w:sz w:val="24"/>
          <w:szCs w:val="24"/>
        </w:rPr>
        <w:t>pengkajian</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menunjukkan</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bahwa</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kedua</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responden</w:t>
      </w:r>
      <w:proofErr w:type="spellEnd"/>
      <w:r w:rsidRPr="00761EA1">
        <w:rPr>
          <w:rFonts w:ascii="Times New Roman" w:hAnsi="Times New Roman" w:cs="Times New Roman"/>
          <w:sz w:val="24"/>
          <w:szCs w:val="24"/>
        </w:rPr>
        <w:t xml:space="preserve"> (</w:t>
      </w:r>
      <w:proofErr w:type="spellStart"/>
      <w:proofErr w:type="gramStart"/>
      <w:r w:rsidRPr="00761EA1">
        <w:rPr>
          <w:rFonts w:ascii="Times New Roman" w:hAnsi="Times New Roman" w:cs="Times New Roman"/>
          <w:sz w:val="24"/>
          <w:szCs w:val="24"/>
        </w:rPr>
        <w:t>Nn.A</w:t>
      </w:r>
      <w:proofErr w:type="spellEnd"/>
      <w:proofErr w:type="gramEnd"/>
      <w:r w:rsidRPr="00761EA1">
        <w:rPr>
          <w:rFonts w:ascii="Times New Roman" w:hAnsi="Times New Roman" w:cs="Times New Roman"/>
          <w:sz w:val="24"/>
          <w:szCs w:val="24"/>
        </w:rPr>
        <w:t xml:space="preserve"> dan </w:t>
      </w:r>
      <w:proofErr w:type="spellStart"/>
      <w:r w:rsidRPr="00761EA1">
        <w:rPr>
          <w:rFonts w:ascii="Times New Roman" w:hAnsi="Times New Roman" w:cs="Times New Roman"/>
          <w:sz w:val="24"/>
          <w:szCs w:val="24"/>
        </w:rPr>
        <w:t>Nn.F</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mengalami</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gejala</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klasik</w:t>
      </w:r>
      <w:proofErr w:type="spellEnd"/>
      <w:r w:rsidRPr="00761EA1">
        <w:rPr>
          <w:rFonts w:ascii="Times New Roman" w:hAnsi="Times New Roman" w:cs="Times New Roman"/>
          <w:sz w:val="24"/>
          <w:szCs w:val="24"/>
        </w:rPr>
        <w:t xml:space="preserve"> anemia </w:t>
      </w:r>
      <w:proofErr w:type="spellStart"/>
      <w:r w:rsidRPr="00761EA1">
        <w:rPr>
          <w:rFonts w:ascii="Times New Roman" w:hAnsi="Times New Roman" w:cs="Times New Roman"/>
          <w:sz w:val="24"/>
          <w:szCs w:val="24"/>
        </w:rPr>
        <w:t>seperti</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sesak</w:t>
      </w:r>
      <w:proofErr w:type="spellEnd"/>
      <w:r w:rsidRPr="00761EA1">
        <w:rPr>
          <w:rFonts w:ascii="Times New Roman" w:hAnsi="Times New Roman" w:cs="Times New Roman"/>
          <w:sz w:val="24"/>
          <w:szCs w:val="24"/>
        </w:rPr>
        <w:t xml:space="preserve"> napas, </w:t>
      </w:r>
      <w:proofErr w:type="spellStart"/>
      <w:r w:rsidRPr="00761EA1">
        <w:rPr>
          <w:rFonts w:ascii="Times New Roman" w:hAnsi="Times New Roman" w:cs="Times New Roman"/>
          <w:sz w:val="24"/>
          <w:szCs w:val="24"/>
        </w:rPr>
        <w:t>palpitasi</w:t>
      </w:r>
      <w:proofErr w:type="spellEnd"/>
      <w:r w:rsidRPr="00761EA1">
        <w:rPr>
          <w:rFonts w:ascii="Times New Roman" w:hAnsi="Times New Roman" w:cs="Times New Roman"/>
          <w:sz w:val="24"/>
          <w:szCs w:val="24"/>
        </w:rPr>
        <w:t xml:space="preserve">, dan </w:t>
      </w:r>
      <w:proofErr w:type="spellStart"/>
      <w:r w:rsidRPr="00761EA1">
        <w:rPr>
          <w:rFonts w:ascii="Times New Roman" w:hAnsi="Times New Roman" w:cs="Times New Roman"/>
          <w:sz w:val="24"/>
          <w:szCs w:val="24"/>
        </w:rPr>
        <w:t>kelelahan</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Gejala</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tersebut</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sesuai</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dengan</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kondisi</w:t>
      </w:r>
      <w:proofErr w:type="spellEnd"/>
      <w:r w:rsidRPr="00761EA1">
        <w:rPr>
          <w:rFonts w:ascii="Times New Roman" w:hAnsi="Times New Roman" w:cs="Times New Roman"/>
          <w:sz w:val="24"/>
          <w:szCs w:val="24"/>
        </w:rPr>
        <w:t xml:space="preserve"> anemia </w:t>
      </w:r>
      <w:proofErr w:type="spellStart"/>
      <w:r w:rsidRPr="00761EA1">
        <w:rPr>
          <w:rFonts w:ascii="Times New Roman" w:hAnsi="Times New Roman" w:cs="Times New Roman"/>
          <w:sz w:val="24"/>
          <w:szCs w:val="24"/>
        </w:rPr>
        <w:t>defisiensi</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besi</w:t>
      </w:r>
      <w:proofErr w:type="spellEnd"/>
      <w:r w:rsidRPr="00761EA1">
        <w:rPr>
          <w:rFonts w:ascii="Times New Roman" w:hAnsi="Times New Roman" w:cs="Times New Roman"/>
          <w:sz w:val="24"/>
          <w:szCs w:val="24"/>
        </w:rPr>
        <w:t xml:space="preserve"> yang </w:t>
      </w:r>
      <w:proofErr w:type="spellStart"/>
      <w:r w:rsidRPr="00761EA1">
        <w:rPr>
          <w:rFonts w:ascii="Times New Roman" w:hAnsi="Times New Roman" w:cs="Times New Roman"/>
          <w:sz w:val="24"/>
          <w:szCs w:val="24"/>
        </w:rPr>
        <w:t>sering</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dialami</w:t>
      </w:r>
      <w:proofErr w:type="spellEnd"/>
      <w:r w:rsidRPr="00761EA1">
        <w:rPr>
          <w:rFonts w:ascii="Times New Roman" w:hAnsi="Times New Roman" w:cs="Times New Roman"/>
          <w:sz w:val="24"/>
          <w:szCs w:val="24"/>
        </w:rPr>
        <w:t xml:space="preserve"> oleh </w:t>
      </w:r>
      <w:proofErr w:type="spellStart"/>
      <w:r w:rsidRPr="00761EA1">
        <w:rPr>
          <w:rFonts w:ascii="Times New Roman" w:hAnsi="Times New Roman" w:cs="Times New Roman"/>
          <w:sz w:val="24"/>
          <w:szCs w:val="24"/>
        </w:rPr>
        <w:t>remaja</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putri</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terutama</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saat</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kadar</w:t>
      </w:r>
      <w:proofErr w:type="spellEnd"/>
      <w:r w:rsidRPr="00761EA1">
        <w:rPr>
          <w:rFonts w:ascii="Times New Roman" w:hAnsi="Times New Roman" w:cs="Times New Roman"/>
          <w:sz w:val="24"/>
          <w:szCs w:val="24"/>
        </w:rPr>
        <w:t xml:space="preserve"> Hb </w:t>
      </w:r>
      <w:proofErr w:type="spellStart"/>
      <w:r w:rsidRPr="00761EA1">
        <w:rPr>
          <w:rFonts w:ascii="Times New Roman" w:hAnsi="Times New Roman" w:cs="Times New Roman"/>
          <w:sz w:val="24"/>
          <w:szCs w:val="24"/>
        </w:rPr>
        <w:t>turun</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hingga</w:t>
      </w:r>
      <w:proofErr w:type="spellEnd"/>
      <w:r w:rsidRPr="00761EA1">
        <w:rPr>
          <w:rFonts w:ascii="Times New Roman" w:hAnsi="Times New Roman" w:cs="Times New Roman"/>
          <w:sz w:val="24"/>
          <w:szCs w:val="24"/>
        </w:rPr>
        <w:t xml:space="preserve"> &lt;12 g/dl. </w:t>
      </w:r>
      <w:proofErr w:type="spellStart"/>
      <w:r w:rsidRPr="00761EA1">
        <w:rPr>
          <w:rFonts w:ascii="Times New Roman" w:hAnsi="Times New Roman" w:cs="Times New Roman"/>
          <w:sz w:val="24"/>
          <w:szCs w:val="24"/>
        </w:rPr>
        <w:t>Kondisi</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ini</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memperkuat</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diagnosa</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keperawatan</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Intoleransi</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Aktivitas</w:t>
      </w:r>
      <w:proofErr w:type="spellEnd"/>
      <w:r w:rsidRPr="00761EA1">
        <w:rPr>
          <w:rFonts w:ascii="Times New Roman" w:hAnsi="Times New Roman" w:cs="Times New Roman"/>
          <w:sz w:val="24"/>
          <w:szCs w:val="24"/>
        </w:rPr>
        <w:t xml:space="preserve">” yang </w:t>
      </w:r>
      <w:proofErr w:type="spellStart"/>
      <w:r w:rsidRPr="00761EA1">
        <w:rPr>
          <w:rFonts w:ascii="Times New Roman" w:hAnsi="Times New Roman" w:cs="Times New Roman"/>
          <w:sz w:val="24"/>
          <w:szCs w:val="24"/>
        </w:rPr>
        <w:t>memerlukan</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intervensi</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peningkatan</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kadar</w:t>
      </w:r>
      <w:proofErr w:type="spellEnd"/>
      <w:r w:rsidRPr="00761EA1">
        <w:rPr>
          <w:rFonts w:ascii="Times New Roman" w:hAnsi="Times New Roman" w:cs="Times New Roman"/>
          <w:sz w:val="24"/>
          <w:szCs w:val="24"/>
        </w:rPr>
        <w:t xml:space="preserve"> hemoglobin.</w:t>
      </w:r>
      <w:commentRangeEnd w:id="5"/>
      <w:r w:rsidR="00236E54">
        <w:rPr>
          <w:rStyle w:val="CommentReference"/>
        </w:rPr>
        <w:commentReference w:id="5"/>
      </w:r>
    </w:p>
    <w:p w14:paraId="4100D05B" w14:textId="77777777" w:rsidR="00761EA1" w:rsidRDefault="00761EA1" w:rsidP="00761EA1">
      <w:pPr>
        <w:pStyle w:val="ListParagraph"/>
        <w:numPr>
          <w:ilvl w:val="0"/>
          <w:numId w:val="10"/>
        </w:numPr>
        <w:rPr>
          <w:rFonts w:ascii="Times New Roman" w:hAnsi="Times New Roman" w:cs="Times New Roman"/>
          <w:sz w:val="24"/>
          <w:szCs w:val="24"/>
        </w:rPr>
      </w:pPr>
      <w:proofErr w:type="spellStart"/>
      <w:r w:rsidRPr="00761EA1">
        <w:rPr>
          <w:rFonts w:ascii="Times New Roman" w:hAnsi="Times New Roman" w:cs="Times New Roman"/>
          <w:sz w:val="24"/>
          <w:szCs w:val="24"/>
        </w:rPr>
        <w:t>Pengkajian</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Intoleransi</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Aktivitas</w:t>
      </w:r>
      <w:proofErr w:type="spellEnd"/>
    </w:p>
    <w:p w14:paraId="5746093A" w14:textId="77777777" w:rsidR="00761EA1" w:rsidRDefault="00761EA1" w:rsidP="00761EA1">
      <w:pPr>
        <w:pStyle w:val="ListParagraph"/>
        <w:rPr>
          <w:rFonts w:ascii="Times New Roman" w:hAnsi="Times New Roman" w:cs="Times New Roman"/>
          <w:sz w:val="24"/>
          <w:szCs w:val="24"/>
        </w:rPr>
      </w:pPr>
    </w:p>
    <w:p w14:paraId="34DCCB91" w14:textId="77777777" w:rsidR="00761EA1" w:rsidRPr="00761EA1" w:rsidRDefault="00761EA1" w:rsidP="005418A8">
      <w:pPr>
        <w:pStyle w:val="ListParagraph"/>
        <w:jc w:val="center"/>
        <w:rPr>
          <w:rFonts w:ascii="Times New Roman" w:hAnsi="Times New Roman" w:cs="Times New Roman"/>
          <w:sz w:val="24"/>
          <w:szCs w:val="24"/>
        </w:rPr>
      </w:pPr>
      <w:commentRangeStart w:id="6"/>
      <w:proofErr w:type="spellStart"/>
      <w:r w:rsidRPr="00761EA1">
        <w:rPr>
          <w:rFonts w:ascii="Times New Roman" w:hAnsi="Times New Roman" w:cs="Times New Roman"/>
          <w:sz w:val="24"/>
          <w:szCs w:val="24"/>
        </w:rPr>
        <w:t>Tabel</w:t>
      </w:r>
      <w:proofErr w:type="spellEnd"/>
      <w:r w:rsidRPr="00761EA1">
        <w:rPr>
          <w:rFonts w:ascii="Times New Roman" w:hAnsi="Times New Roman" w:cs="Times New Roman"/>
          <w:sz w:val="24"/>
          <w:szCs w:val="24"/>
        </w:rPr>
        <w:t xml:space="preserve"> 2. Hasil </w:t>
      </w:r>
      <w:proofErr w:type="spellStart"/>
      <w:r w:rsidRPr="00761EA1">
        <w:rPr>
          <w:rFonts w:ascii="Times New Roman" w:hAnsi="Times New Roman" w:cs="Times New Roman"/>
          <w:sz w:val="24"/>
          <w:szCs w:val="24"/>
        </w:rPr>
        <w:t>Pengkajian</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Intoleransi</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Aktiv</w:t>
      </w:r>
      <w:r>
        <w:rPr>
          <w:rFonts w:ascii="Times New Roman" w:hAnsi="Times New Roman" w:cs="Times New Roman"/>
          <w:sz w:val="24"/>
          <w:szCs w:val="24"/>
        </w:rPr>
        <w:t>itas</w:t>
      </w:r>
      <w:commentRangeEnd w:id="6"/>
      <w:proofErr w:type="spellEnd"/>
      <w:r w:rsidR="00236E54">
        <w:rPr>
          <w:rStyle w:val="CommentReference"/>
        </w:rPr>
        <w:commentReference w:id="6"/>
      </w:r>
    </w:p>
    <w:tbl>
      <w:tblPr>
        <w:tblW w:w="5630" w:type="dxa"/>
        <w:jc w:val="center"/>
        <w:tblBorders>
          <w:top w:val="single" w:sz="4" w:space="0" w:color="auto"/>
          <w:bottom w:val="single" w:sz="4" w:space="0" w:color="auto"/>
        </w:tblBorders>
        <w:tblLook w:val="04A0" w:firstRow="1" w:lastRow="0" w:firstColumn="1" w:lastColumn="0" w:noHBand="0" w:noVBand="1"/>
      </w:tblPr>
      <w:tblGrid>
        <w:gridCol w:w="510"/>
        <w:gridCol w:w="2143"/>
        <w:gridCol w:w="708"/>
        <w:gridCol w:w="779"/>
        <w:gridCol w:w="640"/>
        <w:gridCol w:w="850"/>
      </w:tblGrid>
      <w:tr w:rsidR="00761EA1" w:rsidRPr="005418A8" w14:paraId="08AA6324" w14:textId="77777777" w:rsidTr="00230F02">
        <w:trPr>
          <w:trHeight w:val="73"/>
          <w:jc w:val="center"/>
        </w:trPr>
        <w:tc>
          <w:tcPr>
            <w:tcW w:w="510" w:type="dxa"/>
            <w:vMerge w:val="restart"/>
            <w:tcBorders>
              <w:top w:val="single" w:sz="4" w:space="0" w:color="auto"/>
              <w:bottom w:val="single" w:sz="4" w:space="0" w:color="auto"/>
            </w:tcBorders>
            <w:vAlign w:val="center"/>
          </w:tcPr>
          <w:p w14:paraId="157A36D2" w14:textId="77777777" w:rsidR="00761EA1" w:rsidRPr="005418A8" w:rsidRDefault="00761EA1" w:rsidP="005418A8">
            <w:pPr>
              <w:pStyle w:val="ListParagraph"/>
              <w:spacing w:after="0" w:line="240" w:lineRule="auto"/>
              <w:ind w:left="0"/>
              <w:jc w:val="center"/>
              <w:rPr>
                <w:rFonts w:ascii="Times New Roman" w:hAnsi="Times New Roman" w:cs="Times New Roman"/>
                <w:b/>
              </w:rPr>
            </w:pPr>
            <w:r w:rsidRPr="005418A8">
              <w:rPr>
                <w:rFonts w:ascii="Times New Roman" w:hAnsi="Times New Roman" w:cs="Times New Roman"/>
                <w:b/>
              </w:rPr>
              <w:t>No</w:t>
            </w:r>
          </w:p>
        </w:tc>
        <w:tc>
          <w:tcPr>
            <w:tcW w:w="2143" w:type="dxa"/>
            <w:vMerge w:val="restart"/>
            <w:tcBorders>
              <w:top w:val="single" w:sz="4" w:space="0" w:color="auto"/>
              <w:bottom w:val="single" w:sz="4" w:space="0" w:color="auto"/>
            </w:tcBorders>
            <w:vAlign w:val="center"/>
          </w:tcPr>
          <w:p w14:paraId="0C95D229" w14:textId="77777777" w:rsidR="00761EA1" w:rsidRPr="005418A8" w:rsidRDefault="00761EA1" w:rsidP="005418A8">
            <w:pPr>
              <w:pStyle w:val="ListParagraph"/>
              <w:spacing w:after="0" w:line="240" w:lineRule="auto"/>
              <w:ind w:left="0"/>
              <w:jc w:val="center"/>
              <w:rPr>
                <w:rFonts w:ascii="Times New Roman" w:hAnsi="Times New Roman" w:cs="Times New Roman"/>
                <w:b/>
              </w:rPr>
            </w:pPr>
            <w:proofErr w:type="spellStart"/>
            <w:r w:rsidRPr="005418A8">
              <w:rPr>
                <w:rFonts w:ascii="Times New Roman" w:hAnsi="Times New Roman" w:cs="Times New Roman"/>
                <w:b/>
              </w:rPr>
              <w:t>Karakteristik</w:t>
            </w:r>
            <w:proofErr w:type="spellEnd"/>
          </w:p>
        </w:tc>
        <w:tc>
          <w:tcPr>
            <w:tcW w:w="1487" w:type="dxa"/>
            <w:gridSpan w:val="2"/>
            <w:tcBorders>
              <w:top w:val="single" w:sz="4" w:space="0" w:color="auto"/>
              <w:bottom w:val="single" w:sz="4" w:space="0" w:color="auto"/>
            </w:tcBorders>
            <w:vAlign w:val="center"/>
          </w:tcPr>
          <w:p w14:paraId="6AAC2763" w14:textId="77777777" w:rsidR="00761EA1" w:rsidRPr="005418A8" w:rsidRDefault="00761EA1" w:rsidP="005418A8">
            <w:pPr>
              <w:pStyle w:val="ListParagraph"/>
              <w:spacing w:after="0" w:line="240" w:lineRule="auto"/>
              <w:ind w:left="0"/>
              <w:jc w:val="center"/>
              <w:rPr>
                <w:rFonts w:ascii="Times New Roman" w:hAnsi="Times New Roman" w:cs="Times New Roman"/>
                <w:b/>
              </w:rPr>
            </w:pPr>
            <w:proofErr w:type="spellStart"/>
            <w:proofErr w:type="gramStart"/>
            <w:r w:rsidRPr="005418A8">
              <w:rPr>
                <w:rFonts w:ascii="Times New Roman" w:hAnsi="Times New Roman" w:cs="Times New Roman"/>
                <w:b/>
              </w:rPr>
              <w:t>Nn.A</w:t>
            </w:r>
            <w:proofErr w:type="spellEnd"/>
            <w:proofErr w:type="gramEnd"/>
          </w:p>
        </w:tc>
        <w:tc>
          <w:tcPr>
            <w:tcW w:w="1490" w:type="dxa"/>
            <w:gridSpan w:val="2"/>
            <w:tcBorders>
              <w:top w:val="single" w:sz="4" w:space="0" w:color="auto"/>
              <w:bottom w:val="single" w:sz="4" w:space="0" w:color="auto"/>
            </w:tcBorders>
            <w:vAlign w:val="center"/>
          </w:tcPr>
          <w:p w14:paraId="696FFF84" w14:textId="77777777" w:rsidR="00761EA1" w:rsidRPr="005418A8" w:rsidRDefault="00761EA1" w:rsidP="005418A8">
            <w:pPr>
              <w:pStyle w:val="ListParagraph"/>
              <w:spacing w:after="0" w:line="240" w:lineRule="auto"/>
              <w:ind w:left="0"/>
              <w:jc w:val="center"/>
              <w:rPr>
                <w:rFonts w:ascii="Times New Roman" w:hAnsi="Times New Roman" w:cs="Times New Roman"/>
                <w:b/>
              </w:rPr>
            </w:pPr>
            <w:proofErr w:type="spellStart"/>
            <w:proofErr w:type="gramStart"/>
            <w:r w:rsidRPr="005418A8">
              <w:rPr>
                <w:rFonts w:ascii="Times New Roman" w:hAnsi="Times New Roman" w:cs="Times New Roman"/>
                <w:b/>
              </w:rPr>
              <w:t>Nn.F</w:t>
            </w:r>
            <w:proofErr w:type="spellEnd"/>
            <w:proofErr w:type="gramEnd"/>
          </w:p>
        </w:tc>
      </w:tr>
      <w:tr w:rsidR="00761EA1" w:rsidRPr="005418A8" w14:paraId="436F08EA" w14:textId="77777777" w:rsidTr="00230F02">
        <w:trPr>
          <w:trHeight w:val="73"/>
          <w:jc w:val="center"/>
        </w:trPr>
        <w:tc>
          <w:tcPr>
            <w:tcW w:w="510" w:type="dxa"/>
            <w:vMerge/>
            <w:tcBorders>
              <w:top w:val="nil"/>
              <w:bottom w:val="single" w:sz="4" w:space="0" w:color="auto"/>
            </w:tcBorders>
            <w:vAlign w:val="center"/>
          </w:tcPr>
          <w:p w14:paraId="0BAA1D0B" w14:textId="77777777" w:rsidR="00761EA1" w:rsidRPr="005418A8" w:rsidRDefault="00761EA1" w:rsidP="005418A8">
            <w:pPr>
              <w:pStyle w:val="ListParagraph"/>
              <w:spacing w:after="0" w:line="240" w:lineRule="auto"/>
              <w:ind w:left="0"/>
              <w:jc w:val="center"/>
              <w:rPr>
                <w:rFonts w:ascii="Times New Roman" w:hAnsi="Times New Roman" w:cs="Times New Roman"/>
                <w:b/>
              </w:rPr>
            </w:pPr>
          </w:p>
        </w:tc>
        <w:tc>
          <w:tcPr>
            <w:tcW w:w="2143" w:type="dxa"/>
            <w:vMerge/>
            <w:tcBorders>
              <w:top w:val="nil"/>
              <w:bottom w:val="single" w:sz="4" w:space="0" w:color="auto"/>
            </w:tcBorders>
            <w:vAlign w:val="center"/>
          </w:tcPr>
          <w:p w14:paraId="1828F4FB" w14:textId="77777777" w:rsidR="00761EA1" w:rsidRPr="005418A8" w:rsidRDefault="00761EA1" w:rsidP="005418A8">
            <w:pPr>
              <w:pStyle w:val="ListParagraph"/>
              <w:spacing w:after="0" w:line="240" w:lineRule="auto"/>
              <w:ind w:left="0"/>
              <w:jc w:val="center"/>
              <w:rPr>
                <w:rFonts w:ascii="Times New Roman" w:hAnsi="Times New Roman" w:cs="Times New Roman"/>
                <w:b/>
              </w:rPr>
            </w:pPr>
          </w:p>
        </w:tc>
        <w:tc>
          <w:tcPr>
            <w:tcW w:w="708" w:type="dxa"/>
            <w:tcBorders>
              <w:top w:val="single" w:sz="4" w:space="0" w:color="auto"/>
              <w:bottom w:val="single" w:sz="4" w:space="0" w:color="auto"/>
            </w:tcBorders>
            <w:vAlign w:val="center"/>
          </w:tcPr>
          <w:p w14:paraId="764B0DAF" w14:textId="77777777" w:rsidR="00761EA1" w:rsidRPr="005418A8" w:rsidRDefault="00761EA1" w:rsidP="005418A8">
            <w:pPr>
              <w:pStyle w:val="ListParagraph"/>
              <w:spacing w:after="0" w:line="240" w:lineRule="auto"/>
              <w:ind w:left="0"/>
              <w:jc w:val="center"/>
              <w:rPr>
                <w:rFonts w:ascii="Times New Roman" w:hAnsi="Times New Roman" w:cs="Times New Roman"/>
                <w:b/>
              </w:rPr>
            </w:pPr>
            <w:proofErr w:type="spellStart"/>
            <w:r w:rsidRPr="005418A8">
              <w:rPr>
                <w:rFonts w:ascii="Times New Roman" w:hAnsi="Times New Roman" w:cs="Times New Roman"/>
                <w:b/>
              </w:rPr>
              <w:t>Ya</w:t>
            </w:r>
            <w:proofErr w:type="spellEnd"/>
            <w:r w:rsidRPr="005418A8">
              <w:rPr>
                <w:rFonts w:ascii="Times New Roman" w:hAnsi="Times New Roman" w:cs="Times New Roman"/>
                <w:b/>
              </w:rPr>
              <w:t xml:space="preserve"> </w:t>
            </w:r>
          </w:p>
        </w:tc>
        <w:tc>
          <w:tcPr>
            <w:tcW w:w="779" w:type="dxa"/>
            <w:tcBorders>
              <w:top w:val="single" w:sz="4" w:space="0" w:color="auto"/>
              <w:bottom w:val="single" w:sz="4" w:space="0" w:color="auto"/>
            </w:tcBorders>
            <w:vAlign w:val="center"/>
          </w:tcPr>
          <w:p w14:paraId="3858DDDF" w14:textId="77777777" w:rsidR="00761EA1" w:rsidRPr="005418A8" w:rsidRDefault="00761EA1" w:rsidP="005418A8">
            <w:pPr>
              <w:pStyle w:val="ListParagraph"/>
              <w:spacing w:after="0" w:line="240" w:lineRule="auto"/>
              <w:ind w:left="0"/>
              <w:jc w:val="center"/>
              <w:rPr>
                <w:rFonts w:ascii="Times New Roman" w:hAnsi="Times New Roman" w:cs="Times New Roman"/>
                <w:b/>
              </w:rPr>
            </w:pPr>
            <w:proofErr w:type="spellStart"/>
            <w:r w:rsidRPr="005418A8">
              <w:rPr>
                <w:rFonts w:ascii="Times New Roman" w:hAnsi="Times New Roman" w:cs="Times New Roman"/>
                <w:b/>
              </w:rPr>
              <w:t>Tidak</w:t>
            </w:r>
            <w:proofErr w:type="spellEnd"/>
            <w:r w:rsidRPr="005418A8">
              <w:rPr>
                <w:rFonts w:ascii="Times New Roman" w:hAnsi="Times New Roman" w:cs="Times New Roman"/>
                <w:b/>
              </w:rPr>
              <w:t xml:space="preserve"> </w:t>
            </w:r>
          </w:p>
        </w:tc>
        <w:tc>
          <w:tcPr>
            <w:tcW w:w="640" w:type="dxa"/>
            <w:tcBorders>
              <w:top w:val="single" w:sz="4" w:space="0" w:color="auto"/>
              <w:bottom w:val="single" w:sz="4" w:space="0" w:color="auto"/>
            </w:tcBorders>
            <w:vAlign w:val="center"/>
          </w:tcPr>
          <w:p w14:paraId="4444920C" w14:textId="77777777" w:rsidR="00761EA1" w:rsidRPr="005418A8" w:rsidRDefault="00761EA1" w:rsidP="005418A8">
            <w:pPr>
              <w:pStyle w:val="ListParagraph"/>
              <w:spacing w:after="0" w:line="240" w:lineRule="auto"/>
              <w:ind w:left="0"/>
              <w:jc w:val="center"/>
              <w:rPr>
                <w:rFonts w:ascii="Times New Roman" w:hAnsi="Times New Roman" w:cs="Times New Roman"/>
                <w:b/>
              </w:rPr>
            </w:pPr>
            <w:proofErr w:type="spellStart"/>
            <w:r w:rsidRPr="005418A8">
              <w:rPr>
                <w:rFonts w:ascii="Times New Roman" w:hAnsi="Times New Roman" w:cs="Times New Roman"/>
                <w:b/>
              </w:rPr>
              <w:t>Ya</w:t>
            </w:r>
            <w:proofErr w:type="spellEnd"/>
            <w:r w:rsidRPr="005418A8">
              <w:rPr>
                <w:rFonts w:ascii="Times New Roman" w:hAnsi="Times New Roman" w:cs="Times New Roman"/>
                <w:b/>
              </w:rPr>
              <w:t xml:space="preserve"> </w:t>
            </w:r>
          </w:p>
        </w:tc>
        <w:tc>
          <w:tcPr>
            <w:tcW w:w="850" w:type="dxa"/>
            <w:tcBorders>
              <w:top w:val="single" w:sz="4" w:space="0" w:color="auto"/>
              <w:bottom w:val="single" w:sz="4" w:space="0" w:color="auto"/>
            </w:tcBorders>
            <w:vAlign w:val="center"/>
          </w:tcPr>
          <w:p w14:paraId="15A3AEA1" w14:textId="77777777" w:rsidR="00761EA1" w:rsidRPr="005418A8" w:rsidRDefault="00761EA1" w:rsidP="005418A8">
            <w:pPr>
              <w:pStyle w:val="ListParagraph"/>
              <w:spacing w:after="0" w:line="240" w:lineRule="auto"/>
              <w:ind w:left="0"/>
              <w:jc w:val="center"/>
              <w:rPr>
                <w:rFonts w:ascii="Times New Roman" w:hAnsi="Times New Roman" w:cs="Times New Roman"/>
                <w:b/>
              </w:rPr>
            </w:pPr>
            <w:proofErr w:type="spellStart"/>
            <w:r w:rsidRPr="005418A8">
              <w:rPr>
                <w:rFonts w:ascii="Times New Roman" w:hAnsi="Times New Roman" w:cs="Times New Roman"/>
                <w:b/>
              </w:rPr>
              <w:t>Tidak</w:t>
            </w:r>
            <w:proofErr w:type="spellEnd"/>
            <w:r w:rsidRPr="005418A8">
              <w:rPr>
                <w:rFonts w:ascii="Times New Roman" w:hAnsi="Times New Roman" w:cs="Times New Roman"/>
                <w:b/>
              </w:rPr>
              <w:t xml:space="preserve"> </w:t>
            </w:r>
          </w:p>
        </w:tc>
      </w:tr>
      <w:tr w:rsidR="00761EA1" w:rsidRPr="005418A8" w14:paraId="1C5C6327" w14:textId="77777777" w:rsidTr="00230F02">
        <w:trPr>
          <w:trHeight w:val="223"/>
          <w:jc w:val="center"/>
        </w:trPr>
        <w:tc>
          <w:tcPr>
            <w:tcW w:w="510" w:type="dxa"/>
            <w:tcBorders>
              <w:top w:val="single" w:sz="4" w:space="0" w:color="auto"/>
            </w:tcBorders>
          </w:tcPr>
          <w:p w14:paraId="15B5DC37" w14:textId="77777777"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1.</w:t>
            </w:r>
          </w:p>
        </w:tc>
        <w:tc>
          <w:tcPr>
            <w:tcW w:w="2143" w:type="dxa"/>
            <w:tcBorders>
              <w:top w:val="single" w:sz="4" w:space="0" w:color="auto"/>
            </w:tcBorders>
          </w:tcPr>
          <w:p w14:paraId="7CCDF056" w14:textId="77777777" w:rsidR="00761EA1" w:rsidRPr="005418A8" w:rsidRDefault="00761EA1" w:rsidP="005418A8">
            <w:pPr>
              <w:pStyle w:val="ListParagraph"/>
              <w:spacing w:after="0" w:line="240" w:lineRule="auto"/>
              <w:ind w:left="0"/>
              <w:jc w:val="both"/>
              <w:rPr>
                <w:rFonts w:ascii="Times New Roman" w:hAnsi="Times New Roman" w:cs="Times New Roman"/>
              </w:rPr>
            </w:pPr>
            <w:proofErr w:type="spellStart"/>
            <w:r w:rsidRPr="005418A8">
              <w:rPr>
                <w:rFonts w:ascii="Times New Roman" w:hAnsi="Times New Roman" w:cs="Times New Roman"/>
              </w:rPr>
              <w:t>Apakah</w:t>
            </w:r>
            <w:proofErr w:type="spellEnd"/>
            <w:r w:rsidRPr="005418A8">
              <w:rPr>
                <w:rFonts w:ascii="Times New Roman" w:hAnsi="Times New Roman" w:cs="Times New Roman"/>
              </w:rPr>
              <w:t xml:space="preserve"> </w:t>
            </w:r>
            <w:proofErr w:type="spellStart"/>
            <w:r w:rsidRPr="005418A8">
              <w:rPr>
                <w:rFonts w:ascii="Times New Roman" w:hAnsi="Times New Roman" w:cs="Times New Roman"/>
              </w:rPr>
              <w:t>mengeluh</w:t>
            </w:r>
            <w:proofErr w:type="spellEnd"/>
            <w:r w:rsidRPr="005418A8">
              <w:rPr>
                <w:rFonts w:ascii="Times New Roman" w:hAnsi="Times New Roman" w:cs="Times New Roman"/>
              </w:rPr>
              <w:t xml:space="preserve"> </w:t>
            </w:r>
            <w:proofErr w:type="spellStart"/>
            <w:r w:rsidRPr="005418A8">
              <w:rPr>
                <w:rFonts w:ascii="Times New Roman" w:hAnsi="Times New Roman" w:cs="Times New Roman"/>
              </w:rPr>
              <w:t>lelah</w:t>
            </w:r>
            <w:proofErr w:type="spellEnd"/>
          </w:p>
        </w:tc>
        <w:tc>
          <w:tcPr>
            <w:tcW w:w="708" w:type="dxa"/>
            <w:tcBorders>
              <w:top w:val="single" w:sz="4" w:space="0" w:color="auto"/>
            </w:tcBorders>
          </w:tcPr>
          <w:p w14:paraId="038A0297"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779" w:type="dxa"/>
            <w:tcBorders>
              <w:top w:val="single" w:sz="4" w:space="0" w:color="auto"/>
            </w:tcBorders>
          </w:tcPr>
          <w:p w14:paraId="60920B55" w14:textId="77777777" w:rsidR="00761EA1" w:rsidRPr="005418A8" w:rsidRDefault="00761EA1" w:rsidP="005418A8">
            <w:pPr>
              <w:pStyle w:val="ListParagraph"/>
              <w:spacing w:after="0" w:line="240" w:lineRule="auto"/>
              <w:ind w:left="0"/>
              <w:jc w:val="both"/>
              <w:rPr>
                <w:rFonts w:ascii="Times New Roman" w:hAnsi="Times New Roman" w:cs="Times New Roman"/>
              </w:rPr>
            </w:pPr>
          </w:p>
        </w:tc>
        <w:tc>
          <w:tcPr>
            <w:tcW w:w="640" w:type="dxa"/>
            <w:tcBorders>
              <w:top w:val="single" w:sz="4" w:space="0" w:color="auto"/>
            </w:tcBorders>
          </w:tcPr>
          <w:p w14:paraId="5DC9A9B9"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850" w:type="dxa"/>
            <w:tcBorders>
              <w:top w:val="single" w:sz="4" w:space="0" w:color="auto"/>
            </w:tcBorders>
          </w:tcPr>
          <w:p w14:paraId="1C8102FD" w14:textId="77777777" w:rsidR="00761EA1" w:rsidRPr="005418A8" w:rsidRDefault="00761EA1" w:rsidP="005418A8">
            <w:pPr>
              <w:pStyle w:val="ListParagraph"/>
              <w:spacing w:after="0" w:line="240" w:lineRule="auto"/>
              <w:ind w:left="0"/>
              <w:jc w:val="both"/>
              <w:rPr>
                <w:rFonts w:ascii="Times New Roman" w:hAnsi="Times New Roman" w:cs="Times New Roman"/>
              </w:rPr>
            </w:pPr>
          </w:p>
        </w:tc>
      </w:tr>
      <w:tr w:rsidR="00761EA1" w:rsidRPr="005418A8" w14:paraId="4197F274" w14:textId="77777777" w:rsidTr="00230F02">
        <w:trPr>
          <w:jc w:val="center"/>
        </w:trPr>
        <w:tc>
          <w:tcPr>
            <w:tcW w:w="510" w:type="dxa"/>
          </w:tcPr>
          <w:p w14:paraId="1F548E56" w14:textId="77777777"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2</w:t>
            </w:r>
          </w:p>
        </w:tc>
        <w:tc>
          <w:tcPr>
            <w:tcW w:w="2143" w:type="dxa"/>
          </w:tcPr>
          <w:p w14:paraId="09E53171" w14:textId="77777777" w:rsidR="00761EA1" w:rsidRPr="005418A8" w:rsidRDefault="00761EA1" w:rsidP="005418A8">
            <w:pPr>
              <w:pStyle w:val="ListParagraph"/>
              <w:spacing w:after="0" w:line="240" w:lineRule="auto"/>
              <w:ind w:left="0"/>
              <w:jc w:val="both"/>
              <w:rPr>
                <w:rFonts w:ascii="Times New Roman" w:hAnsi="Times New Roman" w:cs="Times New Roman"/>
                <w:lang w:val="sv-SE"/>
              </w:rPr>
            </w:pPr>
            <w:proofErr w:type="spellStart"/>
            <w:r w:rsidRPr="005418A8">
              <w:rPr>
                <w:rFonts w:ascii="Times New Roman" w:hAnsi="Times New Roman" w:cs="Times New Roman"/>
                <w:lang w:val="sv-SE"/>
              </w:rPr>
              <w:t>Apakah</w:t>
            </w:r>
            <w:proofErr w:type="spellEnd"/>
            <w:r w:rsidRPr="005418A8">
              <w:rPr>
                <w:rFonts w:ascii="Times New Roman" w:hAnsi="Times New Roman" w:cs="Times New Roman"/>
                <w:lang w:val="sv-SE"/>
              </w:rPr>
              <w:t xml:space="preserve"> </w:t>
            </w:r>
            <w:proofErr w:type="spellStart"/>
            <w:r w:rsidRPr="005418A8">
              <w:rPr>
                <w:rFonts w:ascii="Times New Roman" w:hAnsi="Times New Roman" w:cs="Times New Roman"/>
                <w:lang w:val="sv-SE"/>
              </w:rPr>
              <w:t>mengeluh</w:t>
            </w:r>
            <w:proofErr w:type="spellEnd"/>
            <w:r w:rsidRPr="005418A8">
              <w:rPr>
                <w:rFonts w:ascii="Times New Roman" w:hAnsi="Times New Roman" w:cs="Times New Roman"/>
                <w:lang w:val="sv-SE"/>
              </w:rPr>
              <w:t xml:space="preserve"> </w:t>
            </w:r>
            <w:proofErr w:type="spellStart"/>
            <w:r w:rsidRPr="005418A8">
              <w:rPr>
                <w:rFonts w:ascii="Times New Roman" w:hAnsi="Times New Roman" w:cs="Times New Roman"/>
                <w:lang w:val="sv-SE"/>
              </w:rPr>
              <w:t>dipsnea</w:t>
            </w:r>
            <w:proofErr w:type="spellEnd"/>
            <w:r w:rsidRPr="005418A8">
              <w:rPr>
                <w:rFonts w:ascii="Times New Roman" w:hAnsi="Times New Roman" w:cs="Times New Roman"/>
                <w:lang w:val="sv-SE"/>
              </w:rPr>
              <w:t xml:space="preserve"> </w:t>
            </w:r>
            <w:proofErr w:type="spellStart"/>
            <w:r w:rsidRPr="005418A8">
              <w:rPr>
                <w:rFonts w:ascii="Times New Roman" w:hAnsi="Times New Roman" w:cs="Times New Roman"/>
                <w:lang w:val="sv-SE"/>
              </w:rPr>
              <w:t>saat</w:t>
            </w:r>
            <w:proofErr w:type="spellEnd"/>
            <w:r w:rsidRPr="005418A8">
              <w:rPr>
                <w:rFonts w:ascii="Times New Roman" w:hAnsi="Times New Roman" w:cs="Times New Roman"/>
                <w:lang w:val="sv-SE"/>
              </w:rPr>
              <w:t>/</w:t>
            </w:r>
            <w:proofErr w:type="spellStart"/>
            <w:r w:rsidRPr="005418A8">
              <w:rPr>
                <w:rFonts w:ascii="Times New Roman" w:hAnsi="Times New Roman" w:cs="Times New Roman"/>
                <w:lang w:val="sv-SE"/>
              </w:rPr>
              <w:t>setelah</w:t>
            </w:r>
            <w:proofErr w:type="spellEnd"/>
            <w:r w:rsidRPr="005418A8">
              <w:rPr>
                <w:rFonts w:ascii="Times New Roman" w:hAnsi="Times New Roman" w:cs="Times New Roman"/>
                <w:lang w:val="sv-SE"/>
              </w:rPr>
              <w:t xml:space="preserve"> </w:t>
            </w:r>
            <w:proofErr w:type="spellStart"/>
            <w:r w:rsidRPr="005418A8">
              <w:rPr>
                <w:rFonts w:ascii="Times New Roman" w:hAnsi="Times New Roman" w:cs="Times New Roman"/>
                <w:lang w:val="sv-SE"/>
              </w:rPr>
              <w:t>aktivitas</w:t>
            </w:r>
            <w:proofErr w:type="spellEnd"/>
          </w:p>
        </w:tc>
        <w:tc>
          <w:tcPr>
            <w:tcW w:w="708" w:type="dxa"/>
          </w:tcPr>
          <w:p w14:paraId="38A6785E"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779" w:type="dxa"/>
          </w:tcPr>
          <w:p w14:paraId="65649074" w14:textId="77777777" w:rsidR="00761EA1" w:rsidRPr="005418A8" w:rsidRDefault="00761EA1" w:rsidP="005418A8">
            <w:pPr>
              <w:pStyle w:val="ListParagraph"/>
              <w:spacing w:after="0" w:line="240" w:lineRule="auto"/>
              <w:ind w:left="0"/>
              <w:jc w:val="both"/>
              <w:rPr>
                <w:rFonts w:ascii="Times New Roman" w:hAnsi="Times New Roman" w:cs="Times New Roman"/>
              </w:rPr>
            </w:pPr>
          </w:p>
        </w:tc>
        <w:tc>
          <w:tcPr>
            <w:tcW w:w="640" w:type="dxa"/>
          </w:tcPr>
          <w:p w14:paraId="5E0697F7" w14:textId="77777777" w:rsidR="00761EA1" w:rsidRPr="005418A8" w:rsidRDefault="00761EA1" w:rsidP="005418A8">
            <w:pPr>
              <w:pStyle w:val="ListParagraph"/>
              <w:spacing w:after="0" w:line="240" w:lineRule="auto"/>
              <w:ind w:left="0"/>
              <w:jc w:val="center"/>
              <w:rPr>
                <w:rFonts w:ascii="Times New Roman" w:hAnsi="Times New Roman" w:cs="Times New Roman"/>
              </w:rPr>
            </w:pPr>
          </w:p>
        </w:tc>
        <w:tc>
          <w:tcPr>
            <w:tcW w:w="850" w:type="dxa"/>
          </w:tcPr>
          <w:p w14:paraId="3E00D92A"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r>
      <w:tr w:rsidR="00761EA1" w:rsidRPr="005418A8" w14:paraId="4D7759AB" w14:textId="77777777" w:rsidTr="00230F02">
        <w:trPr>
          <w:jc w:val="center"/>
        </w:trPr>
        <w:tc>
          <w:tcPr>
            <w:tcW w:w="510" w:type="dxa"/>
          </w:tcPr>
          <w:p w14:paraId="7D3D2FF1" w14:textId="77777777"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3.</w:t>
            </w:r>
          </w:p>
        </w:tc>
        <w:tc>
          <w:tcPr>
            <w:tcW w:w="2143" w:type="dxa"/>
          </w:tcPr>
          <w:p w14:paraId="2F652EA8" w14:textId="77777777" w:rsidR="00761EA1" w:rsidRPr="005418A8" w:rsidRDefault="00761EA1" w:rsidP="005418A8">
            <w:pPr>
              <w:pStyle w:val="ListParagraph"/>
              <w:spacing w:after="0" w:line="240" w:lineRule="auto"/>
              <w:ind w:left="0"/>
              <w:jc w:val="both"/>
              <w:rPr>
                <w:rFonts w:ascii="Times New Roman" w:hAnsi="Times New Roman" w:cs="Times New Roman"/>
                <w:lang w:val="sv-SE"/>
              </w:rPr>
            </w:pPr>
            <w:proofErr w:type="spellStart"/>
            <w:r w:rsidRPr="005418A8">
              <w:rPr>
                <w:rFonts w:ascii="Times New Roman" w:hAnsi="Times New Roman" w:cs="Times New Roman"/>
                <w:lang w:val="sv-SE"/>
              </w:rPr>
              <w:t>Apakah</w:t>
            </w:r>
            <w:proofErr w:type="spellEnd"/>
            <w:r w:rsidRPr="005418A8">
              <w:rPr>
                <w:rFonts w:ascii="Times New Roman" w:hAnsi="Times New Roman" w:cs="Times New Roman"/>
                <w:lang w:val="sv-SE"/>
              </w:rPr>
              <w:t xml:space="preserve"> </w:t>
            </w:r>
            <w:proofErr w:type="spellStart"/>
            <w:r w:rsidRPr="005418A8">
              <w:rPr>
                <w:rFonts w:ascii="Times New Roman" w:hAnsi="Times New Roman" w:cs="Times New Roman"/>
                <w:lang w:val="sv-SE"/>
              </w:rPr>
              <w:t>merasa</w:t>
            </w:r>
            <w:proofErr w:type="spellEnd"/>
            <w:r w:rsidRPr="005418A8">
              <w:rPr>
                <w:rFonts w:ascii="Times New Roman" w:hAnsi="Times New Roman" w:cs="Times New Roman"/>
                <w:lang w:val="sv-SE"/>
              </w:rPr>
              <w:t xml:space="preserve"> </w:t>
            </w:r>
            <w:proofErr w:type="spellStart"/>
            <w:r w:rsidRPr="005418A8">
              <w:rPr>
                <w:rFonts w:ascii="Times New Roman" w:hAnsi="Times New Roman" w:cs="Times New Roman"/>
                <w:lang w:val="sv-SE"/>
              </w:rPr>
              <w:t>tidak</w:t>
            </w:r>
            <w:proofErr w:type="spellEnd"/>
            <w:r w:rsidRPr="005418A8">
              <w:rPr>
                <w:rFonts w:ascii="Times New Roman" w:hAnsi="Times New Roman" w:cs="Times New Roman"/>
                <w:lang w:val="sv-SE"/>
              </w:rPr>
              <w:t xml:space="preserve"> </w:t>
            </w:r>
            <w:proofErr w:type="spellStart"/>
            <w:r w:rsidRPr="005418A8">
              <w:rPr>
                <w:rFonts w:ascii="Times New Roman" w:hAnsi="Times New Roman" w:cs="Times New Roman"/>
                <w:lang w:val="sv-SE"/>
              </w:rPr>
              <w:t>nyaman</w:t>
            </w:r>
            <w:proofErr w:type="spellEnd"/>
            <w:r w:rsidRPr="005418A8">
              <w:rPr>
                <w:rFonts w:ascii="Times New Roman" w:hAnsi="Times New Roman" w:cs="Times New Roman"/>
                <w:lang w:val="sv-SE"/>
              </w:rPr>
              <w:t xml:space="preserve"> </w:t>
            </w:r>
            <w:proofErr w:type="spellStart"/>
            <w:r w:rsidRPr="005418A8">
              <w:rPr>
                <w:rFonts w:ascii="Times New Roman" w:hAnsi="Times New Roman" w:cs="Times New Roman"/>
                <w:lang w:val="sv-SE"/>
              </w:rPr>
              <w:t>setelah</w:t>
            </w:r>
            <w:proofErr w:type="spellEnd"/>
            <w:r w:rsidRPr="005418A8">
              <w:rPr>
                <w:rFonts w:ascii="Times New Roman" w:hAnsi="Times New Roman" w:cs="Times New Roman"/>
                <w:lang w:val="sv-SE"/>
              </w:rPr>
              <w:t xml:space="preserve"> </w:t>
            </w:r>
            <w:proofErr w:type="spellStart"/>
            <w:r w:rsidRPr="005418A8">
              <w:rPr>
                <w:rFonts w:ascii="Times New Roman" w:hAnsi="Times New Roman" w:cs="Times New Roman"/>
                <w:lang w:val="sv-SE"/>
              </w:rPr>
              <w:t>melakukan</w:t>
            </w:r>
            <w:proofErr w:type="spellEnd"/>
            <w:r w:rsidRPr="005418A8">
              <w:rPr>
                <w:rFonts w:ascii="Times New Roman" w:hAnsi="Times New Roman" w:cs="Times New Roman"/>
                <w:lang w:val="sv-SE"/>
              </w:rPr>
              <w:t xml:space="preserve"> </w:t>
            </w:r>
            <w:proofErr w:type="spellStart"/>
            <w:r w:rsidRPr="005418A8">
              <w:rPr>
                <w:rFonts w:ascii="Times New Roman" w:hAnsi="Times New Roman" w:cs="Times New Roman"/>
                <w:lang w:val="sv-SE"/>
              </w:rPr>
              <w:t>aktivitas</w:t>
            </w:r>
            <w:proofErr w:type="spellEnd"/>
          </w:p>
        </w:tc>
        <w:tc>
          <w:tcPr>
            <w:tcW w:w="708" w:type="dxa"/>
          </w:tcPr>
          <w:p w14:paraId="57BBB17B"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779" w:type="dxa"/>
          </w:tcPr>
          <w:p w14:paraId="56949C57" w14:textId="77777777" w:rsidR="00761EA1" w:rsidRPr="005418A8" w:rsidRDefault="00761EA1" w:rsidP="005418A8">
            <w:pPr>
              <w:pStyle w:val="ListParagraph"/>
              <w:spacing w:after="0" w:line="240" w:lineRule="auto"/>
              <w:ind w:left="0"/>
              <w:jc w:val="both"/>
              <w:rPr>
                <w:rFonts w:ascii="Times New Roman" w:hAnsi="Times New Roman" w:cs="Times New Roman"/>
              </w:rPr>
            </w:pPr>
          </w:p>
        </w:tc>
        <w:tc>
          <w:tcPr>
            <w:tcW w:w="640" w:type="dxa"/>
          </w:tcPr>
          <w:p w14:paraId="1E3E9B96"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850" w:type="dxa"/>
          </w:tcPr>
          <w:p w14:paraId="62E38522" w14:textId="77777777" w:rsidR="00761EA1" w:rsidRPr="005418A8" w:rsidRDefault="00761EA1" w:rsidP="005418A8">
            <w:pPr>
              <w:pStyle w:val="ListParagraph"/>
              <w:spacing w:after="0" w:line="240" w:lineRule="auto"/>
              <w:ind w:left="0"/>
              <w:jc w:val="both"/>
              <w:rPr>
                <w:rFonts w:ascii="Times New Roman" w:hAnsi="Times New Roman" w:cs="Times New Roman"/>
              </w:rPr>
            </w:pPr>
          </w:p>
        </w:tc>
      </w:tr>
      <w:tr w:rsidR="00761EA1" w:rsidRPr="005418A8" w14:paraId="70F44BB9" w14:textId="77777777" w:rsidTr="00230F02">
        <w:trPr>
          <w:jc w:val="center"/>
        </w:trPr>
        <w:tc>
          <w:tcPr>
            <w:tcW w:w="510" w:type="dxa"/>
          </w:tcPr>
          <w:p w14:paraId="76B7D9AC" w14:textId="77777777"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4.</w:t>
            </w:r>
          </w:p>
        </w:tc>
        <w:tc>
          <w:tcPr>
            <w:tcW w:w="2143" w:type="dxa"/>
          </w:tcPr>
          <w:p w14:paraId="0626928D" w14:textId="77777777" w:rsidR="00761EA1" w:rsidRPr="005418A8" w:rsidRDefault="00761EA1" w:rsidP="005418A8">
            <w:pPr>
              <w:pStyle w:val="ListParagraph"/>
              <w:spacing w:after="0" w:line="240" w:lineRule="auto"/>
              <w:ind w:left="0"/>
              <w:jc w:val="both"/>
              <w:rPr>
                <w:rFonts w:ascii="Times New Roman" w:hAnsi="Times New Roman" w:cs="Times New Roman"/>
              </w:rPr>
            </w:pPr>
            <w:proofErr w:type="spellStart"/>
            <w:r w:rsidRPr="005418A8">
              <w:rPr>
                <w:rFonts w:ascii="Times New Roman" w:hAnsi="Times New Roman" w:cs="Times New Roman"/>
              </w:rPr>
              <w:t>Apakah</w:t>
            </w:r>
            <w:proofErr w:type="spellEnd"/>
            <w:r w:rsidRPr="005418A8">
              <w:rPr>
                <w:rFonts w:ascii="Times New Roman" w:hAnsi="Times New Roman" w:cs="Times New Roman"/>
              </w:rPr>
              <w:t xml:space="preserve"> </w:t>
            </w:r>
            <w:proofErr w:type="spellStart"/>
            <w:r w:rsidRPr="005418A8">
              <w:rPr>
                <w:rFonts w:ascii="Times New Roman" w:hAnsi="Times New Roman" w:cs="Times New Roman"/>
              </w:rPr>
              <w:t>merasa</w:t>
            </w:r>
            <w:proofErr w:type="spellEnd"/>
            <w:r w:rsidRPr="005418A8">
              <w:rPr>
                <w:rFonts w:ascii="Times New Roman" w:hAnsi="Times New Roman" w:cs="Times New Roman"/>
              </w:rPr>
              <w:t xml:space="preserve"> </w:t>
            </w:r>
            <w:proofErr w:type="spellStart"/>
            <w:r w:rsidRPr="005418A8">
              <w:rPr>
                <w:rFonts w:ascii="Times New Roman" w:hAnsi="Times New Roman" w:cs="Times New Roman"/>
              </w:rPr>
              <w:t>lemah</w:t>
            </w:r>
            <w:proofErr w:type="spellEnd"/>
          </w:p>
        </w:tc>
        <w:tc>
          <w:tcPr>
            <w:tcW w:w="708" w:type="dxa"/>
          </w:tcPr>
          <w:p w14:paraId="10D0D077"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779" w:type="dxa"/>
          </w:tcPr>
          <w:p w14:paraId="35DA2346" w14:textId="77777777" w:rsidR="00761EA1" w:rsidRPr="005418A8" w:rsidRDefault="00761EA1" w:rsidP="005418A8">
            <w:pPr>
              <w:pStyle w:val="ListParagraph"/>
              <w:spacing w:after="0" w:line="240" w:lineRule="auto"/>
              <w:ind w:left="0"/>
              <w:jc w:val="both"/>
              <w:rPr>
                <w:rFonts w:ascii="Times New Roman" w:hAnsi="Times New Roman" w:cs="Times New Roman"/>
              </w:rPr>
            </w:pPr>
          </w:p>
        </w:tc>
        <w:tc>
          <w:tcPr>
            <w:tcW w:w="640" w:type="dxa"/>
          </w:tcPr>
          <w:p w14:paraId="0C87F732"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850" w:type="dxa"/>
          </w:tcPr>
          <w:p w14:paraId="5722E692" w14:textId="77777777" w:rsidR="00761EA1" w:rsidRPr="005418A8" w:rsidRDefault="00761EA1" w:rsidP="005418A8">
            <w:pPr>
              <w:pStyle w:val="ListParagraph"/>
              <w:spacing w:after="0" w:line="240" w:lineRule="auto"/>
              <w:ind w:left="0"/>
              <w:jc w:val="both"/>
              <w:rPr>
                <w:rFonts w:ascii="Times New Roman" w:hAnsi="Times New Roman" w:cs="Times New Roman"/>
              </w:rPr>
            </w:pPr>
          </w:p>
        </w:tc>
      </w:tr>
      <w:tr w:rsidR="00761EA1" w:rsidRPr="005418A8" w14:paraId="5CBC3E5F" w14:textId="77777777" w:rsidTr="00230F02">
        <w:trPr>
          <w:jc w:val="center"/>
        </w:trPr>
        <w:tc>
          <w:tcPr>
            <w:tcW w:w="510" w:type="dxa"/>
          </w:tcPr>
          <w:p w14:paraId="6709EC7E" w14:textId="77777777"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5.</w:t>
            </w:r>
          </w:p>
        </w:tc>
        <w:tc>
          <w:tcPr>
            <w:tcW w:w="2143" w:type="dxa"/>
          </w:tcPr>
          <w:p w14:paraId="02C29A62" w14:textId="77777777" w:rsidR="00761EA1" w:rsidRPr="005418A8" w:rsidRDefault="00761EA1" w:rsidP="005418A8">
            <w:pPr>
              <w:pStyle w:val="ListParagraph"/>
              <w:spacing w:after="0" w:line="240" w:lineRule="auto"/>
              <w:ind w:left="0"/>
              <w:jc w:val="both"/>
              <w:rPr>
                <w:rFonts w:ascii="Times New Roman" w:hAnsi="Times New Roman" w:cs="Times New Roman"/>
                <w:lang w:val="sv-SE"/>
              </w:rPr>
            </w:pPr>
            <w:proofErr w:type="spellStart"/>
            <w:r w:rsidRPr="005418A8">
              <w:rPr>
                <w:rFonts w:ascii="Times New Roman" w:hAnsi="Times New Roman" w:cs="Times New Roman"/>
                <w:lang w:val="sv-SE"/>
              </w:rPr>
              <w:t>Frekuensi</w:t>
            </w:r>
            <w:proofErr w:type="spellEnd"/>
            <w:r w:rsidRPr="005418A8">
              <w:rPr>
                <w:rFonts w:ascii="Times New Roman" w:hAnsi="Times New Roman" w:cs="Times New Roman"/>
                <w:lang w:val="sv-SE"/>
              </w:rPr>
              <w:t xml:space="preserve"> </w:t>
            </w:r>
            <w:proofErr w:type="spellStart"/>
            <w:r w:rsidRPr="005418A8">
              <w:rPr>
                <w:rFonts w:ascii="Times New Roman" w:hAnsi="Times New Roman" w:cs="Times New Roman"/>
                <w:lang w:val="sv-SE"/>
              </w:rPr>
              <w:t>jantung</w:t>
            </w:r>
            <w:proofErr w:type="spellEnd"/>
            <w:r w:rsidRPr="005418A8">
              <w:rPr>
                <w:rFonts w:ascii="Times New Roman" w:hAnsi="Times New Roman" w:cs="Times New Roman"/>
                <w:lang w:val="sv-SE"/>
              </w:rPr>
              <w:t xml:space="preserve"> </w:t>
            </w:r>
            <w:proofErr w:type="spellStart"/>
            <w:r w:rsidRPr="005418A8">
              <w:rPr>
                <w:rFonts w:ascii="Times New Roman" w:hAnsi="Times New Roman" w:cs="Times New Roman"/>
                <w:lang w:val="sv-SE"/>
              </w:rPr>
              <w:t>meningkat</w:t>
            </w:r>
            <w:proofErr w:type="spellEnd"/>
            <w:r w:rsidRPr="005418A8">
              <w:rPr>
                <w:rFonts w:ascii="Times New Roman" w:hAnsi="Times New Roman" w:cs="Times New Roman"/>
                <w:lang w:val="sv-SE"/>
              </w:rPr>
              <w:t xml:space="preserve"> &gt;20% dari </w:t>
            </w:r>
            <w:proofErr w:type="spellStart"/>
            <w:r w:rsidRPr="005418A8">
              <w:rPr>
                <w:rFonts w:ascii="Times New Roman" w:hAnsi="Times New Roman" w:cs="Times New Roman"/>
                <w:lang w:val="sv-SE"/>
              </w:rPr>
              <w:t>kondisi</w:t>
            </w:r>
            <w:proofErr w:type="spellEnd"/>
            <w:r w:rsidRPr="005418A8">
              <w:rPr>
                <w:rFonts w:ascii="Times New Roman" w:hAnsi="Times New Roman" w:cs="Times New Roman"/>
                <w:lang w:val="sv-SE"/>
              </w:rPr>
              <w:t xml:space="preserve"> </w:t>
            </w:r>
            <w:proofErr w:type="spellStart"/>
            <w:r w:rsidRPr="005418A8">
              <w:rPr>
                <w:rFonts w:ascii="Times New Roman" w:hAnsi="Times New Roman" w:cs="Times New Roman"/>
                <w:lang w:val="sv-SE"/>
              </w:rPr>
              <w:t>istirahat</w:t>
            </w:r>
            <w:proofErr w:type="spellEnd"/>
            <w:r w:rsidRPr="005418A8">
              <w:rPr>
                <w:rFonts w:ascii="Times New Roman" w:hAnsi="Times New Roman" w:cs="Times New Roman"/>
                <w:lang w:val="sv-SE"/>
              </w:rPr>
              <w:t xml:space="preserve">  </w:t>
            </w:r>
          </w:p>
        </w:tc>
        <w:tc>
          <w:tcPr>
            <w:tcW w:w="708" w:type="dxa"/>
          </w:tcPr>
          <w:p w14:paraId="7EA957B2"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779" w:type="dxa"/>
          </w:tcPr>
          <w:p w14:paraId="41964D6A" w14:textId="77777777" w:rsidR="00761EA1" w:rsidRPr="005418A8" w:rsidRDefault="00761EA1" w:rsidP="005418A8">
            <w:pPr>
              <w:pStyle w:val="ListParagraph"/>
              <w:spacing w:after="0" w:line="240" w:lineRule="auto"/>
              <w:ind w:left="0"/>
              <w:jc w:val="both"/>
              <w:rPr>
                <w:rFonts w:ascii="Times New Roman" w:hAnsi="Times New Roman" w:cs="Times New Roman"/>
              </w:rPr>
            </w:pPr>
          </w:p>
        </w:tc>
        <w:tc>
          <w:tcPr>
            <w:tcW w:w="640" w:type="dxa"/>
          </w:tcPr>
          <w:p w14:paraId="3E24AEC1"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850" w:type="dxa"/>
          </w:tcPr>
          <w:p w14:paraId="2050F463" w14:textId="77777777" w:rsidR="00761EA1" w:rsidRPr="005418A8" w:rsidRDefault="00761EA1" w:rsidP="005418A8">
            <w:pPr>
              <w:pStyle w:val="ListParagraph"/>
              <w:spacing w:after="0" w:line="240" w:lineRule="auto"/>
              <w:ind w:left="0"/>
              <w:jc w:val="both"/>
              <w:rPr>
                <w:rFonts w:ascii="Times New Roman" w:hAnsi="Times New Roman" w:cs="Times New Roman"/>
              </w:rPr>
            </w:pPr>
          </w:p>
        </w:tc>
      </w:tr>
      <w:tr w:rsidR="00761EA1" w:rsidRPr="005418A8" w14:paraId="1CBC6F4D" w14:textId="77777777" w:rsidTr="00230F02">
        <w:trPr>
          <w:jc w:val="center"/>
        </w:trPr>
        <w:tc>
          <w:tcPr>
            <w:tcW w:w="510" w:type="dxa"/>
          </w:tcPr>
          <w:p w14:paraId="3CB1BC7F" w14:textId="77777777"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 xml:space="preserve">6. </w:t>
            </w:r>
          </w:p>
        </w:tc>
        <w:tc>
          <w:tcPr>
            <w:tcW w:w="2143" w:type="dxa"/>
          </w:tcPr>
          <w:p w14:paraId="099922E4" w14:textId="77777777" w:rsidR="00761EA1" w:rsidRPr="005418A8" w:rsidRDefault="00761EA1" w:rsidP="005418A8">
            <w:pPr>
              <w:pStyle w:val="ListParagraph"/>
              <w:spacing w:after="0" w:line="240" w:lineRule="auto"/>
              <w:ind w:left="0"/>
              <w:jc w:val="both"/>
              <w:rPr>
                <w:rFonts w:ascii="Times New Roman" w:hAnsi="Times New Roman" w:cs="Times New Roman"/>
                <w:lang w:val="sv-SE"/>
              </w:rPr>
            </w:pPr>
            <w:proofErr w:type="spellStart"/>
            <w:r w:rsidRPr="005418A8">
              <w:rPr>
                <w:rFonts w:ascii="Times New Roman" w:hAnsi="Times New Roman" w:cs="Times New Roman"/>
                <w:lang w:val="sv-SE"/>
              </w:rPr>
              <w:t>Tekanan</w:t>
            </w:r>
            <w:proofErr w:type="spellEnd"/>
            <w:r w:rsidRPr="005418A8">
              <w:rPr>
                <w:rFonts w:ascii="Times New Roman" w:hAnsi="Times New Roman" w:cs="Times New Roman"/>
                <w:lang w:val="sv-SE"/>
              </w:rPr>
              <w:t xml:space="preserve"> </w:t>
            </w:r>
            <w:proofErr w:type="spellStart"/>
            <w:r w:rsidRPr="005418A8">
              <w:rPr>
                <w:rFonts w:ascii="Times New Roman" w:hAnsi="Times New Roman" w:cs="Times New Roman"/>
                <w:lang w:val="sv-SE"/>
              </w:rPr>
              <w:t>darah</w:t>
            </w:r>
            <w:proofErr w:type="spellEnd"/>
            <w:r w:rsidRPr="005418A8">
              <w:rPr>
                <w:rFonts w:ascii="Times New Roman" w:hAnsi="Times New Roman" w:cs="Times New Roman"/>
                <w:lang w:val="sv-SE"/>
              </w:rPr>
              <w:t xml:space="preserve"> </w:t>
            </w:r>
            <w:proofErr w:type="spellStart"/>
            <w:r w:rsidRPr="005418A8">
              <w:rPr>
                <w:rFonts w:ascii="Times New Roman" w:hAnsi="Times New Roman" w:cs="Times New Roman"/>
                <w:lang w:val="sv-SE"/>
              </w:rPr>
              <w:t>berubah</w:t>
            </w:r>
            <w:proofErr w:type="spellEnd"/>
            <w:r w:rsidRPr="005418A8">
              <w:rPr>
                <w:rFonts w:ascii="Times New Roman" w:hAnsi="Times New Roman" w:cs="Times New Roman"/>
                <w:lang w:val="sv-SE"/>
              </w:rPr>
              <w:t xml:space="preserve"> &gt;20% dari </w:t>
            </w:r>
            <w:proofErr w:type="spellStart"/>
            <w:r w:rsidRPr="005418A8">
              <w:rPr>
                <w:rFonts w:ascii="Times New Roman" w:hAnsi="Times New Roman" w:cs="Times New Roman"/>
                <w:lang w:val="sv-SE"/>
              </w:rPr>
              <w:t>kondisi</w:t>
            </w:r>
            <w:proofErr w:type="spellEnd"/>
            <w:r w:rsidRPr="005418A8">
              <w:rPr>
                <w:rFonts w:ascii="Times New Roman" w:hAnsi="Times New Roman" w:cs="Times New Roman"/>
                <w:lang w:val="sv-SE"/>
              </w:rPr>
              <w:t xml:space="preserve"> </w:t>
            </w:r>
            <w:proofErr w:type="spellStart"/>
            <w:r w:rsidRPr="005418A8">
              <w:rPr>
                <w:rFonts w:ascii="Times New Roman" w:hAnsi="Times New Roman" w:cs="Times New Roman"/>
                <w:lang w:val="sv-SE"/>
              </w:rPr>
              <w:t>istirahat</w:t>
            </w:r>
            <w:proofErr w:type="spellEnd"/>
            <w:r w:rsidRPr="005418A8">
              <w:rPr>
                <w:rFonts w:ascii="Times New Roman" w:hAnsi="Times New Roman" w:cs="Times New Roman"/>
                <w:lang w:val="sv-SE"/>
              </w:rPr>
              <w:t xml:space="preserve"> </w:t>
            </w:r>
          </w:p>
        </w:tc>
        <w:tc>
          <w:tcPr>
            <w:tcW w:w="708" w:type="dxa"/>
          </w:tcPr>
          <w:p w14:paraId="52DC34A2"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779" w:type="dxa"/>
          </w:tcPr>
          <w:p w14:paraId="64DC0058" w14:textId="77777777" w:rsidR="00761EA1" w:rsidRPr="005418A8" w:rsidRDefault="00761EA1" w:rsidP="005418A8">
            <w:pPr>
              <w:pStyle w:val="ListParagraph"/>
              <w:spacing w:after="0" w:line="240" w:lineRule="auto"/>
              <w:ind w:left="0"/>
              <w:jc w:val="both"/>
              <w:rPr>
                <w:rFonts w:ascii="Times New Roman" w:hAnsi="Times New Roman" w:cs="Times New Roman"/>
              </w:rPr>
            </w:pPr>
          </w:p>
        </w:tc>
        <w:tc>
          <w:tcPr>
            <w:tcW w:w="640" w:type="dxa"/>
          </w:tcPr>
          <w:p w14:paraId="67061379"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850" w:type="dxa"/>
          </w:tcPr>
          <w:p w14:paraId="6F25EB2F" w14:textId="77777777" w:rsidR="00761EA1" w:rsidRPr="005418A8" w:rsidRDefault="00761EA1" w:rsidP="005418A8">
            <w:pPr>
              <w:pStyle w:val="ListParagraph"/>
              <w:spacing w:after="0" w:line="240" w:lineRule="auto"/>
              <w:ind w:left="0"/>
              <w:jc w:val="both"/>
              <w:rPr>
                <w:rFonts w:ascii="Times New Roman" w:hAnsi="Times New Roman" w:cs="Times New Roman"/>
              </w:rPr>
            </w:pPr>
          </w:p>
        </w:tc>
      </w:tr>
      <w:tr w:rsidR="00761EA1" w:rsidRPr="005418A8" w14:paraId="77F49062" w14:textId="77777777" w:rsidTr="00230F02">
        <w:trPr>
          <w:jc w:val="center"/>
        </w:trPr>
        <w:tc>
          <w:tcPr>
            <w:tcW w:w="510" w:type="dxa"/>
          </w:tcPr>
          <w:p w14:paraId="04068EF4" w14:textId="77777777"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6.</w:t>
            </w:r>
          </w:p>
        </w:tc>
        <w:tc>
          <w:tcPr>
            <w:tcW w:w="2143" w:type="dxa"/>
          </w:tcPr>
          <w:p w14:paraId="0AA6E00A" w14:textId="77777777" w:rsidR="00761EA1" w:rsidRPr="005418A8" w:rsidRDefault="00761EA1" w:rsidP="005418A8">
            <w:pPr>
              <w:pStyle w:val="ListParagraph"/>
              <w:spacing w:after="0" w:line="240" w:lineRule="auto"/>
              <w:ind w:left="0"/>
              <w:jc w:val="both"/>
              <w:rPr>
                <w:rFonts w:ascii="Times New Roman" w:hAnsi="Times New Roman" w:cs="Times New Roman"/>
              </w:rPr>
            </w:pPr>
            <w:proofErr w:type="spellStart"/>
            <w:r w:rsidRPr="005418A8">
              <w:rPr>
                <w:rFonts w:ascii="Times New Roman" w:hAnsi="Times New Roman" w:cs="Times New Roman"/>
              </w:rPr>
              <w:t>Sianosis</w:t>
            </w:r>
            <w:proofErr w:type="spellEnd"/>
            <w:r w:rsidRPr="005418A8">
              <w:rPr>
                <w:rFonts w:ascii="Times New Roman" w:hAnsi="Times New Roman" w:cs="Times New Roman"/>
              </w:rPr>
              <w:t xml:space="preserve"> </w:t>
            </w:r>
          </w:p>
        </w:tc>
        <w:tc>
          <w:tcPr>
            <w:tcW w:w="708" w:type="dxa"/>
          </w:tcPr>
          <w:p w14:paraId="3EED985B" w14:textId="77777777"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 xml:space="preserve"> </w:t>
            </w:r>
          </w:p>
        </w:tc>
        <w:tc>
          <w:tcPr>
            <w:tcW w:w="779" w:type="dxa"/>
          </w:tcPr>
          <w:p w14:paraId="3BFAA1CB"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640" w:type="dxa"/>
          </w:tcPr>
          <w:p w14:paraId="191DAE35"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850" w:type="dxa"/>
          </w:tcPr>
          <w:p w14:paraId="22B0E958" w14:textId="77777777" w:rsidR="00761EA1" w:rsidRPr="005418A8" w:rsidRDefault="00761EA1" w:rsidP="005418A8">
            <w:pPr>
              <w:pStyle w:val="ListParagraph"/>
              <w:spacing w:after="0" w:line="240" w:lineRule="auto"/>
              <w:ind w:left="0"/>
              <w:jc w:val="both"/>
              <w:rPr>
                <w:rFonts w:ascii="Times New Roman" w:hAnsi="Times New Roman" w:cs="Times New Roman"/>
              </w:rPr>
            </w:pPr>
          </w:p>
        </w:tc>
      </w:tr>
    </w:tbl>
    <w:p w14:paraId="7C540160" w14:textId="77777777" w:rsidR="00761EA1" w:rsidRDefault="00761EA1" w:rsidP="00761EA1">
      <w:pPr>
        <w:rPr>
          <w:rFonts w:ascii="Times New Roman" w:hAnsi="Times New Roman" w:cs="Times New Roman"/>
          <w:sz w:val="24"/>
          <w:szCs w:val="24"/>
        </w:rPr>
      </w:pPr>
    </w:p>
    <w:p w14:paraId="3DC5B0CB" w14:textId="77777777" w:rsidR="00232B51" w:rsidRDefault="00232B51" w:rsidP="00232B51">
      <w:pPr>
        <w:jc w:val="both"/>
        <w:rPr>
          <w:rFonts w:ascii="Times New Roman" w:hAnsi="Times New Roman" w:cs="Times New Roman"/>
          <w:sz w:val="24"/>
          <w:szCs w:val="24"/>
        </w:rPr>
      </w:pPr>
      <w:r>
        <w:rPr>
          <w:rFonts w:ascii="Times New Roman" w:hAnsi="Times New Roman" w:cs="Times New Roman"/>
          <w:sz w:val="24"/>
          <w:szCs w:val="24"/>
        </w:rPr>
        <w:lastRenderedPageBreak/>
        <w:t xml:space="preserve">Data </w:t>
      </w:r>
      <w:proofErr w:type="spellStart"/>
      <w:r w:rsidRPr="00232B51">
        <w:rPr>
          <w:rFonts w:ascii="Times New Roman" w:hAnsi="Times New Roman" w:cs="Times New Roman"/>
          <w:sz w:val="24"/>
          <w:szCs w:val="24"/>
        </w:rPr>
        <w:t>menunjukkan</w:t>
      </w:r>
      <w:proofErr w:type="spellEnd"/>
      <w:r w:rsidRPr="00232B51">
        <w:rPr>
          <w:rFonts w:ascii="Times New Roman" w:hAnsi="Times New Roman" w:cs="Times New Roman"/>
          <w:sz w:val="24"/>
          <w:szCs w:val="24"/>
        </w:rPr>
        <w:t xml:space="preserve"> </w:t>
      </w:r>
      <w:proofErr w:type="spellStart"/>
      <w:r w:rsidRPr="00232B51">
        <w:rPr>
          <w:rFonts w:ascii="Times New Roman" w:hAnsi="Times New Roman" w:cs="Times New Roman"/>
          <w:sz w:val="24"/>
          <w:szCs w:val="24"/>
        </w:rPr>
        <w:t>bahwa</w:t>
      </w:r>
      <w:proofErr w:type="spellEnd"/>
      <w:r w:rsidRPr="00232B51">
        <w:rPr>
          <w:rFonts w:ascii="Times New Roman" w:hAnsi="Times New Roman" w:cs="Times New Roman"/>
          <w:sz w:val="24"/>
          <w:szCs w:val="24"/>
        </w:rPr>
        <w:t xml:space="preserve"> </w:t>
      </w:r>
      <w:proofErr w:type="spellStart"/>
      <w:proofErr w:type="gramStart"/>
      <w:r w:rsidRPr="00232B51">
        <w:rPr>
          <w:rFonts w:ascii="Times New Roman" w:hAnsi="Times New Roman" w:cs="Times New Roman"/>
          <w:sz w:val="24"/>
          <w:szCs w:val="24"/>
        </w:rPr>
        <w:t>Nn.A</w:t>
      </w:r>
      <w:proofErr w:type="spellEnd"/>
      <w:proofErr w:type="gramEnd"/>
      <w:r w:rsidRPr="00232B51">
        <w:rPr>
          <w:rFonts w:ascii="Times New Roman" w:hAnsi="Times New Roman" w:cs="Times New Roman"/>
          <w:sz w:val="24"/>
          <w:szCs w:val="24"/>
        </w:rPr>
        <w:t xml:space="preserve"> dan </w:t>
      </w:r>
      <w:proofErr w:type="spellStart"/>
      <w:r w:rsidRPr="00232B51">
        <w:rPr>
          <w:rFonts w:ascii="Times New Roman" w:hAnsi="Times New Roman" w:cs="Times New Roman"/>
          <w:sz w:val="24"/>
          <w:szCs w:val="24"/>
        </w:rPr>
        <w:t>Nn.F</w:t>
      </w:r>
      <w:proofErr w:type="spellEnd"/>
      <w:r w:rsidRPr="00232B51">
        <w:rPr>
          <w:rFonts w:ascii="Times New Roman" w:hAnsi="Times New Roman" w:cs="Times New Roman"/>
          <w:sz w:val="24"/>
          <w:szCs w:val="24"/>
        </w:rPr>
        <w:t xml:space="preserve"> </w:t>
      </w:r>
      <w:proofErr w:type="spellStart"/>
      <w:r w:rsidRPr="00232B51">
        <w:rPr>
          <w:rFonts w:ascii="Times New Roman" w:hAnsi="Times New Roman" w:cs="Times New Roman"/>
          <w:sz w:val="24"/>
          <w:szCs w:val="24"/>
        </w:rPr>
        <w:t>sudah</w:t>
      </w:r>
      <w:proofErr w:type="spellEnd"/>
      <w:r w:rsidRPr="00232B51">
        <w:rPr>
          <w:rFonts w:ascii="Times New Roman" w:hAnsi="Times New Roman" w:cs="Times New Roman"/>
          <w:sz w:val="24"/>
          <w:szCs w:val="24"/>
        </w:rPr>
        <w:t xml:space="preserve"> </w:t>
      </w:r>
      <w:proofErr w:type="spellStart"/>
      <w:r w:rsidRPr="00232B51">
        <w:rPr>
          <w:rFonts w:ascii="Times New Roman" w:hAnsi="Times New Roman" w:cs="Times New Roman"/>
          <w:sz w:val="24"/>
          <w:szCs w:val="24"/>
        </w:rPr>
        <w:t>sesuai</w:t>
      </w:r>
      <w:proofErr w:type="spellEnd"/>
      <w:r w:rsidRPr="00232B51">
        <w:rPr>
          <w:rFonts w:ascii="Times New Roman" w:hAnsi="Times New Roman" w:cs="Times New Roman"/>
          <w:sz w:val="24"/>
          <w:szCs w:val="24"/>
        </w:rPr>
        <w:t xml:space="preserve"> </w:t>
      </w:r>
      <w:proofErr w:type="spellStart"/>
      <w:r w:rsidRPr="00232B51">
        <w:rPr>
          <w:rFonts w:ascii="Times New Roman" w:hAnsi="Times New Roman" w:cs="Times New Roman"/>
          <w:sz w:val="24"/>
          <w:szCs w:val="24"/>
        </w:rPr>
        <w:t>dengan</w:t>
      </w:r>
      <w:proofErr w:type="spellEnd"/>
      <w:r w:rsidRPr="00232B51">
        <w:rPr>
          <w:rFonts w:ascii="Times New Roman" w:hAnsi="Times New Roman" w:cs="Times New Roman"/>
          <w:sz w:val="24"/>
          <w:szCs w:val="24"/>
        </w:rPr>
        <w:t xml:space="preserve"> </w:t>
      </w:r>
      <w:proofErr w:type="spellStart"/>
      <w:r w:rsidRPr="00232B51">
        <w:rPr>
          <w:rFonts w:ascii="Times New Roman" w:hAnsi="Times New Roman" w:cs="Times New Roman"/>
          <w:sz w:val="24"/>
          <w:szCs w:val="24"/>
        </w:rPr>
        <w:t>gejala</w:t>
      </w:r>
      <w:proofErr w:type="spellEnd"/>
      <w:r w:rsidRPr="00232B51">
        <w:rPr>
          <w:rFonts w:ascii="Times New Roman" w:hAnsi="Times New Roman" w:cs="Times New Roman"/>
          <w:sz w:val="24"/>
          <w:szCs w:val="24"/>
        </w:rPr>
        <w:t xml:space="preserve"> dan </w:t>
      </w:r>
      <w:proofErr w:type="spellStart"/>
      <w:r w:rsidRPr="00232B51">
        <w:rPr>
          <w:rFonts w:ascii="Times New Roman" w:hAnsi="Times New Roman" w:cs="Times New Roman"/>
          <w:sz w:val="24"/>
          <w:szCs w:val="24"/>
        </w:rPr>
        <w:t>tanda</w:t>
      </w:r>
      <w:proofErr w:type="spellEnd"/>
      <w:r w:rsidRPr="00232B51">
        <w:rPr>
          <w:rFonts w:ascii="Times New Roman" w:hAnsi="Times New Roman" w:cs="Times New Roman"/>
          <w:sz w:val="24"/>
          <w:szCs w:val="24"/>
        </w:rPr>
        <w:t xml:space="preserve"> mayor 100% </w:t>
      </w:r>
      <w:proofErr w:type="spellStart"/>
      <w:r w:rsidRPr="00232B51">
        <w:rPr>
          <w:rFonts w:ascii="Times New Roman" w:hAnsi="Times New Roman" w:cs="Times New Roman"/>
          <w:sz w:val="24"/>
          <w:szCs w:val="24"/>
        </w:rPr>
        <w:t>sehingga</w:t>
      </w:r>
      <w:proofErr w:type="spellEnd"/>
      <w:r w:rsidRPr="00232B51">
        <w:rPr>
          <w:rFonts w:ascii="Times New Roman" w:hAnsi="Times New Roman" w:cs="Times New Roman"/>
          <w:sz w:val="24"/>
          <w:szCs w:val="24"/>
        </w:rPr>
        <w:t xml:space="preserve"> </w:t>
      </w:r>
      <w:proofErr w:type="spellStart"/>
      <w:r w:rsidRPr="00232B51">
        <w:rPr>
          <w:rFonts w:ascii="Times New Roman" w:hAnsi="Times New Roman" w:cs="Times New Roman"/>
          <w:sz w:val="24"/>
          <w:szCs w:val="24"/>
        </w:rPr>
        <w:t>kedua</w:t>
      </w:r>
      <w:proofErr w:type="spellEnd"/>
      <w:r w:rsidRPr="00232B51">
        <w:rPr>
          <w:rFonts w:ascii="Times New Roman" w:hAnsi="Times New Roman" w:cs="Times New Roman"/>
          <w:sz w:val="24"/>
          <w:szCs w:val="24"/>
        </w:rPr>
        <w:t xml:space="preserve"> </w:t>
      </w:r>
      <w:proofErr w:type="spellStart"/>
      <w:r w:rsidRPr="00232B51">
        <w:rPr>
          <w:rFonts w:ascii="Times New Roman" w:hAnsi="Times New Roman" w:cs="Times New Roman"/>
          <w:sz w:val="24"/>
          <w:szCs w:val="24"/>
        </w:rPr>
        <w:t>responden</w:t>
      </w:r>
      <w:proofErr w:type="spellEnd"/>
      <w:r w:rsidRPr="00232B51">
        <w:rPr>
          <w:rFonts w:ascii="Times New Roman" w:hAnsi="Times New Roman" w:cs="Times New Roman"/>
          <w:sz w:val="24"/>
          <w:szCs w:val="24"/>
        </w:rPr>
        <w:t xml:space="preserve"> </w:t>
      </w:r>
      <w:proofErr w:type="spellStart"/>
      <w:r w:rsidRPr="00232B51">
        <w:rPr>
          <w:rFonts w:ascii="Times New Roman" w:hAnsi="Times New Roman" w:cs="Times New Roman"/>
          <w:sz w:val="24"/>
          <w:szCs w:val="24"/>
        </w:rPr>
        <w:t>dapat</w:t>
      </w:r>
      <w:proofErr w:type="spellEnd"/>
      <w:r w:rsidRPr="00232B51">
        <w:rPr>
          <w:rFonts w:ascii="Times New Roman" w:hAnsi="Times New Roman" w:cs="Times New Roman"/>
          <w:sz w:val="24"/>
          <w:szCs w:val="24"/>
        </w:rPr>
        <w:t xml:space="preserve"> </w:t>
      </w:r>
      <w:proofErr w:type="spellStart"/>
      <w:r w:rsidRPr="00232B51">
        <w:rPr>
          <w:rFonts w:ascii="Times New Roman" w:hAnsi="Times New Roman" w:cs="Times New Roman"/>
          <w:sz w:val="24"/>
          <w:szCs w:val="24"/>
        </w:rPr>
        <w:t>dikatakan</w:t>
      </w:r>
      <w:proofErr w:type="spellEnd"/>
      <w:r w:rsidRPr="00232B51">
        <w:rPr>
          <w:rFonts w:ascii="Times New Roman" w:hAnsi="Times New Roman" w:cs="Times New Roman"/>
          <w:sz w:val="24"/>
          <w:szCs w:val="24"/>
        </w:rPr>
        <w:t xml:space="preserve"> </w:t>
      </w:r>
      <w:proofErr w:type="spellStart"/>
      <w:r w:rsidRPr="00232B51">
        <w:rPr>
          <w:rFonts w:ascii="Times New Roman" w:hAnsi="Times New Roman" w:cs="Times New Roman"/>
          <w:sz w:val="24"/>
          <w:szCs w:val="24"/>
        </w:rPr>
        <w:t>mengalami</w:t>
      </w:r>
      <w:proofErr w:type="spellEnd"/>
      <w:r w:rsidRPr="00232B51">
        <w:rPr>
          <w:rFonts w:ascii="Times New Roman" w:hAnsi="Times New Roman" w:cs="Times New Roman"/>
          <w:sz w:val="24"/>
          <w:szCs w:val="24"/>
        </w:rPr>
        <w:t xml:space="preserve"> </w:t>
      </w:r>
      <w:proofErr w:type="spellStart"/>
      <w:r w:rsidRPr="00232B51">
        <w:rPr>
          <w:rFonts w:ascii="Times New Roman" w:hAnsi="Times New Roman" w:cs="Times New Roman"/>
          <w:sz w:val="24"/>
          <w:szCs w:val="24"/>
        </w:rPr>
        <w:t>intoleransi</w:t>
      </w:r>
      <w:proofErr w:type="spellEnd"/>
      <w:r w:rsidRPr="00232B51">
        <w:rPr>
          <w:rFonts w:ascii="Times New Roman" w:hAnsi="Times New Roman" w:cs="Times New Roman"/>
          <w:sz w:val="24"/>
          <w:szCs w:val="24"/>
        </w:rPr>
        <w:t xml:space="preserve"> </w:t>
      </w:r>
      <w:proofErr w:type="spellStart"/>
      <w:r w:rsidRPr="00232B51">
        <w:rPr>
          <w:rFonts w:ascii="Times New Roman" w:hAnsi="Times New Roman" w:cs="Times New Roman"/>
          <w:sz w:val="24"/>
          <w:szCs w:val="24"/>
        </w:rPr>
        <w:t>aktivitas</w:t>
      </w:r>
      <w:proofErr w:type="spellEnd"/>
      <w:r w:rsidRPr="00232B51">
        <w:rPr>
          <w:rFonts w:ascii="Times New Roman" w:hAnsi="Times New Roman" w:cs="Times New Roman"/>
          <w:sz w:val="24"/>
          <w:szCs w:val="24"/>
        </w:rPr>
        <w:t>.</w:t>
      </w:r>
      <w:r w:rsidR="00761EA1" w:rsidRPr="00761EA1">
        <w:rPr>
          <w:rFonts w:ascii="Times New Roman" w:hAnsi="Times New Roman" w:cs="Times New Roman"/>
          <w:sz w:val="24"/>
          <w:szCs w:val="24"/>
        </w:rPr>
        <w:t xml:space="preserve"> </w:t>
      </w:r>
    </w:p>
    <w:p w14:paraId="641C2B65" w14:textId="77777777" w:rsidR="00761EA1" w:rsidRPr="00232B51" w:rsidRDefault="00761EA1" w:rsidP="00761EA1">
      <w:pPr>
        <w:pStyle w:val="ListParagraph"/>
        <w:numPr>
          <w:ilvl w:val="0"/>
          <w:numId w:val="10"/>
        </w:numPr>
        <w:jc w:val="both"/>
        <w:rPr>
          <w:rFonts w:ascii="Times New Roman" w:hAnsi="Times New Roman" w:cs="Times New Roman"/>
          <w:sz w:val="24"/>
          <w:szCs w:val="24"/>
        </w:rPr>
      </w:pPr>
      <w:proofErr w:type="spellStart"/>
      <w:r w:rsidRPr="00232B51">
        <w:rPr>
          <w:rFonts w:ascii="Times New Roman" w:hAnsi="Times New Roman" w:cs="Times New Roman"/>
          <w:sz w:val="24"/>
          <w:szCs w:val="24"/>
        </w:rPr>
        <w:t>Identifikasi</w:t>
      </w:r>
      <w:proofErr w:type="spellEnd"/>
      <w:r w:rsidRPr="00232B51">
        <w:rPr>
          <w:rFonts w:ascii="Times New Roman" w:hAnsi="Times New Roman" w:cs="Times New Roman"/>
          <w:sz w:val="24"/>
          <w:szCs w:val="24"/>
        </w:rPr>
        <w:t xml:space="preserve"> </w:t>
      </w:r>
      <w:proofErr w:type="spellStart"/>
      <w:r w:rsidRPr="00232B51">
        <w:rPr>
          <w:rFonts w:ascii="Times New Roman" w:hAnsi="Times New Roman" w:cs="Times New Roman"/>
          <w:sz w:val="24"/>
          <w:szCs w:val="24"/>
        </w:rPr>
        <w:t>Kriteria</w:t>
      </w:r>
      <w:proofErr w:type="spellEnd"/>
      <w:r w:rsidRPr="00232B51">
        <w:rPr>
          <w:rFonts w:ascii="Times New Roman" w:hAnsi="Times New Roman" w:cs="Times New Roman"/>
          <w:sz w:val="24"/>
          <w:szCs w:val="24"/>
        </w:rPr>
        <w:t xml:space="preserve"> </w:t>
      </w:r>
      <w:proofErr w:type="spellStart"/>
      <w:r w:rsidRPr="00232B51">
        <w:rPr>
          <w:rFonts w:ascii="Times New Roman" w:hAnsi="Times New Roman" w:cs="Times New Roman"/>
          <w:sz w:val="24"/>
          <w:szCs w:val="24"/>
        </w:rPr>
        <w:t>Inklusi</w:t>
      </w:r>
      <w:proofErr w:type="spellEnd"/>
    </w:p>
    <w:p w14:paraId="27B99EC1" w14:textId="77777777" w:rsidR="00761EA1" w:rsidRPr="00761EA1" w:rsidRDefault="00761EA1" w:rsidP="00230F02">
      <w:pPr>
        <w:jc w:val="center"/>
        <w:rPr>
          <w:rFonts w:ascii="Times New Roman" w:hAnsi="Times New Roman" w:cs="Times New Roman"/>
          <w:sz w:val="24"/>
          <w:szCs w:val="24"/>
        </w:rPr>
      </w:pPr>
      <w:proofErr w:type="spellStart"/>
      <w:r w:rsidRPr="00761EA1">
        <w:rPr>
          <w:rFonts w:ascii="Times New Roman" w:hAnsi="Times New Roman" w:cs="Times New Roman"/>
          <w:sz w:val="24"/>
          <w:szCs w:val="24"/>
        </w:rPr>
        <w:t>Tabel</w:t>
      </w:r>
      <w:proofErr w:type="spellEnd"/>
      <w:r>
        <w:rPr>
          <w:rFonts w:ascii="Times New Roman" w:hAnsi="Times New Roman" w:cs="Times New Roman"/>
          <w:sz w:val="24"/>
          <w:szCs w:val="24"/>
        </w:rPr>
        <w:t xml:space="preserve"> 3. </w:t>
      </w:r>
      <w:proofErr w:type="spellStart"/>
      <w:r>
        <w:rPr>
          <w:rFonts w:ascii="Times New Roman" w:hAnsi="Times New Roman" w:cs="Times New Roman"/>
          <w:sz w:val="24"/>
          <w:szCs w:val="24"/>
        </w:rPr>
        <w:t>Kriteria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Inklusi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Responden</w:t>
      </w:r>
      <w:proofErr w:type="spellEnd"/>
    </w:p>
    <w:tbl>
      <w:tblPr>
        <w:tblW w:w="8460" w:type="dxa"/>
        <w:tblBorders>
          <w:top w:val="single" w:sz="4" w:space="0" w:color="auto"/>
          <w:bottom w:val="single" w:sz="4" w:space="0" w:color="auto"/>
        </w:tblBorders>
        <w:tblLayout w:type="fixed"/>
        <w:tblLook w:val="04A0" w:firstRow="1" w:lastRow="0" w:firstColumn="1" w:lastColumn="0" w:noHBand="0" w:noVBand="1"/>
      </w:tblPr>
      <w:tblGrid>
        <w:gridCol w:w="567"/>
        <w:gridCol w:w="4633"/>
        <w:gridCol w:w="709"/>
        <w:gridCol w:w="992"/>
        <w:gridCol w:w="709"/>
        <w:gridCol w:w="850"/>
      </w:tblGrid>
      <w:tr w:rsidR="00197678" w:rsidRPr="00272526" w14:paraId="5A060EE3" w14:textId="77777777" w:rsidTr="005418A8">
        <w:trPr>
          <w:trHeight w:val="248"/>
        </w:trPr>
        <w:tc>
          <w:tcPr>
            <w:tcW w:w="567" w:type="dxa"/>
            <w:vMerge w:val="restart"/>
            <w:tcBorders>
              <w:top w:val="single" w:sz="4" w:space="0" w:color="auto"/>
              <w:bottom w:val="nil"/>
            </w:tcBorders>
            <w:vAlign w:val="center"/>
            <w:hideMark/>
          </w:tcPr>
          <w:p w14:paraId="170C1C85" w14:textId="77777777" w:rsidR="00197678" w:rsidRPr="00272526" w:rsidRDefault="00197678" w:rsidP="005418A8">
            <w:pPr>
              <w:spacing w:after="0" w:line="240" w:lineRule="auto"/>
              <w:rPr>
                <w:rFonts w:ascii="Times New Roman" w:eastAsia="Calibri" w:hAnsi="Times New Roman" w:cs="Times New Roman"/>
                <w:b/>
                <w:bCs/>
              </w:rPr>
            </w:pPr>
            <w:r w:rsidRPr="00272526">
              <w:rPr>
                <w:rFonts w:ascii="Times New Roman" w:eastAsia="Calibri" w:hAnsi="Times New Roman" w:cs="Times New Roman"/>
                <w:b/>
                <w:bCs/>
              </w:rPr>
              <w:t>No</w:t>
            </w:r>
          </w:p>
        </w:tc>
        <w:tc>
          <w:tcPr>
            <w:tcW w:w="4633" w:type="dxa"/>
            <w:vMerge w:val="restart"/>
            <w:tcBorders>
              <w:top w:val="single" w:sz="4" w:space="0" w:color="auto"/>
              <w:bottom w:val="nil"/>
            </w:tcBorders>
            <w:vAlign w:val="center"/>
            <w:hideMark/>
          </w:tcPr>
          <w:p w14:paraId="46AEDBF4" w14:textId="77777777" w:rsidR="00197678" w:rsidRPr="00272526" w:rsidRDefault="00197678" w:rsidP="005418A8">
            <w:pPr>
              <w:spacing w:after="0" w:line="240" w:lineRule="auto"/>
              <w:rPr>
                <w:rFonts w:ascii="Times New Roman" w:eastAsia="Calibri" w:hAnsi="Times New Roman" w:cs="Times New Roman"/>
                <w:b/>
                <w:bCs/>
              </w:rPr>
            </w:pPr>
            <w:proofErr w:type="spellStart"/>
            <w:r w:rsidRPr="00272526">
              <w:rPr>
                <w:rFonts w:ascii="Times New Roman" w:eastAsia="Calibri" w:hAnsi="Times New Roman" w:cs="Times New Roman"/>
                <w:b/>
                <w:bCs/>
              </w:rPr>
              <w:t>Kriteria</w:t>
            </w:r>
            <w:proofErr w:type="spellEnd"/>
            <w:r w:rsidRPr="00272526">
              <w:rPr>
                <w:rFonts w:ascii="Times New Roman" w:eastAsia="Calibri" w:hAnsi="Times New Roman" w:cs="Times New Roman"/>
                <w:b/>
                <w:bCs/>
              </w:rPr>
              <w:t xml:space="preserve"> </w:t>
            </w:r>
            <w:proofErr w:type="spellStart"/>
            <w:r w:rsidRPr="00272526">
              <w:rPr>
                <w:rFonts w:ascii="Times New Roman" w:eastAsia="Calibri" w:hAnsi="Times New Roman" w:cs="Times New Roman"/>
                <w:b/>
                <w:bCs/>
              </w:rPr>
              <w:t>Inklusi</w:t>
            </w:r>
            <w:proofErr w:type="spellEnd"/>
          </w:p>
        </w:tc>
        <w:tc>
          <w:tcPr>
            <w:tcW w:w="1701" w:type="dxa"/>
            <w:gridSpan w:val="2"/>
            <w:tcBorders>
              <w:top w:val="single" w:sz="4" w:space="0" w:color="auto"/>
              <w:bottom w:val="single" w:sz="4" w:space="0" w:color="auto"/>
            </w:tcBorders>
            <w:vAlign w:val="center"/>
            <w:hideMark/>
          </w:tcPr>
          <w:p w14:paraId="3D38FDFA" w14:textId="77777777" w:rsidR="00197678" w:rsidRPr="00272526" w:rsidRDefault="00197678" w:rsidP="005418A8">
            <w:pPr>
              <w:spacing w:after="0" w:line="240" w:lineRule="auto"/>
              <w:jc w:val="center"/>
              <w:rPr>
                <w:rFonts w:ascii="Times New Roman" w:eastAsia="Calibri" w:hAnsi="Times New Roman" w:cs="Times New Roman"/>
                <w:b/>
                <w:bCs/>
              </w:rPr>
            </w:pPr>
            <w:proofErr w:type="spellStart"/>
            <w:proofErr w:type="gramStart"/>
            <w:r w:rsidRPr="00272526">
              <w:rPr>
                <w:rFonts w:ascii="Times New Roman" w:eastAsia="Calibri" w:hAnsi="Times New Roman" w:cs="Times New Roman"/>
                <w:b/>
                <w:bCs/>
              </w:rPr>
              <w:t>Nn.A</w:t>
            </w:r>
            <w:proofErr w:type="spellEnd"/>
            <w:proofErr w:type="gramEnd"/>
          </w:p>
        </w:tc>
        <w:tc>
          <w:tcPr>
            <w:tcW w:w="1559" w:type="dxa"/>
            <w:gridSpan w:val="2"/>
            <w:tcBorders>
              <w:top w:val="single" w:sz="4" w:space="0" w:color="auto"/>
              <w:bottom w:val="single" w:sz="4" w:space="0" w:color="auto"/>
            </w:tcBorders>
            <w:vAlign w:val="center"/>
          </w:tcPr>
          <w:p w14:paraId="4E742D98" w14:textId="77777777" w:rsidR="00197678" w:rsidRPr="00272526" w:rsidRDefault="00197678" w:rsidP="005418A8">
            <w:pPr>
              <w:spacing w:after="0" w:line="240" w:lineRule="auto"/>
              <w:jc w:val="center"/>
              <w:rPr>
                <w:rFonts w:ascii="Times New Roman" w:eastAsia="Calibri" w:hAnsi="Times New Roman" w:cs="Times New Roman"/>
                <w:b/>
                <w:bCs/>
              </w:rPr>
            </w:pPr>
            <w:proofErr w:type="spellStart"/>
            <w:proofErr w:type="gramStart"/>
            <w:r w:rsidRPr="00272526">
              <w:rPr>
                <w:rFonts w:ascii="Times New Roman" w:eastAsia="Calibri" w:hAnsi="Times New Roman" w:cs="Times New Roman"/>
                <w:b/>
                <w:bCs/>
              </w:rPr>
              <w:t>Nn.F</w:t>
            </w:r>
            <w:proofErr w:type="spellEnd"/>
            <w:proofErr w:type="gramEnd"/>
          </w:p>
        </w:tc>
      </w:tr>
      <w:tr w:rsidR="00197678" w:rsidRPr="00272526" w14:paraId="061E1A56" w14:textId="77777777" w:rsidTr="005418A8">
        <w:trPr>
          <w:trHeight w:val="55"/>
        </w:trPr>
        <w:tc>
          <w:tcPr>
            <w:tcW w:w="567" w:type="dxa"/>
            <w:vMerge/>
            <w:tcBorders>
              <w:top w:val="nil"/>
              <w:bottom w:val="single" w:sz="4" w:space="0" w:color="auto"/>
            </w:tcBorders>
            <w:vAlign w:val="center"/>
          </w:tcPr>
          <w:p w14:paraId="3575FF2B" w14:textId="77777777" w:rsidR="00197678" w:rsidRPr="00272526" w:rsidRDefault="00197678" w:rsidP="005418A8">
            <w:pPr>
              <w:spacing w:after="0" w:line="240" w:lineRule="auto"/>
              <w:rPr>
                <w:rFonts w:ascii="Times New Roman" w:eastAsia="Calibri" w:hAnsi="Times New Roman" w:cs="Times New Roman"/>
                <w:b/>
                <w:bCs/>
              </w:rPr>
            </w:pPr>
          </w:p>
        </w:tc>
        <w:tc>
          <w:tcPr>
            <w:tcW w:w="4633" w:type="dxa"/>
            <w:vMerge/>
            <w:tcBorders>
              <w:top w:val="nil"/>
              <w:bottom w:val="single" w:sz="4" w:space="0" w:color="auto"/>
            </w:tcBorders>
            <w:vAlign w:val="center"/>
          </w:tcPr>
          <w:p w14:paraId="0ACAF342" w14:textId="77777777" w:rsidR="00197678" w:rsidRPr="00272526" w:rsidRDefault="00197678" w:rsidP="005418A8">
            <w:pPr>
              <w:spacing w:after="0" w:line="240" w:lineRule="auto"/>
              <w:rPr>
                <w:rFonts w:ascii="Times New Roman" w:eastAsia="Calibri" w:hAnsi="Times New Roman" w:cs="Times New Roman"/>
                <w:b/>
                <w:bCs/>
              </w:rPr>
            </w:pPr>
          </w:p>
        </w:tc>
        <w:tc>
          <w:tcPr>
            <w:tcW w:w="709" w:type="dxa"/>
            <w:tcBorders>
              <w:top w:val="single" w:sz="4" w:space="0" w:color="auto"/>
              <w:bottom w:val="single" w:sz="4" w:space="0" w:color="auto"/>
            </w:tcBorders>
            <w:vAlign w:val="center"/>
          </w:tcPr>
          <w:p w14:paraId="26E2EE44" w14:textId="77777777" w:rsidR="00197678" w:rsidRPr="00272526" w:rsidRDefault="00197678" w:rsidP="005418A8">
            <w:pPr>
              <w:spacing w:after="0" w:line="240" w:lineRule="auto"/>
              <w:jc w:val="center"/>
              <w:rPr>
                <w:rFonts w:ascii="Times New Roman" w:eastAsia="Calibri" w:hAnsi="Times New Roman" w:cs="Times New Roman"/>
                <w:b/>
                <w:bCs/>
              </w:rPr>
            </w:pPr>
            <w:proofErr w:type="spellStart"/>
            <w:r w:rsidRPr="00272526">
              <w:rPr>
                <w:rFonts w:ascii="Times New Roman" w:eastAsia="Calibri" w:hAnsi="Times New Roman" w:cs="Times New Roman"/>
                <w:b/>
                <w:bCs/>
              </w:rPr>
              <w:t>Ya</w:t>
            </w:r>
            <w:proofErr w:type="spellEnd"/>
          </w:p>
        </w:tc>
        <w:tc>
          <w:tcPr>
            <w:tcW w:w="992" w:type="dxa"/>
            <w:tcBorders>
              <w:top w:val="single" w:sz="4" w:space="0" w:color="auto"/>
              <w:bottom w:val="single" w:sz="4" w:space="0" w:color="auto"/>
            </w:tcBorders>
            <w:vAlign w:val="center"/>
          </w:tcPr>
          <w:p w14:paraId="6ADB5E86" w14:textId="77777777" w:rsidR="00197678" w:rsidRPr="00272526" w:rsidRDefault="00197678" w:rsidP="005418A8">
            <w:pPr>
              <w:spacing w:after="0" w:line="240" w:lineRule="auto"/>
              <w:jc w:val="center"/>
              <w:rPr>
                <w:rFonts w:ascii="Times New Roman" w:eastAsia="Calibri" w:hAnsi="Times New Roman" w:cs="Times New Roman"/>
                <w:b/>
                <w:bCs/>
              </w:rPr>
            </w:pPr>
            <w:proofErr w:type="spellStart"/>
            <w:r w:rsidRPr="00272526">
              <w:rPr>
                <w:rFonts w:ascii="Times New Roman" w:eastAsia="Calibri" w:hAnsi="Times New Roman" w:cs="Times New Roman"/>
                <w:b/>
                <w:bCs/>
              </w:rPr>
              <w:t>Tidak</w:t>
            </w:r>
            <w:proofErr w:type="spellEnd"/>
          </w:p>
        </w:tc>
        <w:tc>
          <w:tcPr>
            <w:tcW w:w="709" w:type="dxa"/>
            <w:tcBorders>
              <w:top w:val="single" w:sz="4" w:space="0" w:color="auto"/>
              <w:bottom w:val="single" w:sz="4" w:space="0" w:color="auto"/>
            </w:tcBorders>
            <w:vAlign w:val="center"/>
          </w:tcPr>
          <w:p w14:paraId="7CC620E1" w14:textId="77777777" w:rsidR="00197678" w:rsidRPr="00272526" w:rsidRDefault="00197678" w:rsidP="005418A8">
            <w:pPr>
              <w:spacing w:after="0" w:line="240" w:lineRule="auto"/>
              <w:jc w:val="center"/>
              <w:rPr>
                <w:rFonts w:ascii="Times New Roman" w:eastAsia="Calibri" w:hAnsi="Times New Roman" w:cs="Times New Roman"/>
                <w:b/>
                <w:bCs/>
              </w:rPr>
            </w:pPr>
            <w:proofErr w:type="spellStart"/>
            <w:r w:rsidRPr="00272526">
              <w:rPr>
                <w:rFonts w:ascii="Times New Roman" w:eastAsia="Calibri" w:hAnsi="Times New Roman" w:cs="Times New Roman"/>
                <w:b/>
                <w:bCs/>
              </w:rPr>
              <w:t>Ya</w:t>
            </w:r>
            <w:proofErr w:type="spellEnd"/>
          </w:p>
        </w:tc>
        <w:tc>
          <w:tcPr>
            <w:tcW w:w="850" w:type="dxa"/>
            <w:tcBorders>
              <w:top w:val="single" w:sz="4" w:space="0" w:color="auto"/>
              <w:bottom w:val="single" w:sz="4" w:space="0" w:color="auto"/>
            </w:tcBorders>
            <w:vAlign w:val="center"/>
          </w:tcPr>
          <w:p w14:paraId="57E84EA6" w14:textId="77777777" w:rsidR="00197678" w:rsidRPr="00272526" w:rsidRDefault="00197678" w:rsidP="005418A8">
            <w:pPr>
              <w:spacing w:after="0" w:line="240" w:lineRule="auto"/>
              <w:jc w:val="center"/>
              <w:rPr>
                <w:rFonts w:ascii="Times New Roman" w:eastAsia="Calibri" w:hAnsi="Times New Roman" w:cs="Times New Roman"/>
                <w:b/>
                <w:bCs/>
              </w:rPr>
            </w:pPr>
            <w:proofErr w:type="spellStart"/>
            <w:r w:rsidRPr="00272526">
              <w:rPr>
                <w:rFonts w:ascii="Times New Roman" w:eastAsia="Calibri" w:hAnsi="Times New Roman" w:cs="Times New Roman"/>
                <w:b/>
                <w:bCs/>
              </w:rPr>
              <w:t>Tidak</w:t>
            </w:r>
            <w:proofErr w:type="spellEnd"/>
          </w:p>
        </w:tc>
      </w:tr>
      <w:tr w:rsidR="00197678" w:rsidRPr="00272526" w14:paraId="0136C910" w14:textId="77777777" w:rsidTr="005418A8">
        <w:trPr>
          <w:trHeight w:val="397"/>
        </w:trPr>
        <w:tc>
          <w:tcPr>
            <w:tcW w:w="567" w:type="dxa"/>
            <w:tcBorders>
              <w:top w:val="single" w:sz="4" w:space="0" w:color="auto"/>
            </w:tcBorders>
            <w:vAlign w:val="center"/>
            <w:hideMark/>
          </w:tcPr>
          <w:p w14:paraId="4BE51B86" w14:textId="77777777" w:rsidR="00197678" w:rsidRPr="00272526" w:rsidRDefault="00197678" w:rsidP="005418A8">
            <w:pPr>
              <w:spacing w:after="0" w:line="240" w:lineRule="auto"/>
              <w:rPr>
                <w:rFonts w:ascii="Times New Roman" w:eastAsia="Calibri" w:hAnsi="Times New Roman" w:cs="Times New Roman"/>
              </w:rPr>
            </w:pPr>
            <w:r w:rsidRPr="00272526">
              <w:rPr>
                <w:rFonts w:ascii="Times New Roman" w:eastAsia="Calibri" w:hAnsi="Times New Roman" w:cs="Times New Roman"/>
              </w:rPr>
              <w:t>1.</w:t>
            </w:r>
          </w:p>
        </w:tc>
        <w:tc>
          <w:tcPr>
            <w:tcW w:w="4633" w:type="dxa"/>
            <w:tcBorders>
              <w:top w:val="single" w:sz="4" w:space="0" w:color="auto"/>
            </w:tcBorders>
            <w:vAlign w:val="center"/>
            <w:hideMark/>
          </w:tcPr>
          <w:p w14:paraId="2F5DCC0E" w14:textId="77777777" w:rsidR="00197678" w:rsidRPr="00272526" w:rsidRDefault="00197678" w:rsidP="005418A8">
            <w:pPr>
              <w:spacing w:after="0" w:line="240" w:lineRule="auto"/>
              <w:jc w:val="both"/>
              <w:rPr>
                <w:rFonts w:ascii="Times New Roman" w:eastAsia="Calibri" w:hAnsi="Times New Roman" w:cs="Times New Roman"/>
                <w:lang w:val="sv-SE"/>
              </w:rPr>
            </w:pPr>
            <w:proofErr w:type="spellStart"/>
            <w:r w:rsidRPr="00272526">
              <w:rPr>
                <w:rFonts w:ascii="Times New Roman" w:eastAsia="Calibri" w:hAnsi="Times New Roman" w:cs="Times New Roman"/>
                <w:lang w:val="sv-SE"/>
              </w:rPr>
              <w:t>Remaja</w:t>
            </w:r>
            <w:proofErr w:type="spellEnd"/>
            <w:r w:rsidRPr="00272526">
              <w:rPr>
                <w:rFonts w:ascii="Times New Roman" w:eastAsia="Calibri" w:hAnsi="Times New Roman" w:cs="Times New Roman"/>
                <w:lang w:val="sv-SE"/>
              </w:rPr>
              <w:t xml:space="preserve"> </w:t>
            </w:r>
            <w:proofErr w:type="spellStart"/>
            <w:r w:rsidRPr="00272526">
              <w:rPr>
                <w:rFonts w:ascii="Times New Roman" w:eastAsia="Calibri" w:hAnsi="Times New Roman" w:cs="Times New Roman"/>
                <w:lang w:val="sv-SE"/>
              </w:rPr>
              <w:t>putri</w:t>
            </w:r>
            <w:proofErr w:type="spellEnd"/>
            <w:r w:rsidRPr="00272526">
              <w:rPr>
                <w:rFonts w:ascii="Times New Roman" w:eastAsia="Calibri" w:hAnsi="Times New Roman" w:cs="Times New Roman"/>
                <w:lang w:val="sv-SE"/>
              </w:rPr>
              <w:t xml:space="preserve"> yang </w:t>
            </w:r>
            <w:proofErr w:type="spellStart"/>
            <w:r w:rsidRPr="00272526">
              <w:rPr>
                <w:rFonts w:ascii="Times New Roman" w:eastAsia="Calibri" w:hAnsi="Times New Roman" w:cs="Times New Roman"/>
                <w:lang w:val="sv-SE"/>
              </w:rPr>
              <w:t>masih</w:t>
            </w:r>
            <w:proofErr w:type="spellEnd"/>
            <w:r w:rsidRPr="00272526">
              <w:rPr>
                <w:rFonts w:ascii="Times New Roman" w:eastAsia="Calibri" w:hAnsi="Times New Roman" w:cs="Times New Roman"/>
                <w:lang w:val="sv-SE"/>
              </w:rPr>
              <w:t xml:space="preserve"> </w:t>
            </w:r>
            <w:proofErr w:type="spellStart"/>
            <w:r w:rsidRPr="00272526">
              <w:rPr>
                <w:rFonts w:ascii="Times New Roman" w:eastAsia="Calibri" w:hAnsi="Times New Roman" w:cs="Times New Roman"/>
                <w:lang w:val="sv-SE"/>
              </w:rPr>
              <w:t>berpendidikan</w:t>
            </w:r>
            <w:proofErr w:type="spellEnd"/>
            <w:r w:rsidRPr="00272526">
              <w:rPr>
                <w:rFonts w:ascii="Times New Roman" w:eastAsia="Calibri" w:hAnsi="Times New Roman" w:cs="Times New Roman"/>
                <w:lang w:val="sv-SE"/>
              </w:rPr>
              <w:t xml:space="preserve"> SMA/SMK</w:t>
            </w:r>
          </w:p>
        </w:tc>
        <w:tc>
          <w:tcPr>
            <w:tcW w:w="709" w:type="dxa"/>
            <w:tcBorders>
              <w:top w:val="single" w:sz="4" w:space="0" w:color="auto"/>
            </w:tcBorders>
            <w:vAlign w:val="center"/>
          </w:tcPr>
          <w:p w14:paraId="3C6A0FE6" w14:textId="77777777" w:rsidR="00197678" w:rsidRPr="00272526" w:rsidRDefault="00197678" w:rsidP="005418A8">
            <w:pPr>
              <w:spacing w:after="0" w:line="240" w:lineRule="auto"/>
              <w:jc w:val="center"/>
              <w:rPr>
                <w:rFonts w:ascii="Times New Roman" w:eastAsia="Calibri" w:hAnsi="Times New Roman" w:cs="Times New Roman"/>
              </w:rPr>
            </w:pPr>
            <w:r w:rsidRPr="00272526">
              <w:rPr>
                <w:rFonts w:ascii="Times New Roman" w:eastAsia="Calibri" w:hAnsi="Times New Roman" w:cs="Times New Roman"/>
              </w:rPr>
              <w:sym w:font="Wingdings" w:char="F0FC"/>
            </w:r>
          </w:p>
        </w:tc>
        <w:tc>
          <w:tcPr>
            <w:tcW w:w="992" w:type="dxa"/>
            <w:tcBorders>
              <w:top w:val="single" w:sz="4" w:space="0" w:color="auto"/>
            </w:tcBorders>
            <w:vAlign w:val="center"/>
          </w:tcPr>
          <w:p w14:paraId="4BF0CA16" w14:textId="77777777" w:rsidR="00197678" w:rsidRPr="00272526" w:rsidRDefault="00197678" w:rsidP="005418A8">
            <w:pPr>
              <w:spacing w:after="0" w:line="240" w:lineRule="auto"/>
              <w:rPr>
                <w:rFonts w:ascii="Times New Roman" w:eastAsia="Calibri" w:hAnsi="Times New Roman" w:cs="Times New Roman"/>
              </w:rPr>
            </w:pPr>
          </w:p>
        </w:tc>
        <w:tc>
          <w:tcPr>
            <w:tcW w:w="709" w:type="dxa"/>
            <w:tcBorders>
              <w:top w:val="single" w:sz="4" w:space="0" w:color="auto"/>
            </w:tcBorders>
          </w:tcPr>
          <w:p w14:paraId="6F859E88" w14:textId="77777777" w:rsidR="00197678" w:rsidRPr="00272526" w:rsidRDefault="00197678" w:rsidP="005418A8">
            <w:pPr>
              <w:spacing w:after="0" w:line="240" w:lineRule="auto"/>
              <w:jc w:val="center"/>
              <w:rPr>
                <w:rFonts w:ascii="Times New Roman" w:eastAsia="Calibri" w:hAnsi="Times New Roman" w:cs="Times New Roman"/>
              </w:rPr>
            </w:pPr>
            <w:r w:rsidRPr="00272526">
              <w:rPr>
                <w:rFonts w:ascii="Times New Roman" w:eastAsia="Calibri" w:hAnsi="Times New Roman" w:cs="Times New Roman"/>
              </w:rPr>
              <w:sym w:font="Wingdings" w:char="F0FC"/>
            </w:r>
          </w:p>
        </w:tc>
        <w:tc>
          <w:tcPr>
            <w:tcW w:w="850" w:type="dxa"/>
            <w:tcBorders>
              <w:top w:val="single" w:sz="4" w:space="0" w:color="auto"/>
            </w:tcBorders>
          </w:tcPr>
          <w:p w14:paraId="741FC0DD" w14:textId="77777777" w:rsidR="00197678" w:rsidRPr="00272526" w:rsidRDefault="00197678" w:rsidP="005418A8">
            <w:pPr>
              <w:spacing w:after="0" w:line="240" w:lineRule="auto"/>
              <w:rPr>
                <w:rFonts w:ascii="Times New Roman" w:eastAsia="Calibri" w:hAnsi="Times New Roman" w:cs="Times New Roman"/>
              </w:rPr>
            </w:pPr>
          </w:p>
        </w:tc>
      </w:tr>
      <w:tr w:rsidR="00197678" w:rsidRPr="00272526" w14:paraId="07787F02" w14:textId="77777777" w:rsidTr="005418A8">
        <w:trPr>
          <w:trHeight w:val="532"/>
        </w:trPr>
        <w:tc>
          <w:tcPr>
            <w:tcW w:w="567" w:type="dxa"/>
            <w:vAlign w:val="center"/>
            <w:hideMark/>
          </w:tcPr>
          <w:p w14:paraId="2DCC1825" w14:textId="77777777" w:rsidR="00197678" w:rsidRPr="00272526" w:rsidRDefault="00197678" w:rsidP="005418A8">
            <w:pPr>
              <w:spacing w:after="0" w:line="240" w:lineRule="auto"/>
              <w:rPr>
                <w:rFonts w:ascii="Times New Roman" w:eastAsia="Calibri" w:hAnsi="Times New Roman" w:cs="Times New Roman"/>
              </w:rPr>
            </w:pPr>
            <w:r w:rsidRPr="00272526">
              <w:rPr>
                <w:rFonts w:ascii="Times New Roman" w:eastAsia="Calibri" w:hAnsi="Times New Roman" w:cs="Times New Roman"/>
              </w:rPr>
              <w:t>2.</w:t>
            </w:r>
          </w:p>
        </w:tc>
        <w:tc>
          <w:tcPr>
            <w:tcW w:w="4633" w:type="dxa"/>
            <w:vAlign w:val="center"/>
            <w:hideMark/>
          </w:tcPr>
          <w:p w14:paraId="09C7192A" w14:textId="77777777" w:rsidR="00197678" w:rsidRPr="00272526" w:rsidRDefault="00197678" w:rsidP="005418A8">
            <w:pPr>
              <w:spacing w:after="0" w:line="240" w:lineRule="auto"/>
              <w:jc w:val="both"/>
              <w:rPr>
                <w:rFonts w:ascii="Times New Roman" w:eastAsia="Calibri" w:hAnsi="Times New Roman" w:cs="Times New Roman"/>
                <w:lang w:val="sv-SE"/>
              </w:rPr>
            </w:pPr>
            <w:commentRangeStart w:id="7"/>
            <w:r w:rsidRPr="00272526">
              <w:rPr>
                <w:rFonts w:ascii="Times New Roman" w:eastAsia="Calibri" w:hAnsi="Times New Roman" w:cs="Times New Roman"/>
                <w:lang w:val="sv-SE"/>
              </w:rPr>
              <w:t xml:space="preserve">Menderita </w:t>
            </w:r>
            <w:proofErr w:type="spellStart"/>
            <w:r w:rsidRPr="00272526">
              <w:rPr>
                <w:rFonts w:ascii="Times New Roman" w:eastAsia="Calibri" w:hAnsi="Times New Roman" w:cs="Times New Roman"/>
                <w:lang w:val="sv-SE"/>
              </w:rPr>
              <w:t>Anemia</w:t>
            </w:r>
            <w:proofErr w:type="spellEnd"/>
            <w:r w:rsidRPr="00272526">
              <w:rPr>
                <w:rFonts w:ascii="Times New Roman" w:eastAsia="Calibri" w:hAnsi="Times New Roman" w:cs="Times New Roman"/>
                <w:lang w:val="sv-SE"/>
              </w:rPr>
              <w:t xml:space="preserve"> (</w:t>
            </w:r>
            <w:proofErr w:type="spellStart"/>
            <w:r w:rsidRPr="00272526">
              <w:rPr>
                <w:rFonts w:ascii="Times New Roman" w:eastAsia="Calibri" w:hAnsi="Times New Roman" w:cs="Times New Roman"/>
                <w:lang w:val="sv-SE"/>
              </w:rPr>
              <w:t>dengan</w:t>
            </w:r>
            <w:proofErr w:type="spellEnd"/>
            <w:r w:rsidRPr="00272526">
              <w:rPr>
                <w:rFonts w:ascii="Times New Roman" w:eastAsia="Calibri" w:hAnsi="Times New Roman" w:cs="Times New Roman"/>
                <w:lang w:val="sv-SE"/>
              </w:rPr>
              <w:t xml:space="preserve"> Hb &lt;12) yang </w:t>
            </w:r>
            <w:proofErr w:type="spellStart"/>
            <w:r w:rsidRPr="00272526">
              <w:rPr>
                <w:rFonts w:ascii="Times New Roman" w:eastAsia="Calibri" w:hAnsi="Times New Roman" w:cs="Times New Roman"/>
                <w:lang w:val="sv-SE"/>
              </w:rPr>
              <w:t>mengalami</w:t>
            </w:r>
            <w:proofErr w:type="spellEnd"/>
            <w:r w:rsidRPr="00272526">
              <w:rPr>
                <w:rFonts w:ascii="Times New Roman" w:eastAsia="Calibri" w:hAnsi="Times New Roman" w:cs="Times New Roman"/>
                <w:lang w:val="sv-SE"/>
              </w:rPr>
              <w:t xml:space="preserve"> </w:t>
            </w:r>
            <w:proofErr w:type="spellStart"/>
            <w:r w:rsidRPr="00272526">
              <w:rPr>
                <w:rFonts w:ascii="Times New Roman" w:eastAsia="Calibri" w:hAnsi="Times New Roman" w:cs="Times New Roman"/>
                <w:lang w:val="sv-SE"/>
              </w:rPr>
              <w:t>intoleransi</w:t>
            </w:r>
            <w:proofErr w:type="spellEnd"/>
            <w:r w:rsidRPr="00272526">
              <w:rPr>
                <w:rFonts w:ascii="Times New Roman" w:eastAsia="Calibri" w:hAnsi="Times New Roman" w:cs="Times New Roman"/>
                <w:lang w:val="sv-SE"/>
              </w:rPr>
              <w:t xml:space="preserve"> </w:t>
            </w:r>
            <w:proofErr w:type="spellStart"/>
            <w:r w:rsidRPr="00272526">
              <w:rPr>
                <w:rFonts w:ascii="Times New Roman" w:eastAsia="Calibri" w:hAnsi="Times New Roman" w:cs="Times New Roman"/>
                <w:lang w:val="sv-SE"/>
              </w:rPr>
              <w:t>aktivitas</w:t>
            </w:r>
            <w:commentRangeEnd w:id="7"/>
            <w:proofErr w:type="spellEnd"/>
            <w:r w:rsidR="00236E54">
              <w:rPr>
                <w:rStyle w:val="CommentReference"/>
              </w:rPr>
              <w:commentReference w:id="7"/>
            </w:r>
          </w:p>
        </w:tc>
        <w:tc>
          <w:tcPr>
            <w:tcW w:w="709" w:type="dxa"/>
            <w:vAlign w:val="center"/>
          </w:tcPr>
          <w:p w14:paraId="361D1772" w14:textId="77777777" w:rsidR="00197678" w:rsidRPr="00272526" w:rsidRDefault="00197678" w:rsidP="005418A8">
            <w:pPr>
              <w:spacing w:after="0" w:line="240" w:lineRule="auto"/>
              <w:jc w:val="center"/>
              <w:rPr>
                <w:rFonts w:ascii="Times New Roman" w:eastAsia="Calibri" w:hAnsi="Times New Roman" w:cs="Times New Roman"/>
              </w:rPr>
            </w:pPr>
            <w:r w:rsidRPr="00272526">
              <w:rPr>
                <w:rFonts w:ascii="Times New Roman" w:eastAsia="Calibri" w:hAnsi="Times New Roman" w:cs="Times New Roman"/>
              </w:rPr>
              <w:sym w:font="Wingdings" w:char="F0FC"/>
            </w:r>
          </w:p>
        </w:tc>
        <w:tc>
          <w:tcPr>
            <w:tcW w:w="992" w:type="dxa"/>
            <w:vAlign w:val="center"/>
          </w:tcPr>
          <w:p w14:paraId="15192E92" w14:textId="77777777" w:rsidR="00197678" w:rsidRPr="00272526" w:rsidRDefault="00197678" w:rsidP="005418A8">
            <w:pPr>
              <w:spacing w:after="0" w:line="240" w:lineRule="auto"/>
              <w:rPr>
                <w:rFonts w:ascii="Times New Roman" w:eastAsia="Calibri" w:hAnsi="Times New Roman" w:cs="Times New Roman"/>
              </w:rPr>
            </w:pPr>
          </w:p>
        </w:tc>
        <w:tc>
          <w:tcPr>
            <w:tcW w:w="709" w:type="dxa"/>
          </w:tcPr>
          <w:p w14:paraId="021C510A" w14:textId="77777777" w:rsidR="00197678" w:rsidRPr="00272526" w:rsidRDefault="00197678" w:rsidP="005418A8">
            <w:pPr>
              <w:spacing w:after="0" w:line="240" w:lineRule="auto"/>
              <w:jc w:val="center"/>
              <w:rPr>
                <w:rFonts w:ascii="Times New Roman" w:eastAsia="Calibri" w:hAnsi="Times New Roman" w:cs="Times New Roman"/>
              </w:rPr>
            </w:pPr>
            <w:r w:rsidRPr="00272526">
              <w:rPr>
                <w:rFonts w:ascii="Times New Roman" w:eastAsia="Calibri" w:hAnsi="Times New Roman" w:cs="Times New Roman"/>
              </w:rPr>
              <w:sym w:font="Wingdings" w:char="F0FC"/>
            </w:r>
          </w:p>
        </w:tc>
        <w:tc>
          <w:tcPr>
            <w:tcW w:w="850" w:type="dxa"/>
          </w:tcPr>
          <w:p w14:paraId="135D9060" w14:textId="77777777" w:rsidR="00197678" w:rsidRPr="00272526" w:rsidRDefault="00197678" w:rsidP="005418A8">
            <w:pPr>
              <w:spacing w:after="0" w:line="240" w:lineRule="auto"/>
              <w:rPr>
                <w:rFonts w:ascii="Times New Roman" w:eastAsia="Calibri" w:hAnsi="Times New Roman" w:cs="Times New Roman"/>
              </w:rPr>
            </w:pPr>
          </w:p>
        </w:tc>
      </w:tr>
      <w:tr w:rsidR="00197678" w:rsidRPr="00272526" w14:paraId="466E03E8" w14:textId="77777777" w:rsidTr="005418A8">
        <w:trPr>
          <w:trHeight w:val="399"/>
        </w:trPr>
        <w:tc>
          <w:tcPr>
            <w:tcW w:w="567" w:type="dxa"/>
            <w:tcBorders>
              <w:bottom w:val="single" w:sz="4" w:space="0" w:color="auto"/>
            </w:tcBorders>
            <w:vAlign w:val="center"/>
            <w:hideMark/>
          </w:tcPr>
          <w:p w14:paraId="34AD28D3" w14:textId="77777777" w:rsidR="00197678" w:rsidRPr="00272526" w:rsidRDefault="00197678" w:rsidP="005418A8">
            <w:pPr>
              <w:spacing w:after="0" w:line="240" w:lineRule="auto"/>
              <w:rPr>
                <w:rFonts w:ascii="Times New Roman" w:eastAsia="Calibri" w:hAnsi="Times New Roman" w:cs="Times New Roman"/>
              </w:rPr>
            </w:pPr>
            <w:r w:rsidRPr="00272526">
              <w:rPr>
                <w:rFonts w:ascii="Times New Roman" w:eastAsia="Calibri" w:hAnsi="Times New Roman" w:cs="Times New Roman"/>
              </w:rPr>
              <w:t>3.</w:t>
            </w:r>
          </w:p>
        </w:tc>
        <w:tc>
          <w:tcPr>
            <w:tcW w:w="4633" w:type="dxa"/>
            <w:tcBorders>
              <w:bottom w:val="single" w:sz="4" w:space="0" w:color="auto"/>
            </w:tcBorders>
            <w:vAlign w:val="center"/>
            <w:hideMark/>
          </w:tcPr>
          <w:p w14:paraId="7203E9DC" w14:textId="77777777" w:rsidR="00197678" w:rsidRPr="00272526" w:rsidRDefault="00197678" w:rsidP="005418A8">
            <w:pPr>
              <w:spacing w:after="0" w:line="240" w:lineRule="auto"/>
              <w:jc w:val="both"/>
              <w:rPr>
                <w:rFonts w:ascii="Times New Roman" w:eastAsia="Calibri" w:hAnsi="Times New Roman" w:cs="Times New Roman"/>
              </w:rPr>
            </w:pPr>
            <w:proofErr w:type="spellStart"/>
            <w:r w:rsidRPr="00272526">
              <w:rPr>
                <w:rFonts w:ascii="Times New Roman" w:eastAsia="Calibri" w:hAnsi="Times New Roman" w:cs="Times New Roman"/>
              </w:rPr>
              <w:t>Tidak</w:t>
            </w:r>
            <w:proofErr w:type="spellEnd"/>
            <w:r w:rsidRPr="00272526">
              <w:rPr>
                <w:rFonts w:ascii="Times New Roman" w:eastAsia="Calibri" w:hAnsi="Times New Roman" w:cs="Times New Roman"/>
              </w:rPr>
              <w:t xml:space="preserve"> </w:t>
            </w:r>
            <w:proofErr w:type="spellStart"/>
            <w:r w:rsidRPr="00272526">
              <w:rPr>
                <w:rFonts w:ascii="Times New Roman" w:eastAsia="Calibri" w:hAnsi="Times New Roman" w:cs="Times New Roman"/>
              </w:rPr>
              <w:t>sedang</w:t>
            </w:r>
            <w:proofErr w:type="spellEnd"/>
            <w:r w:rsidRPr="00272526">
              <w:rPr>
                <w:rFonts w:ascii="Times New Roman" w:eastAsia="Calibri" w:hAnsi="Times New Roman" w:cs="Times New Roman"/>
              </w:rPr>
              <w:t xml:space="preserve"> </w:t>
            </w:r>
            <w:proofErr w:type="spellStart"/>
            <w:r w:rsidRPr="00272526">
              <w:rPr>
                <w:rFonts w:ascii="Times New Roman" w:eastAsia="Calibri" w:hAnsi="Times New Roman" w:cs="Times New Roman"/>
              </w:rPr>
              <w:t>menstruasi</w:t>
            </w:r>
            <w:proofErr w:type="spellEnd"/>
          </w:p>
        </w:tc>
        <w:tc>
          <w:tcPr>
            <w:tcW w:w="709" w:type="dxa"/>
            <w:tcBorders>
              <w:bottom w:val="single" w:sz="4" w:space="0" w:color="auto"/>
            </w:tcBorders>
            <w:vAlign w:val="center"/>
          </w:tcPr>
          <w:p w14:paraId="1B2F9A81" w14:textId="77777777" w:rsidR="00197678" w:rsidRPr="00272526" w:rsidRDefault="00197678" w:rsidP="005418A8">
            <w:pPr>
              <w:spacing w:after="0" w:line="240" w:lineRule="auto"/>
              <w:jc w:val="center"/>
              <w:rPr>
                <w:rFonts w:ascii="Times New Roman" w:eastAsia="Calibri" w:hAnsi="Times New Roman" w:cs="Times New Roman"/>
              </w:rPr>
            </w:pPr>
            <w:r w:rsidRPr="00272526">
              <w:rPr>
                <w:rFonts w:ascii="Times New Roman" w:eastAsia="Calibri" w:hAnsi="Times New Roman" w:cs="Times New Roman"/>
              </w:rPr>
              <w:sym w:font="Wingdings" w:char="F0FC"/>
            </w:r>
          </w:p>
        </w:tc>
        <w:tc>
          <w:tcPr>
            <w:tcW w:w="992" w:type="dxa"/>
            <w:tcBorders>
              <w:bottom w:val="single" w:sz="4" w:space="0" w:color="auto"/>
            </w:tcBorders>
            <w:vAlign w:val="center"/>
          </w:tcPr>
          <w:p w14:paraId="0C470AD4" w14:textId="77777777" w:rsidR="00197678" w:rsidRPr="00272526" w:rsidRDefault="00197678" w:rsidP="005418A8">
            <w:pPr>
              <w:spacing w:after="0" w:line="240" w:lineRule="auto"/>
              <w:rPr>
                <w:rFonts w:ascii="Times New Roman" w:eastAsia="Calibri" w:hAnsi="Times New Roman" w:cs="Times New Roman"/>
              </w:rPr>
            </w:pPr>
          </w:p>
        </w:tc>
        <w:tc>
          <w:tcPr>
            <w:tcW w:w="709" w:type="dxa"/>
            <w:tcBorders>
              <w:bottom w:val="single" w:sz="4" w:space="0" w:color="auto"/>
            </w:tcBorders>
          </w:tcPr>
          <w:p w14:paraId="1C7710D4" w14:textId="77777777" w:rsidR="00197678" w:rsidRPr="00272526" w:rsidRDefault="00197678" w:rsidP="005418A8">
            <w:pPr>
              <w:spacing w:after="0" w:line="240" w:lineRule="auto"/>
              <w:jc w:val="center"/>
              <w:rPr>
                <w:rFonts w:ascii="Times New Roman" w:eastAsia="Calibri" w:hAnsi="Times New Roman" w:cs="Times New Roman"/>
              </w:rPr>
            </w:pPr>
            <w:r w:rsidRPr="00272526">
              <w:rPr>
                <w:rFonts w:ascii="Times New Roman" w:eastAsia="Calibri" w:hAnsi="Times New Roman" w:cs="Times New Roman"/>
              </w:rPr>
              <w:sym w:font="Wingdings" w:char="F0FC"/>
            </w:r>
          </w:p>
        </w:tc>
        <w:tc>
          <w:tcPr>
            <w:tcW w:w="850" w:type="dxa"/>
            <w:tcBorders>
              <w:bottom w:val="single" w:sz="4" w:space="0" w:color="auto"/>
            </w:tcBorders>
          </w:tcPr>
          <w:p w14:paraId="1ECD5621" w14:textId="77777777" w:rsidR="00197678" w:rsidRPr="00272526" w:rsidRDefault="00197678" w:rsidP="005418A8">
            <w:pPr>
              <w:spacing w:after="0" w:line="240" w:lineRule="auto"/>
              <w:rPr>
                <w:rFonts w:ascii="Times New Roman" w:eastAsia="Calibri" w:hAnsi="Times New Roman" w:cs="Times New Roman"/>
              </w:rPr>
            </w:pPr>
          </w:p>
        </w:tc>
      </w:tr>
      <w:tr w:rsidR="00197678" w:rsidRPr="00272526" w14:paraId="044AF1C0" w14:textId="77777777" w:rsidTr="005418A8">
        <w:trPr>
          <w:trHeight w:val="263"/>
        </w:trPr>
        <w:tc>
          <w:tcPr>
            <w:tcW w:w="5200" w:type="dxa"/>
            <w:gridSpan w:val="2"/>
            <w:tcBorders>
              <w:top w:val="single" w:sz="4" w:space="0" w:color="auto"/>
              <w:bottom w:val="single" w:sz="4" w:space="0" w:color="auto"/>
            </w:tcBorders>
            <w:vAlign w:val="center"/>
            <w:hideMark/>
          </w:tcPr>
          <w:p w14:paraId="0598C5E8" w14:textId="77777777" w:rsidR="00197678" w:rsidRPr="00272526" w:rsidRDefault="00197678" w:rsidP="005418A8">
            <w:pPr>
              <w:spacing w:after="0" w:line="240" w:lineRule="auto"/>
              <w:rPr>
                <w:rFonts w:ascii="Times New Roman" w:eastAsia="Calibri" w:hAnsi="Times New Roman" w:cs="Times New Roman"/>
                <w:b/>
                <w:bCs/>
              </w:rPr>
            </w:pPr>
            <w:proofErr w:type="spellStart"/>
            <w:r w:rsidRPr="00272526">
              <w:rPr>
                <w:rFonts w:ascii="Times New Roman" w:eastAsia="Calibri" w:hAnsi="Times New Roman" w:cs="Times New Roman"/>
                <w:b/>
                <w:bCs/>
              </w:rPr>
              <w:t>Jumlah</w:t>
            </w:r>
            <w:proofErr w:type="spellEnd"/>
          </w:p>
        </w:tc>
        <w:tc>
          <w:tcPr>
            <w:tcW w:w="709" w:type="dxa"/>
            <w:tcBorders>
              <w:top w:val="single" w:sz="4" w:space="0" w:color="auto"/>
              <w:bottom w:val="single" w:sz="4" w:space="0" w:color="auto"/>
            </w:tcBorders>
            <w:vAlign w:val="center"/>
          </w:tcPr>
          <w:p w14:paraId="50ED1AF7" w14:textId="77777777" w:rsidR="00197678" w:rsidRPr="00272526" w:rsidRDefault="00197678" w:rsidP="005418A8">
            <w:pPr>
              <w:spacing w:after="0" w:line="240" w:lineRule="auto"/>
              <w:jc w:val="center"/>
              <w:rPr>
                <w:rFonts w:ascii="Times New Roman" w:eastAsia="Calibri" w:hAnsi="Times New Roman" w:cs="Times New Roman"/>
              </w:rPr>
            </w:pPr>
            <w:r w:rsidRPr="00272526">
              <w:rPr>
                <w:rFonts w:ascii="Times New Roman" w:eastAsia="Calibri" w:hAnsi="Times New Roman" w:cs="Times New Roman"/>
              </w:rPr>
              <w:t>3</w:t>
            </w:r>
          </w:p>
        </w:tc>
        <w:tc>
          <w:tcPr>
            <w:tcW w:w="992" w:type="dxa"/>
            <w:tcBorders>
              <w:top w:val="single" w:sz="4" w:space="0" w:color="auto"/>
              <w:bottom w:val="single" w:sz="4" w:space="0" w:color="auto"/>
            </w:tcBorders>
            <w:vAlign w:val="center"/>
          </w:tcPr>
          <w:p w14:paraId="33304CB9" w14:textId="77777777" w:rsidR="00197678" w:rsidRPr="00272526" w:rsidRDefault="00197678" w:rsidP="005418A8">
            <w:pPr>
              <w:spacing w:after="0" w:line="240" w:lineRule="auto"/>
              <w:jc w:val="center"/>
              <w:rPr>
                <w:rFonts w:ascii="Times New Roman" w:eastAsia="Calibri" w:hAnsi="Times New Roman" w:cs="Times New Roman"/>
              </w:rPr>
            </w:pPr>
          </w:p>
        </w:tc>
        <w:tc>
          <w:tcPr>
            <w:tcW w:w="709" w:type="dxa"/>
            <w:tcBorders>
              <w:top w:val="single" w:sz="4" w:space="0" w:color="auto"/>
              <w:bottom w:val="single" w:sz="4" w:space="0" w:color="auto"/>
            </w:tcBorders>
          </w:tcPr>
          <w:p w14:paraId="5EFC2AA0" w14:textId="77777777" w:rsidR="00197678" w:rsidRPr="00272526" w:rsidRDefault="00197678" w:rsidP="005418A8">
            <w:pPr>
              <w:spacing w:after="0" w:line="240" w:lineRule="auto"/>
              <w:jc w:val="center"/>
              <w:rPr>
                <w:rFonts w:ascii="Times New Roman" w:eastAsia="Calibri" w:hAnsi="Times New Roman" w:cs="Times New Roman"/>
              </w:rPr>
            </w:pPr>
            <w:r w:rsidRPr="00272526">
              <w:rPr>
                <w:rFonts w:ascii="Times New Roman" w:eastAsia="Calibri" w:hAnsi="Times New Roman" w:cs="Times New Roman"/>
              </w:rPr>
              <w:t>3</w:t>
            </w:r>
          </w:p>
        </w:tc>
        <w:tc>
          <w:tcPr>
            <w:tcW w:w="850" w:type="dxa"/>
            <w:tcBorders>
              <w:top w:val="single" w:sz="4" w:space="0" w:color="auto"/>
              <w:bottom w:val="single" w:sz="4" w:space="0" w:color="auto"/>
            </w:tcBorders>
          </w:tcPr>
          <w:p w14:paraId="0AFC18AA" w14:textId="77777777" w:rsidR="00197678" w:rsidRPr="00272526" w:rsidRDefault="00197678" w:rsidP="005418A8">
            <w:pPr>
              <w:spacing w:after="0" w:line="240" w:lineRule="auto"/>
              <w:rPr>
                <w:rFonts w:ascii="Times New Roman" w:eastAsia="Calibri" w:hAnsi="Times New Roman" w:cs="Times New Roman"/>
              </w:rPr>
            </w:pPr>
          </w:p>
        </w:tc>
      </w:tr>
    </w:tbl>
    <w:p w14:paraId="4A290ADF" w14:textId="77777777" w:rsidR="00197678" w:rsidRDefault="00197678" w:rsidP="00761EA1">
      <w:pPr>
        <w:rPr>
          <w:rFonts w:ascii="Times New Roman" w:hAnsi="Times New Roman" w:cs="Times New Roman"/>
          <w:sz w:val="24"/>
          <w:szCs w:val="24"/>
        </w:rPr>
      </w:pPr>
    </w:p>
    <w:p w14:paraId="2392E8BA" w14:textId="77777777" w:rsidR="00761EA1" w:rsidRPr="00761EA1" w:rsidRDefault="00761EA1" w:rsidP="00197678">
      <w:pPr>
        <w:jc w:val="both"/>
        <w:rPr>
          <w:rFonts w:ascii="Times New Roman" w:hAnsi="Times New Roman" w:cs="Times New Roman"/>
          <w:sz w:val="24"/>
          <w:szCs w:val="24"/>
        </w:rPr>
      </w:pPr>
      <w:proofErr w:type="spellStart"/>
      <w:r w:rsidRPr="00761EA1">
        <w:rPr>
          <w:rFonts w:ascii="Times New Roman" w:hAnsi="Times New Roman" w:cs="Times New Roman"/>
          <w:sz w:val="24"/>
          <w:szCs w:val="24"/>
        </w:rPr>
        <w:t>Kedua</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responden</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memenuhi</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seluruh</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kriteria</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inklusi</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penelitian</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Mereka</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adalah</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remaja</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putri</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dengan</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kadar</w:t>
      </w:r>
      <w:proofErr w:type="spellEnd"/>
      <w:r w:rsidRPr="00761EA1">
        <w:rPr>
          <w:rFonts w:ascii="Times New Roman" w:hAnsi="Times New Roman" w:cs="Times New Roman"/>
          <w:sz w:val="24"/>
          <w:szCs w:val="24"/>
        </w:rPr>
        <w:t xml:space="preserve"> Hb </w:t>
      </w:r>
      <w:proofErr w:type="spellStart"/>
      <w:r w:rsidRPr="00761EA1">
        <w:rPr>
          <w:rFonts w:ascii="Times New Roman" w:hAnsi="Times New Roman" w:cs="Times New Roman"/>
          <w:sz w:val="24"/>
          <w:szCs w:val="24"/>
        </w:rPr>
        <w:t>rendah</w:t>
      </w:r>
      <w:proofErr w:type="spellEnd"/>
      <w:r w:rsidRPr="00761EA1">
        <w:rPr>
          <w:rFonts w:ascii="Times New Roman" w:hAnsi="Times New Roman" w:cs="Times New Roman"/>
          <w:sz w:val="24"/>
          <w:szCs w:val="24"/>
        </w:rPr>
        <w:t xml:space="preserve"> dan </w:t>
      </w:r>
      <w:proofErr w:type="spellStart"/>
      <w:r w:rsidRPr="00761EA1">
        <w:rPr>
          <w:rFonts w:ascii="Times New Roman" w:hAnsi="Times New Roman" w:cs="Times New Roman"/>
          <w:sz w:val="24"/>
          <w:szCs w:val="24"/>
        </w:rPr>
        <w:t>menunjukkan</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intoleransi</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aktivitas</w:t>
      </w:r>
      <w:proofErr w:type="spellEnd"/>
      <w:r w:rsidR="00232B51">
        <w:rPr>
          <w:rFonts w:ascii="Times New Roman" w:hAnsi="Times New Roman" w:cs="Times New Roman"/>
          <w:sz w:val="24"/>
          <w:szCs w:val="24"/>
        </w:rPr>
        <w:t xml:space="preserve">, </w:t>
      </w:r>
      <w:proofErr w:type="spellStart"/>
      <w:r w:rsidR="00232B51">
        <w:rPr>
          <w:rFonts w:ascii="Times New Roman" w:hAnsi="Times New Roman" w:cs="Times New Roman"/>
          <w:sz w:val="24"/>
          <w:szCs w:val="24"/>
        </w:rPr>
        <w:t>serta</w:t>
      </w:r>
      <w:proofErr w:type="spellEnd"/>
      <w:r w:rsidR="00232B51">
        <w:rPr>
          <w:rFonts w:ascii="Times New Roman" w:hAnsi="Times New Roman" w:cs="Times New Roman"/>
          <w:sz w:val="24"/>
          <w:szCs w:val="24"/>
        </w:rPr>
        <w:t xml:space="preserve"> </w:t>
      </w:r>
      <w:proofErr w:type="spellStart"/>
      <w:r w:rsidR="00232B51">
        <w:rPr>
          <w:rFonts w:ascii="Times New Roman" w:hAnsi="Times New Roman" w:cs="Times New Roman"/>
          <w:sz w:val="24"/>
          <w:szCs w:val="24"/>
        </w:rPr>
        <w:t>tidak</w:t>
      </w:r>
      <w:proofErr w:type="spellEnd"/>
      <w:r w:rsidR="00232B51">
        <w:rPr>
          <w:rFonts w:ascii="Times New Roman" w:hAnsi="Times New Roman" w:cs="Times New Roman"/>
          <w:sz w:val="24"/>
          <w:szCs w:val="24"/>
        </w:rPr>
        <w:t xml:space="preserve"> </w:t>
      </w:r>
      <w:proofErr w:type="spellStart"/>
      <w:r w:rsidR="00232B51">
        <w:rPr>
          <w:rFonts w:ascii="Times New Roman" w:hAnsi="Times New Roman" w:cs="Times New Roman"/>
          <w:sz w:val="24"/>
          <w:szCs w:val="24"/>
        </w:rPr>
        <w:t>sedang</w:t>
      </w:r>
      <w:proofErr w:type="spellEnd"/>
      <w:r w:rsidR="00232B51">
        <w:rPr>
          <w:rFonts w:ascii="Times New Roman" w:hAnsi="Times New Roman" w:cs="Times New Roman"/>
          <w:sz w:val="24"/>
          <w:szCs w:val="24"/>
        </w:rPr>
        <w:t xml:space="preserve"> </w:t>
      </w:r>
      <w:proofErr w:type="spellStart"/>
      <w:r w:rsidR="00232B51">
        <w:rPr>
          <w:rFonts w:ascii="Times New Roman" w:hAnsi="Times New Roman" w:cs="Times New Roman"/>
          <w:sz w:val="24"/>
          <w:szCs w:val="24"/>
        </w:rPr>
        <w:t>menstruasi</w:t>
      </w:r>
      <w:proofErr w:type="spellEnd"/>
      <w:r w:rsidR="00232B51">
        <w:rPr>
          <w:rFonts w:ascii="Times New Roman" w:hAnsi="Times New Roman" w:cs="Times New Roman"/>
          <w:sz w:val="24"/>
          <w:szCs w:val="24"/>
        </w:rPr>
        <w:t>.</w:t>
      </w:r>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Ini</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menunjukkan</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validitas</w:t>
      </w:r>
      <w:proofErr w:type="spellEnd"/>
      <w:r w:rsidRPr="00761EA1">
        <w:rPr>
          <w:rFonts w:ascii="Times New Roman" w:hAnsi="Times New Roman" w:cs="Times New Roman"/>
          <w:sz w:val="24"/>
          <w:szCs w:val="24"/>
        </w:rPr>
        <w:t xml:space="preserve"> data </w:t>
      </w:r>
      <w:proofErr w:type="spellStart"/>
      <w:r w:rsidRPr="00761EA1">
        <w:rPr>
          <w:rFonts w:ascii="Times New Roman" w:hAnsi="Times New Roman" w:cs="Times New Roman"/>
          <w:sz w:val="24"/>
          <w:szCs w:val="24"/>
        </w:rPr>
        <w:t>intervensi</w:t>
      </w:r>
      <w:proofErr w:type="spellEnd"/>
      <w:r w:rsidRPr="00761EA1">
        <w:rPr>
          <w:rFonts w:ascii="Times New Roman" w:hAnsi="Times New Roman" w:cs="Times New Roman"/>
          <w:sz w:val="24"/>
          <w:szCs w:val="24"/>
        </w:rPr>
        <w:t xml:space="preserve"> yang </w:t>
      </w:r>
      <w:proofErr w:type="spellStart"/>
      <w:r w:rsidRPr="00761EA1">
        <w:rPr>
          <w:rFonts w:ascii="Times New Roman" w:hAnsi="Times New Roman" w:cs="Times New Roman"/>
          <w:sz w:val="24"/>
          <w:szCs w:val="24"/>
        </w:rPr>
        <w:t>diberikan</w:t>
      </w:r>
      <w:proofErr w:type="spellEnd"/>
      <w:r w:rsidRPr="00761EA1">
        <w:rPr>
          <w:rFonts w:ascii="Times New Roman" w:hAnsi="Times New Roman" w:cs="Times New Roman"/>
          <w:sz w:val="24"/>
          <w:szCs w:val="24"/>
        </w:rPr>
        <w:t>.</w:t>
      </w:r>
    </w:p>
    <w:p w14:paraId="55F6E7A2" w14:textId="77777777" w:rsidR="00761EA1" w:rsidRPr="00232B51" w:rsidRDefault="00761EA1" w:rsidP="00761EA1">
      <w:pPr>
        <w:pStyle w:val="ListParagraph"/>
        <w:numPr>
          <w:ilvl w:val="0"/>
          <w:numId w:val="10"/>
        </w:numPr>
        <w:rPr>
          <w:rFonts w:ascii="Times New Roman" w:hAnsi="Times New Roman" w:cs="Times New Roman"/>
          <w:sz w:val="24"/>
          <w:szCs w:val="24"/>
        </w:rPr>
      </w:pPr>
      <w:proofErr w:type="spellStart"/>
      <w:r w:rsidRPr="00197678">
        <w:rPr>
          <w:rFonts w:ascii="Times New Roman" w:hAnsi="Times New Roman" w:cs="Times New Roman"/>
          <w:sz w:val="24"/>
          <w:szCs w:val="24"/>
        </w:rPr>
        <w:t>Evaluasi</w:t>
      </w:r>
      <w:proofErr w:type="spellEnd"/>
      <w:r w:rsidRPr="00197678">
        <w:rPr>
          <w:rFonts w:ascii="Times New Roman" w:hAnsi="Times New Roman" w:cs="Times New Roman"/>
          <w:sz w:val="24"/>
          <w:szCs w:val="24"/>
        </w:rPr>
        <w:t xml:space="preserve"> </w:t>
      </w:r>
      <w:proofErr w:type="spellStart"/>
      <w:r w:rsidRPr="00197678">
        <w:rPr>
          <w:rFonts w:ascii="Times New Roman" w:hAnsi="Times New Roman" w:cs="Times New Roman"/>
          <w:sz w:val="24"/>
          <w:szCs w:val="24"/>
        </w:rPr>
        <w:t>Tole</w:t>
      </w:r>
      <w:r w:rsidR="00197678">
        <w:rPr>
          <w:rFonts w:ascii="Times New Roman" w:hAnsi="Times New Roman" w:cs="Times New Roman"/>
          <w:sz w:val="24"/>
          <w:szCs w:val="24"/>
        </w:rPr>
        <w:t>ransi</w:t>
      </w:r>
      <w:proofErr w:type="spellEnd"/>
      <w:r w:rsidR="00197678">
        <w:rPr>
          <w:rFonts w:ascii="Times New Roman" w:hAnsi="Times New Roman" w:cs="Times New Roman"/>
          <w:sz w:val="24"/>
          <w:szCs w:val="24"/>
        </w:rPr>
        <w:t xml:space="preserve"> </w:t>
      </w:r>
      <w:proofErr w:type="spellStart"/>
      <w:r w:rsidR="00197678">
        <w:rPr>
          <w:rFonts w:ascii="Times New Roman" w:hAnsi="Times New Roman" w:cs="Times New Roman"/>
          <w:sz w:val="24"/>
          <w:szCs w:val="24"/>
        </w:rPr>
        <w:t>Aktivitas</w:t>
      </w:r>
      <w:proofErr w:type="spellEnd"/>
      <w:r w:rsidR="00197678">
        <w:rPr>
          <w:rFonts w:ascii="Times New Roman" w:hAnsi="Times New Roman" w:cs="Times New Roman"/>
          <w:sz w:val="24"/>
          <w:szCs w:val="24"/>
        </w:rPr>
        <w:t xml:space="preserve"> </w:t>
      </w:r>
      <w:proofErr w:type="spellStart"/>
      <w:r w:rsidR="00197678">
        <w:rPr>
          <w:rFonts w:ascii="Times New Roman" w:hAnsi="Times New Roman" w:cs="Times New Roman"/>
          <w:sz w:val="24"/>
          <w:szCs w:val="24"/>
        </w:rPr>
        <w:t>Selama</w:t>
      </w:r>
      <w:proofErr w:type="spellEnd"/>
      <w:r w:rsidR="00197678">
        <w:rPr>
          <w:rFonts w:ascii="Times New Roman" w:hAnsi="Times New Roman" w:cs="Times New Roman"/>
          <w:sz w:val="24"/>
          <w:szCs w:val="24"/>
        </w:rPr>
        <w:t xml:space="preserve"> 14 Hari</w:t>
      </w:r>
    </w:p>
    <w:p w14:paraId="7C21174D" w14:textId="77777777" w:rsidR="006648BB" w:rsidRPr="00761EA1" w:rsidRDefault="00761EA1" w:rsidP="006648BB">
      <w:pPr>
        <w:jc w:val="center"/>
        <w:rPr>
          <w:rFonts w:ascii="Times New Roman" w:hAnsi="Times New Roman" w:cs="Times New Roman"/>
          <w:sz w:val="24"/>
          <w:szCs w:val="24"/>
        </w:rPr>
      </w:pPr>
      <w:proofErr w:type="spellStart"/>
      <w:r w:rsidRPr="00761EA1">
        <w:rPr>
          <w:rFonts w:ascii="Times New Roman" w:hAnsi="Times New Roman" w:cs="Times New Roman"/>
          <w:sz w:val="24"/>
          <w:szCs w:val="24"/>
        </w:rPr>
        <w:t>Tabel</w:t>
      </w:r>
      <w:proofErr w:type="spellEnd"/>
      <w:r w:rsidRPr="00761EA1">
        <w:rPr>
          <w:rFonts w:ascii="Times New Roman" w:hAnsi="Times New Roman" w:cs="Times New Roman"/>
          <w:sz w:val="24"/>
          <w:szCs w:val="24"/>
        </w:rPr>
        <w:t xml:space="preserve"> 4. </w:t>
      </w:r>
      <w:proofErr w:type="spellStart"/>
      <w:r w:rsidRPr="00761EA1">
        <w:rPr>
          <w:rFonts w:ascii="Times New Roman" w:hAnsi="Times New Roman" w:cs="Times New Roman"/>
          <w:sz w:val="24"/>
          <w:szCs w:val="24"/>
        </w:rPr>
        <w:t>Penilaian</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Toleransi</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A</w:t>
      </w:r>
      <w:r w:rsidR="00197678">
        <w:rPr>
          <w:rFonts w:ascii="Times New Roman" w:hAnsi="Times New Roman" w:cs="Times New Roman"/>
          <w:sz w:val="24"/>
          <w:szCs w:val="24"/>
        </w:rPr>
        <w:t>ktivitas</w:t>
      </w:r>
      <w:proofErr w:type="spellEnd"/>
      <w:r w:rsidR="00197678">
        <w:rPr>
          <w:rFonts w:ascii="Times New Roman" w:hAnsi="Times New Roman" w:cs="Times New Roman"/>
          <w:sz w:val="24"/>
          <w:szCs w:val="24"/>
        </w:rPr>
        <w:t xml:space="preserve"> </w:t>
      </w:r>
      <w:proofErr w:type="spellStart"/>
      <w:r w:rsidR="00197678">
        <w:rPr>
          <w:rFonts w:ascii="Times New Roman" w:hAnsi="Times New Roman" w:cs="Times New Roman"/>
          <w:sz w:val="24"/>
          <w:szCs w:val="24"/>
        </w:rPr>
        <w:t>Harian</w:t>
      </w:r>
      <w:proofErr w:type="spellEnd"/>
      <w:r w:rsidR="00197678">
        <w:rPr>
          <w:rFonts w:ascii="Times New Roman" w:hAnsi="Times New Roman" w:cs="Times New Roman"/>
          <w:sz w:val="24"/>
          <w:szCs w:val="24"/>
        </w:rPr>
        <w:t xml:space="preserve"> </w:t>
      </w:r>
      <w:proofErr w:type="spellStart"/>
      <w:r w:rsidR="00197678">
        <w:rPr>
          <w:rFonts w:ascii="Times New Roman" w:hAnsi="Times New Roman" w:cs="Times New Roman"/>
          <w:sz w:val="24"/>
          <w:szCs w:val="24"/>
        </w:rPr>
        <w:t>Responden</w:t>
      </w:r>
      <w:proofErr w:type="spellEnd"/>
      <w:r w:rsidR="00197678">
        <w:rPr>
          <w:rFonts w:ascii="Times New Roman" w:hAnsi="Times New Roman" w:cs="Times New Roman"/>
          <w:sz w:val="24"/>
          <w:szCs w:val="24"/>
        </w:rPr>
        <w:t xml:space="preserve"> </w:t>
      </w:r>
      <w:proofErr w:type="spellStart"/>
      <w:proofErr w:type="gramStart"/>
      <w:r w:rsidR="00197678">
        <w:rPr>
          <w:rFonts w:ascii="Times New Roman" w:hAnsi="Times New Roman" w:cs="Times New Roman"/>
          <w:sz w:val="24"/>
          <w:szCs w:val="24"/>
        </w:rPr>
        <w:t>Nn.A</w:t>
      </w:r>
      <w:proofErr w:type="spellEnd"/>
      <w:proofErr w:type="gramEnd"/>
    </w:p>
    <w:tbl>
      <w:tblPr>
        <w:tblW w:w="9215" w:type="dxa"/>
        <w:tblInd w:w="-289" w:type="dxa"/>
        <w:tblBorders>
          <w:top w:val="single" w:sz="4" w:space="0" w:color="auto"/>
          <w:bottom w:val="single" w:sz="4" w:space="0" w:color="auto"/>
        </w:tblBorders>
        <w:tblLayout w:type="fixed"/>
        <w:tblLook w:val="04A0" w:firstRow="1" w:lastRow="0" w:firstColumn="1" w:lastColumn="0" w:noHBand="0" w:noVBand="1"/>
      </w:tblPr>
      <w:tblGrid>
        <w:gridCol w:w="426"/>
        <w:gridCol w:w="992"/>
        <w:gridCol w:w="426"/>
        <w:gridCol w:w="567"/>
        <w:gridCol w:w="567"/>
        <w:gridCol w:w="567"/>
        <w:gridCol w:w="567"/>
        <w:gridCol w:w="567"/>
        <w:gridCol w:w="567"/>
        <w:gridCol w:w="567"/>
        <w:gridCol w:w="567"/>
        <w:gridCol w:w="567"/>
        <w:gridCol w:w="567"/>
        <w:gridCol w:w="567"/>
        <w:gridCol w:w="567"/>
        <w:gridCol w:w="567"/>
      </w:tblGrid>
      <w:tr w:rsidR="006648BB" w:rsidRPr="005418A8" w14:paraId="1B4BE14A" w14:textId="77777777" w:rsidTr="0045305C">
        <w:trPr>
          <w:trHeight w:val="251"/>
        </w:trPr>
        <w:tc>
          <w:tcPr>
            <w:tcW w:w="426" w:type="dxa"/>
            <w:vMerge w:val="restart"/>
            <w:tcBorders>
              <w:top w:val="single" w:sz="4" w:space="0" w:color="auto"/>
              <w:bottom w:val="single" w:sz="4" w:space="0" w:color="auto"/>
            </w:tcBorders>
            <w:hideMark/>
          </w:tcPr>
          <w:p w14:paraId="1C87E2EE" w14:textId="77777777" w:rsidR="006648BB" w:rsidRPr="005418A8" w:rsidRDefault="006648BB" w:rsidP="005418A8">
            <w:pPr>
              <w:spacing w:after="0" w:line="240" w:lineRule="auto"/>
              <w:jc w:val="center"/>
              <w:rPr>
                <w:rFonts w:ascii="Times New Roman" w:eastAsia="Calibri" w:hAnsi="Times New Roman" w:cs="Times New Roman"/>
                <w:lang w:val="id-ID"/>
              </w:rPr>
            </w:pPr>
            <w:proofErr w:type="spellStart"/>
            <w:r w:rsidRPr="005418A8">
              <w:rPr>
                <w:rFonts w:ascii="Times New Roman" w:eastAsia="Calibri" w:hAnsi="Times New Roman" w:cs="Times New Roman"/>
                <w:lang w:val="id-ID"/>
              </w:rPr>
              <w:t>No</w:t>
            </w:r>
            <w:proofErr w:type="spellEnd"/>
          </w:p>
        </w:tc>
        <w:tc>
          <w:tcPr>
            <w:tcW w:w="992" w:type="dxa"/>
            <w:vMerge w:val="restart"/>
            <w:tcBorders>
              <w:top w:val="single" w:sz="4" w:space="0" w:color="auto"/>
              <w:bottom w:val="single" w:sz="4" w:space="0" w:color="auto"/>
            </w:tcBorders>
            <w:hideMark/>
          </w:tcPr>
          <w:p w14:paraId="241984FA" w14:textId="77777777" w:rsidR="006648BB" w:rsidRPr="005418A8" w:rsidRDefault="006648BB" w:rsidP="005418A8">
            <w:pPr>
              <w:spacing w:after="0" w:line="240" w:lineRule="auto"/>
              <w:jc w:val="center"/>
              <w:rPr>
                <w:rFonts w:ascii="Times New Roman" w:eastAsia="Calibri" w:hAnsi="Times New Roman" w:cs="Times New Roman"/>
                <w:lang w:val="id-ID"/>
              </w:rPr>
            </w:pPr>
            <w:r w:rsidRPr="005418A8">
              <w:rPr>
                <w:rFonts w:ascii="Times New Roman" w:eastAsia="Calibri" w:hAnsi="Times New Roman" w:cs="Times New Roman"/>
                <w:lang w:val="id-ID"/>
              </w:rPr>
              <w:t>Indikator</w:t>
            </w:r>
          </w:p>
        </w:tc>
        <w:tc>
          <w:tcPr>
            <w:tcW w:w="7797" w:type="dxa"/>
            <w:gridSpan w:val="14"/>
            <w:tcBorders>
              <w:top w:val="single" w:sz="4" w:space="0" w:color="auto"/>
              <w:bottom w:val="single" w:sz="4" w:space="0" w:color="auto"/>
            </w:tcBorders>
            <w:hideMark/>
          </w:tcPr>
          <w:p w14:paraId="020F2D5C" w14:textId="77777777" w:rsidR="006648BB" w:rsidRPr="005418A8" w:rsidRDefault="006648BB" w:rsidP="005418A8">
            <w:pPr>
              <w:spacing w:after="0" w:line="240" w:lineRule="auto"/>
              <w:jc w:val="center"/>
              <w:rPr>
                <w:rFonts w:ascii="Times New Roman" w:eastAsia="Calibri" w:hAnsi="Times New Roman" w:cs="Times New Roman"/>
                <w:lang w:val="sv-SE"/>
              </w:rPr>
            </w:pPr>
            <w:proofErr w:type="spellStart"/>
            <w:r w:rsidRPr="005418A8">
              <w:rPr>
                <w:rFonts w:ascii="Times New Roman" w:eastAsia="Calibri" w:hAnsi="Times New Roman" w:cs="Times New Roman"/>
                <w:lang w:val="sv-SE"/>
              </w:rPr>
              <w:t>Nama</w:t>
            </w:r>
            <w:proofErr w:type="spellEnd"/>
            <w:r w:rsidRPr="005418A8">
              <w:rPr>
                <w:rFonts w:ascii="Times New Roman" w:eastAsia="Calibri" w:hAnsi="Times New Roman" w:cs="Times New Roman"/>
                <w:lang w:val="sv-SE"/>
              </w:rPr>
              <w:t xml:space="preserve">: </w:t>
            </w:r>
            <w:proofErr w:type="spellStart"/>
            <w:proofErr w:type="gramStart"/>
            <w:r w:rsidRPr="005418A8">
              <w:rPr>
                <w:rFonts w:ascii="Times New Roman" w:eastAsia="Calibri" w:hAnsi="Times New Roman" w:cs="Times New Roman"/>
                <w:lang w:val="sv-SE"/>
              </w:rPr>
              <w:t>Nn.A</w:t>
            </w:r>
            <w:proofErr w:type="spellEnd"/>
            <w:proofErr w:type="gramEnd"/>
            <w:r w:rsidRPr="005418A8">
              <w:rPr>
                <w:rFonts w:ascii="Times New Roman" w:eastAsia="Calibri" w:hAnsi="Times New Roman" w:cs="Times New Roman"/>
                <w:lang w:val="sv-SE"/>
              </w:rPr>
              <w:t xml:space="preserve">                        </w:t>
            </w:r>
            <w:proofErr w:type="spellStart"/>
            <w:r w:rsidRPr="005418A8">
              <w:rPr>
                <w:rFonts w:ascii="Times New Roman" w:eastAsia="Calibri" w:hAnsi="Times New Roman" w:cs="Times New Roman"/>
                <w:lang w:val="sv-SE"/>
              </w:rPr>
              <w:t>Waktu</w:t>
            </w:r>
            <w:proofErr w:type="spellEnd"/>
            <w:r w:rsidRPr="005418A8">
              <w:rPr>
                <w:rFonts w:ascii="Times New Roman" w:eastAsia="Calibri" w:hAnsi="Times New Roman" w:cs="Times New Roman"/>
                <w:lang w:val="sv-SE"/>
              </w:rPr>
              <w:t xml:space="preserve">: </w:t>
            </w:r>
            <w:proofErr w:type="spellStart"/>
            <w:r w:rsidRPr="005418A8">
              <w:rPr>
                <w:rFonts w:ascii="Times New Roman" w:eastAsia="Calibri" w:hAnsi="Times New Roman" w:cs="Times New Roman"/>
                <w:lang w:val="sv-SE"/>
              </w:rPr>
              <w:t>pagi</w:t>
            </w:r>
            <w:proofErr w:type="spellEnd"/>
          </w:p>
        </w:tc>
      </w:tr>
      <w:tr w:rsidR="00230F02" w:rsidRPr="005418A8" w14:paraId="367287C4" w14:textId="77777777" w:rsidTr="0045305C">
        <w:tc>
          <w:tcPr>
            <w:tcW w:w="426" w:type="dxa"/>
            <w:vMerge/>
            <w:tcBorders>
              <w:top w:val="single" w:sz="4" w:space="0" w:color="auto"/>
              <w:bottom w:val="single" w:sz="4" w:space="0" w:color="auto"/>
            </w:tcBorders>
            <w:vAlign w:val="center"/>
            <w:hideMark/>
          </w:tcPr>
          <w:p w14:paraId="490E9692" w14:textId="77777777" w:rsidR="006648BB" w:rsidRPr="005418A8" w:rsidRDefault="006648BB" w:rsidP="005418A8">
            <w:pPr>
              <w:spacing w:after="0" w:line="240" w:lineRule="auto"/>
              <w:rPr>
                <w:rFonts w:ascii="Times New Roman" w:eastAsia="Calibri" w:hAnsi="Times New Roman" w:cs="Times New Roman"/>
                <w:kern w:val="2"/>
                <w:lang w:val="id-ID"/>
                <w14:ligatures w14:val="standardContextual"/>
              </w:rPr>
            </w:pPr>
          </w:p>
        </w:tc>
        <w:tc>
          <w:tcPr>
            <w:tcW w:w="992" w:type="dxa"/>
            <w:vMerge/>
            <w:tcBorders>
              <w:top w:val="single" w:sz="4" w:space="0" w:color="auto"/>
              <w:bottom w:val="single" w:sz="4" w:space="0" w:color="auto"/>
            </w:tcBorders>
            <w:vAlign w:val="center"/>
            <w:hideMark/>
          </w:tcPr>
          <w:p w14:paraId="4FB342D8" w14:textId="77777777" w:rsidR="006648BB" w:rsidRPr="005418A8" w:rsidRDefault="006648BB" w:rsidP="005418A8">
            <w:pPr>
              <w:spacing w:after="0" w:line="240" w:lineRule="auto"/>
              <w:rPr>
                <w:rFonts w:ascii="Times New Roman" w:eastAsia="Calibri" w:hAnsi="Times New Roman" w:cs="Times New Roman"/>
                <w:kern w:val="2"/>
                <w:lang w:val="id-ID"/>
                <w14:ligatures w14:val="standardContextual"/>
              </w:rPr>
            </w:pPr>
          </w:p>
        </w:tc>
        <w:tc>
          <w:tcPr>
            <w:tcW w:w="426" w:type="dxa"/>
            <w:tcBorders>
              <w:top w:val="single" w:sz="4" w:space="0" w:color="auto"/>
              <w:bottom w:val="single" w:sz="4" w:space="0" w:color="auto"/>
            </w:tcBorders>
            <w:hideMark/>
          </w:tcPr>
          <w:p w14:paraId="2B183036" w14:textId="77777777" w:rsidR="006648BB" w:rsidRPr="005418A8" w:rsidRDefault="006648BB" w:rsidP="005418A8">
            <w:pPr>
              <w:spacing w:after="0" w:line="240" w:lineRule="auto"/>
              <w:jc w:val="center"/>
              <w:rPr>
                <w:rFonts w:ascii="Times New Roman" w:eastAsia="Calibri" w:hAnsi="Times New Roman" w:cs="Times New Roman"/>
                <w:lang w:val="id-ID"/>
              </w:rPr>
            </w:pPr>
            <w:r w:rsidRPr="005418A8">
              <w:rPr>
                <w:rFonts w:ascii="Times New Roman" w:eastAsia="Calibri" w:hAnsi="Times New Roman" w:cs="Times New Roman"/>
                <w:lang w:val="id-ID"/>
              </w:rPr>
              <w:t>H1</w:t>
            </w:r>
          </w:p>
        </w:tc>
        <w:tc>
          <w:tcPr>
            <w:tcW w:w="567" w:type="dxa"/>
            <w:tcBorders>
              <w:top w:val="single" w:sz="4" w:space="0" w:color="auto"/>
              <w:bottom w:val="single" w:sz="4" w:space="0" w:color="auto"/>
            </w:tcBorders>
            <w:hideMark/>
          </w:tcPr>
          <w:p w14:paraId="59FE55FE" w14:textId="77777777" w:rsidR="006648BB" w:rsidRPr="005418A8" w:rsidRDefault="006648BB" w:rsidP="005418A8">
            <w:pPr>
              <w:spacing w:after="0" w:line="240" w:lineRule="auto"/>
              <w:jc w:val="center"/>
              <w:rPr>
                <w:rFonts w:ascii="Times New Roman" w:eastAsia="Calibri" w:hAnsi="Times New Roman" w:cs="Times New Roman"/>
                <w:lang w:val="id-ID"/>
              </w:rPr>
            </w:pPr>
            <w:r w:rsidRPr="005418A8">
              <w:rPr>
                <w:rFonts w:ascii="Times New Roman" w:eastAsia="Calibri" w:hAnsi="Times New Roman" w:cs="Times New Roman"/>
                <w:lang w:val="id-ID"/>
              </w:rPr>
              <w:t>H2</w:t>
            </w:r>
          </w:p>
        </w:tc>
        <w:tc>
          <w:tcPr>
            <w:tcW w:w="567" w:type="dxa"/>
            <w:tcBorders>
              <w:top w:val="single" w:sz="4" w:space="0" w:color="auto"/>
              <w:bottom w:val="single" w:sz="4" w:space="0" w:color="auto"/>
            </w:tcBorders>
            <w:hideMark/>
          </w:tcPr>
          <w:p w14:paraId="0D35CAF7" w14:textId="77777777" w:rsidR="006648BB" w:rsidRPr="005418A8" w:rsidRDefault="006648BB" w:rsidP="005418A8">
            <w:pPr>
              <w:spacing w:after="0" w:line="240" w:lineRule="auto"/>
              <w:jc w:val="center"/>
              <w:rPr>
                <w:rFonts w:ascii="Times New Roman" w:eastAsia="Calibri" w:hAnsi="Times New Roman" w:cs="Times New Roman"/>
                <w:lang w:val="id-ID"/>
              </w:rPr>
            </w:pPr>
            <w:r w:rsidRPr="005418A8">
              <w:rPr>
                <w:rFonts w:ascii="Times New Roman" w:eastAsia="Calibri" w:hAnsi="Times New Roman" w:cs="Times New Roman"/>
                <w:lang w:val="id-ID"/>
              </w:rPr>
              <w:t>H3</w:t>
            </w:r>
          </w:p>
        </w:tc>
        <w:tc>
          <w:tcPr>
            <w:tcW w:w="567" w:type="dxa"/>
            <w:tcBorders>
              <w:top w:val="single" w:sz="4" w:space="0" w:color="auto"/>
              <w:bottom w:val="single" w:sz="4" w:space="0" w:color="auto"/>
            </w:tcBorders>
            <w:hideMark/>
          </w:tcPr>
          <w:p w14:paraId="63B82977" w14:textId="77777777" w:rsidR="006648BB" w:rsidRPr="005418A8" w:rsidRDefault="006648BB" w:rsidP="005418A8">
            <w:pPr>
              <w:spacing w:after="0" w:line="240" w:lineRule="auto"/>
              <w:jc w:val="center"/>
              <w:rPr>
                <w:rFonts w:ascii="Times New Roman" w:eastAsia="Calibri" w:hAnsi="Times New Roman" w:cs="Times New Roman"/>
                <w:lang w:val="id-ID"/>
              </w:rPr>
            </w:pPr>
            <w:r w:rsidRPr="005418A8">
              <w:rPr>
                <w:rFonts w:ascii="Times New Roman" w:eastAsia="Calibri" w:hAnsi="Times New Roman" w:cs="Times New Roman"/>
                <w:lang w:val="id-ID"/>
              </w:rPr>
              <w:t>H4</w:t>
            </w:r>
          </w:p>
        </w:tc>
        <w:tc>
          <w:tcPr>
            <w:tcW w:w="567" w:type="dxa"/>
            <w:tcBorders>
              <w:top w:val="single" w:sz="4" w:space="0" w:color="auto"/>
              <w:bottom w:val="single" w:sz="4" w:space="0" w:color="auto"/>
            </w:tcBorders>
            <w:hideMark/>
          </w:tcPr>
          <w:p w14:paraId="2B1B9BDD"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lang w:val="id-ID"/>
              </w:rPr>
              <w:t>H</w:t>
            </w:r>
            <w:r w:rsidRPr="005418A8">
              <w:rPr>
                <w:rFonts w:ascii="Times New Roman" w:eastAsia="Calibri" w:hAnsi="Times New Roman" w:cs="Times New Roman"/>
              </w:rPr>
              <w:t>5</w:t>
            </w:r>
          </w:p>
        </w:tc>
        <w:tc>
          <w:tcPr>
            <w:tcW w:w="567" w:type="dxa"/>
            <w:tcBorders>
              <w:top w:val="single" w:sz="4" w:space="0" w:color="auto"/>
              <w:bottom w:val="single" w:sz="4" w:space="0" w:color="auto"/>
            </w:tcBorders>
            <w:hideMark/>
          </w:tcPr>
          <w:p w14:paraId="5D373AC2"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lang w:val="id-ID"/>
              </w:rPr>
              <w:t>H</w:t>
            </w:r>
            <w:r w:rsidRPr="005418A8">
              <w:rPr>
                <w:rFonts w:ascii="Times New Roman" w:eastAsia="Calibri" w:hAnsi="Times New Roman" w:cs="Times New Roman"/>
              </w:rPr>
              <w:t>6</w:t>
            </w:r>
          </w:p>
        </w:tc>
        <w:tc>
          <w:tcPr>
            <w:tcW w:w="567" w:type="dxa"/>
            <w:tcBorders>
              <w:top w:val="single" w:sz="4" w:space="0" w:color="auto"/>
              <w:bottom w:val="single" w:sz="4" w:space="0" w:color="auto"/>
            </w:tcBorders>
            <w:hideMark/>
          </w:tcPr>
          <w:p w14:paraId="2AD61DA3"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lang w:val="id-ID"/>
              </w:rPr>
              <w:t>H</w:t>
            </w:r>
            <w:r w:rsidRPr="005418A8">
              <w:rPr>
                <w:rFonts w:ascii="Times New Roman" w:eastAsia="Calibri" w:hAnsi="Times New Roman" w:cs="Times New Roman"/>
              </w:rPr>
              <w:t>7</w:t>
            </w:r>
          </w:p>
        </w:tc>
        <w:tc>
          <w:tcPr>
            <w:tcW w:w="567" w:type="dxa"/>
            <w:tcBorders>
              <w:top w:val="single" w:sz="4" w:space="0" w:color="auto"/>
              <w:bottom w:val="single" w:sz="4" w:space="0" w:color="auto"/>
            </w:tcBorders>
            <w:hideMark/>
          </w:tcPr>
          <w:p w14:paraId="733BC50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lang w:val="id-ID"/>
              </w:rPr>
              <w:t>H</w:t>
            </w:r>
            <w:r w:rsidRPr="005418A8">
              <w:rPr>
                <w:rFonts w:ascii="Times New Roman" w:eastAsia="Calibri" w:hAnsi="Times New Roman" w:cs="Times New Roman"/>
              </w:rPr>
              <w:t>8</w:t>
            </w:r>
          </w:p>
        </w:tc>
        <w:tc>
          <w:tcPr>
            <w:tcW w:w="567" w:type="dxa"/>
            <w:tcBorders>
              <w:top w:val="single" w:sz="4" w:space="0" w:color="auto"/>
              <w:bottom w:val="single" w:sz="4" w:space="0" w:color="auto"/>
            </w:tcBorders>
          </w:tcPr>
          <w:p w14:paraId="5702EDC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H9</w:t>
            </w:r>
          </w:p>
        </w:tc>
        <w:tc>
          <w:tcPr>
            <w:tcW w:w="567" w:type="dxa"/>
            <w:tcBorders>
              <w:top w:val="single" w:sz="4" w:space="0" w:color="auto"/>
              <w:bottom w:val="single" w:sz="4" w:space="0" w:color="auto"/>
            </w:tcBorders>
          </w:tcPr>
          <w:p w14:paraId="2668700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H10</w:t>
            </w:r>
          </w:p>
        </w:tc>
        <w:tc>
          <w:tcPr>
            <w:tcW w:w="567" w:type="dxa"/>
            <w:tcBorders>
              <w:top w:val="single" w:sz="4" w:space="0" w:color="auto"/>
              <w:bottom w:val="single" w:sz="4" w:space="0" w:color="auto"/>
            </w:tcBorders>
          </w:tcPr>
          <w:p w14:paraId="0F9E0DF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H11</w:t>
            </w:r>
          </w:p>
        </w:tc>
        <w:tc>
          <w:tcPr>
            <w:tcW w:w="567" w:type="dxa"/>
            <w:tcBorders>
              <w:top w:val="single" w:sz="4" w:space="0" w:color="auto"/>
              <w:bottom w:val="single" w:sz="4" w:space="0" w:color="auto"/>
            </w:tcBorders>
          </w:tcPr>
          <w:p w14:paraId="3D898AC7"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H12</w:t>
            </w:r>
          </w:p>
        </w:tc>
        <w:tc>
          <w:tcPr>
            <w:tcW w:w="567" w:type="dxa"/>
            <w:tcBorders>
              <w:top w:val="single" w:sz="4" w:space="0" w:color="auto"/>
              <w:bottom w:val="single" w:sz="4" w:space="0" w:color="auto"/>
            </w:tcBorders>
          </w:tcPr>
          <w:p w14:paraId="609DBEEB"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H13</w:t>
            </w:r>
          </w:p>
        </w:tc>
        <w:tc>
          <w:tcPr>
            <w:tcW w:w="567" w:type="dxa"/>
            <w:tcBorders>
              <w:top w:val="single" w:sz="4" w:space="0" w:color="auto"/>
              <w:bottom w:val="single" w:sz="4" w:space="0" w:color="auto"/>
            </w:tcBorders>
          </w:tcPr>
          <w:p w14:paraId="1EB23A47"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H14</w:t>
            </w:r>
          </w:p>
        </w:tc>
      </w:tr>
      <w:tr w:rsidR="00230F02" w:rsidRPr="005418A8" w14:paraId="7A0418DD" w14:textId="77777777" w:rsidTr="0045305C">
        <w:trPr>
          <w:trHeight w:val="1991"/>
        </w:trPr>
        <w:tc>
          <w:tcPr>
            <w:tcW w:w="426" w:type="dxa"/>
            <w:tcBorders>
              <w:top w:val="single" w:sz="4" w:space="0" w:color="auto"/>
            </w:tcBorders>
            <w:hideMark/>
          </w:tcPr>
          <w:p w14:paraId="62CF391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w:t>
            </w:r>
          </w:p>
        </w:tc>
        <w:tc>
          <w:tcPr>
            <w:tcW w:w="992" w:type="dxa"/>
            <w:tcBorders>
              <w:top w:val="single" w:sz="4" w:space="0" w:color="auto"/>
            </w:tcBorders>
            <w:vAlign w:val="center"/>
            <w:hideMark/>
          </w:tcPr>
          <w:p w14:paraId="42CE7E8D" w14:textId="77777777" w:rsidR="006648BB" w:rsidRPr="005418A8" w:rsidRDefault="006648BB" w:rsidP="005418A8">
            <w:pPr>
              <w:spacing w:after="0" w:line="240" w:lineRule="auto"/>
              <w:rPr>
                <w:rFonts w:ascii="Times New Roman" w:eastAsia="Calibri" w:hAnsi="Times New Roman" w:cs="Times New Roman"/>
                <w:lang w:val="sv-SE"/>
              </w:rPr>
            </w:pPr>
            <w:proofErr w:type="spellStart"/>
            <w:r w:rsidRPr="005418A8">
              <w:rPr>
                <w:rFonts w:ascii="Times New Roman" w:eastAsia="Calibri" w:hAnsi="Times New Roman" w:cs="Times New Roman"/>
                <w:lang w:val="sv-SE"/>
              </w:rPr>
              <w:t>Kemudahan</w:t>
            </w:r>
            <w:proofErr w:type="spellEnd"/>
            <w:r w:rsidRPr="005418A8">
              <w:rPr>
                <w:rFonts w:ascii="Times New Roman" w:eastAsia="Calibri" w:hAnsi="Times New Roman" w:cs="Times New Roman"/>
                <w:lang w:val="sv-SE"/>
              </w:rPr>
              <w:t xml:space="preserve"> </w:t>
            </w:r>
            <w:proofErr w:type="spellStart"/>
            <w:r w:rsidRPr="005418A8">
              <w:rPr>
                <w:rFonts w:ascii="Times New Roman" w:eastAsia="Calibri" w:hAnsi="Times New Roman" w:cs="Times New Roman"/>
                <w:lang w:val="sv-SE"/>
              </w:rPr>
              <w:t>dalam</w:t>
            </w:r>
            <w:proofErr w:type="spellEnd"/>
            <w:r w:rsidRPr="005418A8">
              <w:rPr>
                <w:rFonts w:ascii="Times New Roman" w:eastAsia="Calibri" w:hAnsi="Times New Roman" w:cs="Times New Roman"/>
                <w:lang w:val="sv-SE"/>
              </w:rPr>
              <w:t xml:space="preserve"> </w:t>
            </w:r>
            <w:proofErr w:type="spellStart"/>
            <w:r w:rsidRPr="005418A8">
              <w:rPr>
                <w:rFonts w:ascii="Times New Roman" w:eastAsia="Calibri" w:hAnsi="Times New Roman" w:cs="Times New Roman"/>
                <w:lang w:val="sv-SE"/>
              </w:rPr>
              <w:t>melakukan</w:t>
            </w:r>
            <w:proofErr w:type="spellEnd"/>
            <w:r w:rsidRPr="005418A8">
              <w:rPr>
                <w:rFonts w:ascii="Times New Roman" w:eastAsia="Calibri" w:hAnsi="Times New Roman" w:cs="Times New Roman"/>
                <w:lang w:val="sv-SE"/>
              </w:rPr>
              <w:t xml:space="preserve"> </w:t>
            </w:r>
            <w:proofErr w:type="spellStart"/>
            <w:r w:rsidRPr="005418A8">
              <w:rPr>
                <w:rFonts w:ascii="Times New Roman" w:eastAsia="Calibri" w:hAnsi="Times New Roman" w:cs="Times New Roman"/>
                <w:lang w:val="sv-SE"/>
              </w:rPr>
              <w:t>aktivitas</w:t>
            </w:r>
            <w:proofErr w:type="spellEnd"/>
            <w:r w:rsidRPr="005418A8">
              <w:rPr>
                <w:rFonts w:ascii="Times New Roman" w:eastAsia="Calibri" w:hAnsi="Times New Roman" w:cs="Times New Roman"/>
                <w:lang w:val="sv-SE"/>
              </w:rPr>
              <w:t xml:space="preserve"> </w:t>
            </w:r>
            <w:proofErr w:type="spellStart"/>
            <w:r w:rsidRPr="005418A8">
              <w:rPr>
                <w:rFonts w:ascii="Times New Roman" w:eastAsia="Calibri" w:hAnsi="Times New Roman" w:cs="Times New Roman"/>
                <w:lang w:val="sv-SE"/>
              </w:rPr>
              <w:t>sehari-hari</w:t>
            </w:r>
            <w:proofErr w:type="spellEnd"/>
          </w:p>
        </w:tc>
        <w:tc>
          <w:tcPr>
            <w:tcW w:w="426" w:type="dxa"/>
            <w:tcBorders>
              <w:top w:val="single" w:sz="4" w:space="0" w:color="auto"/>
            </w:tcBorders>
          </w:tcPr>
          <w:p w14:paraId="06D9B47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Borders>
              <w:top w:val="single" w:sz="4" w:space="0" w:color="auto"/>
            </w:tcBorders>
          </w:tcPr>
          <w:p w14:paraId="68ED6A3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Borders>
              <w:top w:val="single" w:sz="4" w:space="0" w:color="auto"/>
            </w:tcBorders>
          </w:tcPr>
          <w:p w14:paraId="771074CD"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single" w:sz="4" w:space="0" w:color="auto"/>
            </w:tcBorders>
          </w:tcPr>
          <w:p w14:paraId="4D5DDED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single" w:sz="4" w:space="0" w:color="auto"/>
            </w:tcBorders>
          </w:tcPr>
          <w:p w14:paraId="253B06C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single" w:sz="4" w:space="0" w:color="auto"/>
            </w:tcBorders>
          </w:tcPr>
          <w:p w14:paraId="647F8888"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single" w:sz="4" w:space="0" w:color="auto"/>
            </w:tcBorders>
          </w:tcPr>
          <w:p w14:paraId="0BA5C8DD"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top w:val="single" w:sz="4" w:space="0" w:color="auto"/>
            </w:tcBorders>
          </w:tcPr>
          <w:p w14:paraId="721778A2"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top w:val="single" w:sz="4" w:space="0" w:color="auto"/>
            </w:tcBorders>
          </w:tcPr>
          <w:p w14:paraId="097BE17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top w:val="single" w:sz="4" w:space="0" w:color="auto"/>
            </w:tcBorders>
          </w:tcPr>
          <w:p w14:paraId="7084E9B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top w:val="single" w:sz="4" w:space="0" w:color="auto"/>
            </w:tcBorders>
          </w:tcPr>
          <w:p w14:paraId="3606213D"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top w:val="single" w:sz="4" w:space="0" w:color="auto"/>
            </w:tcBorders>
          </w:tcPr>
          <w:p w14:paraId="2435F768"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top w:val="single" w:sz="4" w:space="0" w:color="auto"/>
            </w:tcBorders>
          </w:tcPr>
          <w:p w14:paraId="456106E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top w:val="single" w:sz="4" w:space="0" w:color="auto"/>
            </w:tcBorders>
          </w:tcPr>
          <w:p w14:paraId="3651C51F"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r>
      <w:tr w:rsidR="00230F02" w:rsidRPr="005418A8" w14:paraId="2516208F" w14:textId="77777777" w:rsidTr="0045305C">
        <w:tc>
          <w:tcPr>
            <w:tcW w:w="426" w:type="dxa"/>
            <w:hideMark/>
          </w:tcPr>
          <w:p w14:paraId="0A3AD7FD"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992" w:type="dxa"/>
            <w:vAlign w:val="center"/>
            <w:hideMark/>
          </w:tcPr>
          <w:p w14:paraId="0E7CC893" w14:textId="77777777" w:rsidR="006648BB" w:rsidRPr="005418A8" w:rsidRDefault="006648BB" w:rsidP="005418A8">
            <w:pPr>
              <w:spacing w:after="0" w:line="240" w:lineRule="auto"/>
              <w:rPr>
                <w:rFonts w:ascii="Times New Roman" w:eastAsia="Calibri" w:hAnsi="Times New Roman" w:cs="Times New Roman"/>
              </w:rPr>
            </w:pPr>
            <w:proofErr w:type="spellStart"/>
            <w:r w:rsidRPr="005418A8">
              <w:rPr>
                <w:rFonts w:ascii="Times New Roman" w:eastAsia="Calibri" w:hAnsi="Times New Roman" w:cs="Times New Roman"/>
              </w:rPr>
              <w:t>Kecepatan</w:t>
            </w:r>
            <w:proofErr w:type="spellEnd"/>
            <w:r w:rsidRPr="005418A8">
              <w:rPr>
                <w:rFonts w:ascii="Times New Roman" w:eastAsia="Calibri" w:hAnsi="Times New Roman" w:cs="Times New Roman"/>
              </w:rPr>
              <w:t xml:space="preserve"> </w:t>
            </w:r>
            <w:proofErr w:type="spellStart"/>
            <w:r w:rsidRPr="005418A8">
              <w:rPr>
                <w:rFonts w:ascii="Times New Roman" w:eastAsia="Calibri" w:hAnsi="Times New Roman" w:cs="Times New Roman"/>
              </w:rPr>
              <w:t>berjalan</w:t>
            </w:r>
            <w:proofErr w:type="spellEnd"/>
          </w:p>
        </w:tc>
        <w:tc>
          <w:tcPr>
            <w:tcW w:w="426" w:type="dxa"/>
          </w:tcPr>
          <w:p w14:paraId="642763B3"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5628C1FD"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74A6D95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3FEC643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6ACDD08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74C57B2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57122BF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6F2D370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34A536B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41314B1F"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1B1BBE07"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1255DD40"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03159767"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6E5DF1E7"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r>
      <w:tr w:rsidR="00230F02" w:rsidRPr="005418A8" w14:paraId="421AC410" w14:textId="77777777" w:rsidTr="0045305C">
        <w:tc>
          <w:tcPr>
            <w:tcW w:w="426" w:type="dxa"/>
            <w:hideMark/>
          </w:tcPr>
          <w:p w14:paraId="5CEBDF3F"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992" w:type="dxa"/>
            <w:vAlign w:val="center"/>
            <w:hideMark/>
          </w:tcPr>
          <w:p w14:paraId="5FE050CC" w14:textId="77777777" w:rsidR="006648BB" w:rsidRPr="005418A8" w:rsidRDefault="006648BB" w:rsidP="005418A8">
            <w:pPr>
              <w:spacing w:after="0" w:line="240" w:lineRule="auto"/>
              <w:rPr>
                <w:rFonts w:ascii="Times New Roman" w:eastAsia="Calibri" w:hAnsi="Times New Roman" w:cs="Times New Roman"/>
              </w:rPr>
            </w:pPr>
            <w:proofErr w:type="spellStart"/>
            <w:r w:rsidRPr="005418A8">
              <w:rPr>
                <w:rFonts w:ascii="Times New Roman" w:eastAsia="Calibri" w:hAnsi="Times New Roman" w:cs="Times New Roman"/>
              </w:rPr>
              <w:t>Kekuata</w:t>
            </w:r>
            <w:proofErr w:type="spellEnd"/>
            <w:r w:rsidRPr="005418A8">
              <w:rPr>
                <w:rFonts w:ascii="Times New Roman" w:eastAsia="Calibri" w:hAnsi="Times New Roman" w:cs="Times New Roman"/>
              </w:rPr>
              <w:t xml:space="preserve"> </w:t>
            </w:r>
            <w:proofErr w:type="spellStart"/>
            <w:r w:rsidRPr="005418A8">
              <w:rPr>
                <w:rFonts w:ascii="Times New Roman" w:eastAsia="Calibri" w:hAnsi="Times New Roman" w:cs="Times New Roman"/>
              </w:rPr>
              <w:t>tubuh</w:t>
            </w:r>
            <w:proofErr w:type="spellEnd"/>
            <w:r w:rsidRPr="005418A8">
              <w:rPr>
                <w:rFonts w:ascii="Times New Roman" w:eastAsia="Calibri" w:hAnsi="Times New Roman" w:cs="Times New Roman"/>
              </w:rPr>
              <w:t xml:space="preserve"> </w:t>
            </w:r>
            <w:proofErr w:type="spellStart"/>
            <w:r w:rsidRPr="005418A8">
              <w:rPr>
                <w:rFonts w:ascii="Times New Roman" w:eastAsia="Calibri" w:hAnsi="Times New Roman" w:cs="Times New Roman"/>
              </w:rPr>
              <w:t>bagian</w:t>
            </w:r>
            <w:proofErr w:type="spellEnd"/>
            <w:r w:rsidRPr="005418A8">
              <w:rPr>
                <w:rFonts w:ascii="Times New Roman" w:eastAsia="Calibri" w:hAnsi="Times New Roman" w:cs="Times New Roman"/>
              </w:rPr>
              <w:t xml:space="preserve"> </w:t>
            </w:r>
            <w:proofErr w:type="spellStart"/>
            <w:r w:rsidRPr="005418A8">
              <w:rPr>
                <w:rFonts w:ascii="Times New Roman" w:eastAsia="Calibri" w:hAnsi="Times New Roman" w:cs="Times New Roman"/>
              </w:rPr>
              <w:t>atas</w:t>
            </w:r>
            <w:proofErr w:type="spellEnd"/>
          </w:p>
        </w:tc>
        <w:tc>
          <w:tcPr>
            <w:tcW w:w="426" w:type="dxa"/>
          </w:tcPr>
          <w:p w14:paraId="3B8884F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7F60DB6D"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41CEE88C"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39BC17C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7FE8193B"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061CEFA3"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1F21F5C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74DF1B5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2E2924C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7B750BCE"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5452E767"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0B84472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6CA9F90E"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4FC48B2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r>
      <w:tr w:rsidR="00230F02" w:rsidRPr="005418A8" w14:paraId="7E5CB885" w14:textId="77777777" w:rsidTr="0045305C">
        <w:tc>
          <w:tcPr>
            <w:tcW w:w="426" w:type="dxa"/>
            <w:tcBorders>
              <w:bottom w:val="nil"/>
            </w:tcBorders>
            <w:hideMark/>
          </w:tcPr>
          <w:p w14:paraId="17E0677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992" w:type="dxa"/>
            <w:tcBorders>
              <w:bottom w:val="nil"/>
            </w:tcBorders>
            <w:vAlign w:val="center"/>
            <w:hideMark/>
          </w:tcPr>
          <w:p w14:paraId="16ED146C" w14:textId="77777777" w:rsidR="006648BB" w:rsidRPr="005418A8" w:rsidRDefault="006648BB" w:rsidP="005418A8">
            <w:pPr>
              <w:spacing w:after="0" w:line="240" w:lineRule="auto"/>
              <w:rPr>
                <w:rFonts w:ascii="Times New Roman" w:eastAsia="Calibri" w:hAnsi="Times New Roman" w:cs="Times New Roman"/>
                <w:lang w:val="id-ID"/>
              </w:rPr>
            </w:pPr>
            <w:proofErr w:type="spellStart"/>
            <w:r w:rsidRPr="005418A8">
              <w:rPr>
                <w:rFonts w:ascii="Times New Roman" w:eastAsia="Calibri" w:hAnsi="Times New Roman" w:cs="Times New Roman"/>
              </w:rPr>
              <w:t>Kekuata</w:t>
            </w:r>
            <w:proofErr w:type="spellEnd"/>
            <w:r w:rsidRPr="005418A8">
              <w:rPr>
                <w:rFonts w:ascii="Times New Roman" w:eastAsia="Calibri" w:hAnsi="Times New Roman" w:cs="Times New Roman"/>
              </w:rPr>
              <w:t xml:space="preserve"> </w:t>
            </w:r>
            <w:proofErr w:type="spellStart"/>
            <w:r w:rsidRPr="005418A8">
              <w:rPr>
                <w:rFonts w:ascii="Times New Roman" w:eastAsia="Calibri" w:hAnsi="Times New Roman" w:cs="Times New Roman"/>
              </w:rPr>
              <w:t>tubuh</w:t>
            </w:r>
            <w:proofErr w:type="spellEnd"/>
            <w:r w:rsidRPr="005418A8">
              <w:rPr>
                <w:rFonts w:ascii="Times New Roman" w:eastAsia="Calibri" w:hAnsi="Times New Roman" w:cs="Times New Roman"/>
              </w:rPr>
              <w:t xml:space="preserve"> </w:t>
            </w:r>
            <w:proofErr w:type="spellStart"/>
            <w:r w:rsidRPr="005418A8">
              <w:rPr>
                <w:rFonts w:ascii="Times New Roman" w:eastAsia="Calibri" w:hAnsi="Times New Roman" w:cs="Times New Roman"/>
              </w:rPr>
              <w:t>bagian</w:t>
            </w:r>
            <w:proofErr w:type="spellEnd"/>
            <w:r w:rsidRPr="005418A8">
              <w:rPr>
                <w:rFonts w:ascii="Times New Roman" w:eastAsia="Calibri" w:hAnsi="Times New Roman" w:cs="Times New Roman"/>
              </w:rPr>
              <w:t xml:space="preserve"> </w:t>
            </w:r>
            <w:proofErr w:type="spellStart"/>
            <w:r w:rsidRPr="005418A8">
              <w:rPr>
                <w:rFonts w:ascii="Times New Roman" w:eastAsia="Calibri" w:hAnsi="Times New Roman" w:cs="Times New Roman"/>
              </w:rPr>
              <w:t>bawah</w:t>
            </w:r>
            <w:proofErr w:type="spellEnd"/>
          </w:p>
        </w:tc>
        <w:tc>
          <w:tcPr>
            <w:tcW w:w="426" w:type="dxa"/>
            <w:tcBorders>
              <w:bottom w:val="nil"/>
            </w:tcBorders>
          </w:tcPr>
          <w:p w14:paraId="203539D2"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Borders>
              <w:bottom w:val="nil"/>
            </w:tcBorders>
          </w:tcPr>
          <w:p w14:paraId="34F7E4D0"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Borders>
              <w:bottom w:val="nil"/>
            </w:tcBorders>
          </w:tcPr>
          <w:p w14:paraId="2511C9E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Borders>
              <w:bottom w:val="nil"/>
            </w:tcBorders>
          </w:tcPr>
          <w:p w14:paraId="367B10DC"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Borders>
              <w:bottom w:val="nil"/>
            </w:tcBorders>
          </w:tcPr>
          <w:p w14:paraId="2A42AA6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Borders>
              <w:bottom w:val="nil"/>
            </w:tcBorders>
          </w:tcPr>
          <w:p w14:paraId="5A8F18A3"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bottom w:val="nil"/>
            </w:tcBorders>
          </w:tcPr>
          <w:p w14:paraId="3EB11768"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bottom w:val="nil"/>
            </w:tcBorders>
          </w:tcPr>
          <w:p w14:paraId="2ADBC3B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bottom w:val="nil"/>
            </w:tcBorders>
          </w:tcPr>
          <w:p w14:paraId="4BF0935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bottom w:val="nil"/>
            </w:tcBorders>
          </w:tcPr>
          <w:p w14:paraId="6750F8C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bottom w:val="nil"/>
            </w:tcBorders>
          </w:tcPr>
          <w:p w14:paraId="2864960E"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bottom w:val="nil"/>
            </w:tcBorders>
          </w:tcPr>
          <w:p w14:paraId="35DD4D8F"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bottom w:val="nil"/>
            </w:tcBorders>
          </w:tcPr>
          <w:p w14:paraId="05F542D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bottom w:val="nil"/>
            </w:tcBorders>
          </w:tcPr>
          <w:p w14:paraId="2D10F390"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r>
      <w:tr w:rsidR="00230F02" w:rsidRPr="005418A8" w14:paraId="249B00C0" w14:textId="77777777" w:rsidTr="0045305C">
        <w:tc>
          <w:tcPr>
            <w:tcW w:w="426" w:type="dxa"/>
            <w:tcBorders>
              <w:top w:val="nil"/>
              <w:bottom w:val="nil"/>
            </w:tcBorders>
          </w:tcPr>
          <w:p w14:paraId="461FC50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992" w:type="dxa"/>
            <w:tcBorders>
              <w:top w:val="nil"/>
              <w:bottom w:val="nil"/>
            </w:tcBorders>
            <w:vAlign w:val="center"/>
          </w:tcPr>
          <w:p w14:paraId="4BD630A6" w14:textId="77777777" w:rsidR="006648BB" w:rsidRPr="005418A8" w:rsidRDefault="006648BB" w:rsidP="005418A8">
            <w:pPr>
              <w:spacing w:after="0" w:line="240" w:lineRule="auto"/>
              <w:rPr>
                <w:rFonts w:ascii="Times New Roman" w:eastAsia="Calibri" w:hAnsi="Times New Roman" w:cs="Times New Roman"/>
              </w:rPr>
            </w:pPr>
            <w:proofErr w:type="spellStart"/>
            <w:r w:rsidRPr="005418A8">
              <w:rPr>
                <w:rFonts w:ascii="Times New Roman" w:eastAsia="Calibri" w:hAnsi="Times New Roman" w:cs="Times New Roman"/>
              </w:rPr>
              <w:t>Toleransi</w:t>
            </w:r>
            <w:proofErr w:type="spellEnd"/>
            <w:r w:rsidRPr="005418A8">
              <w:rPr>
                <w:rFonts w:ascii="Times New Roman" w:eastAsia="Calibri" w:hAnsi="Times New Roman" w:cs="Times New Roman"/>
              </w:rPr>
              <w:t xml:space="preserve"> </w:t>
            </w:r>
            <w:proofErr w:type="spellStart"/>
            <w:r w:rsidRPr="005418A8">
              <w:rPr>
                <w:rFonts w:ascii="Times New Roman" w:eastAsia="Calibri" w:hAnsi="Times New Roman" w:cs="Times New Roman"/>
              </w:rPr>
              <w:t>dalam</w:t>
            </w:r>
            <w:proofErr w:type="spellEnd"/>
            <w:r w:rsidRPr="005418A8">
              <w:rPr>
                <w:rFonts w:ascii="Times New Roman" w:eastAsia="Calibri" w:hAnsi="Times New Roman" w:cs="Times New Roman"/>
              </w:rPr>
              <w:t xml:space="preserve"> </w:t>
            </w:r>
            <w:proofErr w:type="spellStart"/>
            <w:r w:rsidRPr="005418A8">
              <w:rPr>
                <w:rFonts w:ascii="Times New Roman" w:eastAsia="Calibri" w:hAnsi="Times New Roman" w:cs="Times New Roman"/>
              </w:rPr>
              <w:lastRenderedPageBreak/>
              <w:t>menaiki</w:t>
            </w:r>
            <w:proofErr w:type="spellEnd"/>
            <w:r w:rsidRPr="005418A8">
              <w:rPr>
                <w:rFonts w:ascii="Times New Roman" w:eastAsia="Calibri" w:hAnsi="Times New Roman" w:cs="Times New Roman"/>
              </w:rPr>
              <w:t xml:space="preserve"> </w:t>
            </w:r>
            <w:proofErr w:type="spellStart"/>
            <w:r w:rsidRPr="005418A8">
              <w:rPr>
                <w:rFonts w:ascii="Times New Roman" w:eastAsia="Calibri" w:hAnsi="Times New Roman" w:cs="Times New Roman"/>
              </w:rPr>
              <w:t>tangga</w:t>
            </w:r>
            <w:proofErr w:type="spellEnd"/>
          </w:p>
        </w:tc>
        <w:tc>
          <w:tcPr>
            <w:tcW w:w="426" w:type="dxa"/>
            <w:tcBorders>
              <w:top w:val="nil"/>
              <w:bottom w:val="nil"/>
            </w:tcBorders>
          </w:tcPr>
          <w:p w14:paraId="7315365B"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lastRenderedPageBreak/>
              <w:t>2</w:t>
            </w:r>
          </w:p>
        </w:tc>
        <w:tc>
          <w:tcPr>
            <w:tcW w:w="567" w:type="dxa"/>
            <w:tcBorders>
              <w:top w:val="nil"/>
              <w:bottom w:val="nil"/>
            </w:tcBorders>
          </w:tcPr>
          <w:p w14:paraId="0FD32A0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Borders>
              <w:top w:val="nil"/>
              <w:bottom w:val="nil"/>
            </w:tcBorders>
          </w:tcPr>
          <w:p w14:paraId="3300612E"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Borders>
              <w:top w:val="nil"/>
              <w:bottom w:val="nil"/>
            </w:tcBorders>
          </w:tcPr>
          <w:p w14:paraId="309CE73F"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Borders>
              <w:top w:val="nil"/>
              <w:bottom w:val="nil"/>
            </w:tcBorders>
          </w:tcPr>
          <w:p w14:paraId="0E6024F2"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nil"/>
              <w:bottom w:val="nil"/>
            </w:tcBorders>
          </w:tcPr>
          <w:p w14:paraId="19760F37"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nil"/>
              <w:bottom w:val="nil"/>
            </w:tcBorders>
          </w:tcPr>
          <w:p w14:paraId="61326667"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nil"/>
              <w:bottom w:val="nil"/>
            </w:tcBorders>
          </w:tcPr>
          <w:p w14:paraId="658F6AD0"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nil"/>
              <w:bottom w:val="nil"/>
            </w:tcBorders>
          </w:tcPr>
          <w:p w14:paraId="4A018EE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top w:val="nil"/>
              <w:bottom w:val="nil"/>
            </w:tcBorders>
          </w:tcPr>
          <w:p w14:paraId="38D3BF28"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top w:val="nil"/>
              <w:bottom w:val="nil"/>
            </w:tcBorders>
          </w:tcPr>
          <w:p w14:paraId="2E5944D0"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top w:val="nil"/>
              <w:bottom w:val="nil"/>
            </w:tcBorders>
          </w:tcPr>
          <w:p w14:paraId="31B1ACE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top w:val="nil"/>
              <w:bottom w:val="nil"/>
            </w:tcBorders>
          </w:tcPr>
          <w:p w14:paraId="08426BB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top w:val="nil"/>
              <w:bottom w:val="nil"/>
            </w:tcBorders>
          </w:tcPr>
          <w:p w14:paraId="772A1600"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r>
      <w:tr w:rsidR="006648BB" w:rsidRPr="005418A8" w14:paraId="6CCF9EFE" w14:textId="77777777" w:rsidTr="0045305C">
        <w:tc>
          <w:tcPr>
            <w:tcW w:w="9215" w:type="dxa"/>
            <w:gridSpan w:val="16"/>
            <w:tcBorders>
              <w:top w:val="nil"/>
              <w:bottom w:val="single" w:sz="4" w:space="0" w:color="auto"/>
              <w:right w:val="nil"/>
            </w:tcBorders>
            <w:vAlign w:val="center"/>
            <w:hideMark/>
          </w:tcPr>
          <w:p w14:paraId="69789E3D" w14:textId="77777777" w:rsidR="006648BB" w:rsidRPr="005418A8" w:rsidRDefault="006648BB" w:rsidP="005418A8">
            <w:pPr>
              <w:tabs>
                <w:tab w:val="left" w:pos="785"/>
              </w:tabs>
              <w:spacing w:after="0" w:line="240" w:lineRule="auto"/>
              <w:rPr>
                <w:rFonts w:ascii="Times New Roman" w:eastAsia="Calibri" w:hAnsi="Times New Roman" w:cs="Times New Roman"/>
                <w:lang w:val="id-ID"/>
              </w:rPr>
            </w:pPr>
            <w:r w:rsidRPr="005418A8">
              <w:rPr>
                <w:rFonts w:ascii="Times New Roman" w:eastAsia="Calibri" w:hAnsi="Times New Roman" w:cs="Times New Roman"/>
                <w:lang w:val="id-ID"/>
              </w:rPr>
              <w:t xml:space="preserve">Keterangan </w:t>
            </w:r>
          </w:p>
          <w:p w14:paraId="535B77DB" w14:textId="77777777" w:rsidR="006648BB" w:rsidRPr="005418A8" w:rsidRDefault="006648BB" w:rsidP="005418A8">
            <w:pPr>
              <w:tabs>
                <w:tab w:val="left" w:pos="785"/>
              </w:tabs>
              <w:spacing w:after="0" w:line="240" w:lineRule="auto"/>
              <w:rPr>
                <w:rFonts w:ascii="Times New Roman" w:eastAsia="Calibri" w:hAnsi="Times New Roman" w:cs="Times New Roman"/>
                <w:lang w:val="sv-SE"/>
              </w:rPr>
            </w:pPr>
            <w:r w:rsidRPr="005418A8">
              <w:rPr>
                <w:rFonts w:ascii="Times New Roman" w:eastAsia="Calibri" w:hAnsi="Times New Roman" w:cs="Times New Roman"/>
                <w:lang w:val="id-ID"/>
              </w:rPr>
              <w:t xml:space="preserve">1 : </w:t>
            </w:r>
            <w:proofErr w:type="spellStart"/>
            <w:r w:rsidRPr="005418A8">
              <w:rPr>
                <w:rFonts w:ascii="Times New Roman" w:eastAsia="Calibri" w:hAnsi="Times New Roman" w:cs="Times New Roman"/>
                <w:lang w:val="sv-SE"/>
              </w:rPr>
              <w:t>menurun</w:t>
            </w:r>
            <w:proofErr w:type="spellEnd"/>
          </w:p>
          <w:p w14:paraId="7711E366" w14:textId="77777777" w:rsidR="006648BB" w:rsidRPr="005418A8" w:rsidRDefault="006648BB" w:rsidP="005418A8">
            <w:pPr>
              <w:tabs>
                <w:tab w:val="left" w:pos="785"/>
              </w:tabs>
              <w:spacing w:after="0" w:line="240" w:lineRule="auto"/>
              <w:rPr>
                <w:rFonts w:ascii="Times New Roman" w:eastAsia="Calibri" w:hAnsi="Times New Roman" w:cs="Times New Roman"/>
                <w:lang w:val="sv-SE"/>
              </w:rPr>
            </w:pPr>
            <w:r w:rsidRPr="005418A8">
              <w:rPr>
                <w:rFonts w:ascii="Times New Roman" w:eastAsia="Calibri" w:hAnsi="Times New Roman" w:cs="Times New Roman"/>
                <w:lang w:val="id-ID"/>
              </w:rPr>
              <w:t xml:space="preserve">2 : cukup </w:t>
            </w:r>
            <w:proofErr w:type="spellStart"/>
            <w:r w:rsidRPr="005418A8">
              <w:rPr>
                <w:rFonts w:ascii="Times New Roman" w:eastAsia="Calibri" w:hAnsi="Times New Roman" w:cs="Times New Roman"/>
                <w:lang w:val="sv-SE"/>
              </w:rPr>
              <w:t>menurun</w:t>
            </w:r>
            <w:proofErr w:type="spellEnd"/>
          </w:p>
          <w:p w14:paraId="044DADE7" w14:textId="77777777" w:rsidR="006648BB" w:rsidRPr="005418A8" w:rsidRDefault="006648BB" w:rsidP="005418A8">
            <w:pPr>
              <w:tabs>
                <w:tab w:val="left" w:pos="785"/>
              </w:tabs>
              <w:spacing w:after="0" w:line="240" w:lineRule="auto"/>
              <w:rPr>
                <w:rFonts w:ascii="Times New Roman" w:eastAsia="Calibri" w:hAnsi="Times New Roman" w:cs="Times New Roman"/>
                <w:lang w:val="id-ID"/>
              </w:rPr>
            </w:pPr>
            <w:r w:rsidRPr="005418A8">
              <w:rPr>
                <w:rFonts w:ascii="Times New Roman" w:eastAsia="Calibri" w:hAnsi="Times New Roman" w:cs="Times New Roman"/>
                <w:lang w:val="id-ID"/>
              </w:rPr>
              <w:t>3 : Sedang</w:t>
            </w:r>
          </w:p>
          <w:p w14:paraId="3315357C" w14:textId="77777777" w:rsidR="006648BB" w:rsidRPr="005418A8" w:rsidRDefault="006648BB" w:rsidP="005418A8">
            <w:pPr>
              <w:tabs>
                <w:tab w:val="left" w:pos="785"/>
              </w:tabs>
              <w:spacing w:after="0" w:line="240" w:lineRule="auto"/>
              <w:rPr>
                <w:rFonts w:ascii="Times New Roman" w:eastAsia="Calibri" w:hAnsi="Times New Roman" w:cs="Times New Roman"/>
                <w:lang w:val="sv-SE"/>
              </w:rPr>
            </w:pPr>
            <w:r w:rsidRPr="005418A8">
              <w:rPr>
                <w:rFonts w:ascii="Times New Roman" w:eastAsia="Calibri" w:hAnsi="Times New Roman" w:cs="Times New Roman"/>
                <w:lang w:val="id-ID"/>
              </w:rPr>
              <w:t xml:space="preserve">4 : Cukup </w:t>
            </w:r>
            <w:proofErr w:type="spellStart"/>
            <w:r w:rsidRPr="005418A8">
              <w:rPr>
                <w:rFonts w:ascii="Times New Roman" w:eastAsia="Calibri" w:hAnsi="Times New Roman" w:cs="Times New Roman"/>
                <w:lang w:val="id-ID"/>
              </w:rPr>
              <w:t>men</w:t>
            </w:r>
            <w:r w:rsidRPr="005418A8">
              <w:rPr>
                <w:rFonts w:ascii="Times New Roman" w:eastAsia="Calibri" w:hAnsi="Times New Roman" w:cs="Times New Roman"/>
                <w:lang w:val="sv-SE"/>
              </w:rPr>
              <w:t>ingkat</w:t>
            </w:r>
            <w:proofErr w:type="spellEnd"/>
          </w:p>
          <w:p w14:paraId="4FB1A339" w14:textId="77777777" w:rsidR="006648BB" w:rsidRPr="005418A8" w:rsidRDefault="006648BB" w:rsidP="005418A8">
            <w:pPr>
              <w:tabs>
                <w:tab w:val="left" w:pos="785"/>
              </w:tabs>
              <w:spacing w:after="0" w:line="240" w:lineRule="auto"/>
              <w:rPr>
                <w:rFonts w:ascii="Times New Roman" w:eastAsia="Calibri" w:hAnsi="Times New Roman" w:cs="Times New Roman"/>
                <w:lang w:val="id-ID"/>
              </w:rPr>
            </w:pPr>
            <w:r w:rsidRPr="005418A8">
              <w:rPr>
                <w:rFonts w:ascii="Times New Roman" w:eastAsia="Calibri" w:hAnsi="Times New Roman" w:cs="Times New Roman"/>
                <w:lang w:val="id-ID"/>
              </w:rPr>
              <w:t xml:space="preserve">5 : </w:t>
            </w:r>
            <w:proofErr w:type="spellStart"/>
            <w:r w:rsidRPr="005418A8">
              <w:rPr>
                <w:rFonts w:ascii="Times New Roman" w:eastAsia="Calibri" w:hAnsi="Times New Roman" w:cs="Times New Roman"/>
                <w:lang w:val="id-ID"/>
              </w:rPr>
              <w:t>Men</w:t>
            </w:r>
            <w:r w:rsidRPr="005418A8">
              <w:rPr>
                <w:rFonts w:ascii="Times New Roman" w:eastAsia="Calibri" w:hAnsi="Times New Roman" w:cs="Times New Roman"/>
              </w:rPr>
              <w:t>ingkat</w:t>
            </w:r>
            <w:proofErr w:type="spellEnd"/>
          </w:p>
        </w:tc>
      </w:tr>
      <w:tr w:rsidR="00230F02" w:rsidRPr="005418A8" w14:paraId="520C9319" w14:textId="77777777" w:rsidTr="0045305C">
        <w:tc>
          <w:tcPr>
            <w:tcW w:w="426" w:type="dxa"/>
            <w:tcBorders>
              <w:top w:val="single" w:sz="4" w:space="0" w:color="auto"/>
            </w:tcBorders>
            <w:hideMark/>
          </w:tcPr>
          <w:p w14:paraId="7413559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w:t>
            </w:r>
          </w:p>
        </w:tc>
        <w:tc>
          <w:tcPr>
            <w:tcW w:w="992" w:type="dxa"/>
            <w:tcBorders>
              <w:top w:val="single" w:sz="4" w:space="0" w:color="auto"/>
            </w:tcBorders>
            <w:vAlign w:val="center"/>
            <w:hideMark/>
          </w:tcPr>
          <w:p w14:paraId="24C710C5" w14:textId="77777777" w:rsidR="006648BB" w:rsidRPr="005418A8" w:rsidRDefault="006648BB" w:rsidP="005418A8">
            <w:pPr>
              <w:spacing w:after="0" w:line="240" w:lineRule="auto"/>
              <w:rPr>
                <w:rFonts w:ascii="Times New Roman" w:eastAsia="Calibri" w:hAnsi="Times New Roman" w:cs="Times New Roman"/>
              </w:rPr>
            </w:pPr>
            <w:proofErr w:type="spellStart"/>
            <w:r w:rsidRPr="005418A8">
              <w:rPr>
                <w:rFonts w:ascii="Times New Roman" w:eastAsia="Calibri" w:hAnsi="Times New Roman" w:cs="Times New Roman"/>
              </w:rPr>
              <w:t>Keluhan</w:t>
            </w:r>
            <w:proofErr w:type="spellEnd"/>
            <w:r w:rsidRPr="005418A8">
              <w:rPr>
                <w:rFonts w:ascii="Times New Roman" w:eastAsia="Calibri" w:hAnsi="Times New Roman" w:cs="Times New Roman"/>
              </w:rPr>
              <w:t xml:space="preserve"> Lelah</w:t>
            </w:r>
          </w:p>
        </w:tc>
        <w:tc>
          <w:tcPr>
            <w:tcW w:w="426" w:type="dxa"/>
            <w:tcBorders>
              <w:top w:val="single" w:sz="4" w:space="0" w:color="auto"/>
            </w:tcBorders>
          </w:tcPr>
          <w:p w14:paraId="03DB0EBE"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Borders>
              <w:top w:val="single" w:sz="4" w:space="0" w:color="auto"/>
            </w:tcBorders>
          </w:tcPr>
          <w:p w14:paraId="05D132D8"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Borders>
              <w:top w:val="single" w:sz="4" w:space="0" w:color="auto"/>
            </w:tcBorders>
          </w:tcPr>
          <w:p w14:paraId="45983533"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single" w:sz="4" w:space="0" w:color="auto"/>
            </w:tcBorders>
          </w:tcPr>
          <w:p w14:paraId="7B3DD03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single" w:sz="4" w:space="0" w:color="auto"/>
            </w:tcBorders>
          </w:tcPr>
          <w:p w14:paraId="0D6A0DB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single" w:sz="4" w:space="0" w:color="auto"/>
            </w:tcBorders>
          </w:tcPr>
          <w:p w14:paraId="389D4527"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single" w:sz="4" w:space="0" w:color="auto"/>
            </w:tcBorders>
          </w:tcPr>
          <w:p w14:paraId="0472C5EF"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single" w:sz="4" w:space="0" w:color="auto"/>
            </w:tcBorders>
          </w:tcPr>
          <w:p w14:paraId="4220105B"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top w:val="single" w:sz="4" w:space="0" w:color="auto"/>
            </w:tcBorders>
          </w:tcPr>
          <w:p w14:paraId="6320452E"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top w:val="single" w:sz="4" w:space="0" w:color="auto"/>
            </w:tcBorders>
          </w:tcPr>
          <w:p w14:paraId="680AD28C"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top w:val="single" w:sz="4" w:space="0" w:color="auto"/>
            </w:tcBorders>
          </w:tcPr>
          <w:p w14:paraId="023C20B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top w:val="single" w:sz="4" w:space="0" w:color="auto"/>
            </w:tcBorders>
          </w:tcPr>
          <w:p w14:paraId="57C0273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top w:val="single" w:sz="4" w:space="0" w:color="auto"/>
            </w:tcBorders>
          </w:tcPr>
          <w:p w14:paraId="01ACF97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top w:val="single" w:sz="4" w:space="0" w:color="auto"/>
            </w:tcBorders>
          </w:tcPr>
          <w:p w14:paraId="63EB3992"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 xml:space="preserve">5 </w:t>
            </w:r>
          </w:p>
        </w:tc>
      </w:tr>
      <w:tr w:rsidR="00230F02" w:rsidRPr="005418A8" w14:paraId="1ECA2ED5" w14:textId="77777777" w:rsidTr="0045305C">
        <w:tc>
          <w:tcPr>
            <w:tcW w:w="426" w:type="dxa"/>
          </w:tcPr>
          <w:p w14:paraId="4773F6A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992" w:type="dxa"/>
            <w:vAlign w:val="center"/>
          </w:tcPr>
          <w:p w14:paraId="46C96271" w14:textId="77777777" w:rsidR="006648BB" w:rsidRPr="005418A8" w:rsidRDefault="006648BB" w:rsidP="005418A8">
            <w:pPr>
              <w:spacing w:after="0" w:line="240" w:lineRule="auto"/>
              <w:rPr>
                <w:rFonts w:ascii="Times New Roman" w:eastAsia="Calibri" w:hAnsi="Times New Roman" w:cs="Times New Roman"/>
              </w:rPr>
            </w:pPr>
            <w:proofErr w:type="spellStart"/>
            <w:r w:rsidRPr="005418A8">
              <w:rPr>
                <w:rFonts w:ascii="Times New Roman" w:eastAsia="Calibri" w:hAnsi="Times New Roman" w:cs="Times New Roman"/>
              </w:rPr>
              <w:t>Dipsnea</w:t>
            </w:r>
            <w:proofErr w:type="spellEnd"/>
            <w:r w:rsidRPr="005418A8">
              <w:rPr>
                <w:rFonts w:ascii="Times New Roman" w:eastAsia="Calibri" w:hAnsi="Times New Roman" w:cs="Times New Roman"/>
              </w:rPr>
              <w:t xml:space="preserve"> </w:t>
            </w:r>
            <w:proofErr w:type="spellStart"/>
            <w:r w:rsidRPr="005418A8">
              <w:rPr>
                <w:rFonts w:ascii="Times New Roman" w:eastAsia="Calibri" w:hAnsi="Times New Roman" w:cs="Times New Roman"/>
              </w:rPr>
              <w:t>saat</w:t>
            </w:r>
            <w:proofErr w:type="spellEnd"/>
            <w:r w:rsidRPr="005418A8">
              <w:rPr>
                <w:rFonts w:ascii="Times New Roman" w:eastAsia="Calibri" w:hAnsi="Times New Roman" w:cs="Times New Roman"/>
              </w:rPr>
              <w:t xml:space="preserve"> </w:t>
            </w:r>
            <w:proofErr w:type="spellStart"/>
            <w:r w:rsidRPr="005418A8">
              <w:rPr>
                <w:rFonts w:ascii="Times New Roman" w:eastAsia="Calibri" w:hAnsi="Times New Roman" w:cs="Times New Roman"/>
              </w:rPr>
              <w:t>aktivitas</w:t>
            </w:r>
            <w:proofErr w:type="spellEnd"/>
          </w:p>
        </w:tc>
        <w:tc>
          <w:tcPr>
            <w:tcW w:w="426" w:type="dxa"/>
          </w:tcPr>
          <w:p w14:paraId="36D26EBB"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41EEC21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7F97E09C"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0090CA18"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4DA5B34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68DBFD0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5A87682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17B3CC9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67BC21E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376CA5F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5E276D16"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2990D0F7"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33AD63C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1DD8BCA8"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r>
      <w:tr w:rsidR="00230F02" w:rsidRPr="005418A8" w14:paraId="5713438A" w14:textId="77777777" w:rsidTr="0045305C">
        <w:tc>
          <w:tcPr>
            <w:tcW w:w="426" w:type="dxa"/>
          </w:tcPr>
          <w:p w14:paraId="4D7364E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992" w:type="dxa"/>
            <w:vAlign w:val="center"/>
          </w:tcPr>
          <w:p w14:paraId="5EF24B8E" w14:textId="77777777" w:rsidR="006648BB" w:rsidRPr="005418A8" w:rsidRDefault="006648BB" w:rsidP="005418A8">
            <w:pPr>
              <w:spacing w:after="0" w:line="240" w:lineRule="auto"/>
              <w:rPr>
                <w:rFonts w:ascii="Times New Roman" w:eastAsia="Calibri" w:hAnsi="Times New Roman" w:cs="Times New Roman"/>
              </w:rPr>
            </w:pPr>
            <w:proofErr w:type="spellStart"/>
            <w:r w:rsidRPr="005418A8">
              <w:rPr>
                <w:rFonts w:ascii="Times New Roman" w:eastAsia="Calibri" w:hAnsi="Times New Roman" w:cs="Times New Roman"/>
              </w:rPr>
              <w:t>Dipsnea</w:t>
            </w:r>
            <w:proofErr w:type="spellEnd"/>
            <w:r w:rsidRPr="005418A8">
              <w:rPr>
                <w:rFonts w:ascii="Times New Roman" w:eastAsia="Calibri" w:hAnsi="Times New Roman" w:cs="Times New Roman"/>
              </w:rPr>
              <w:t xml:space="preserve"> </w:t>
            </w:r>
            <w:proofErr w:type="spellStart"/>
            <w:r w:rsidRPr="005418A8">
              <w:rPr>
                <w:rFonts w:ascii="Times New Roman" w:eastAsia="Calibri" w:hAnsi="Times New Roman" w:cs="Times New Roman"/>
              </w:rPr>
              <w:t>setelah</w:t>
            </w:r>
            <w:proofErr w:type="spellEnd"/>
            <w:r w:rsidRPr="005418A8">
              <w:rPr>
                <w:rFonts w:ascii="Times New Roman" w:eastAsia="Calibri" w:hAnsi="Times New Roman" w:cs="Times New Roman"/>
              </w:rPr>
              <w:t xml:space="preserve"> </w:t>
            </w:r>
            <w:proofErr w:type="spellStart"/>
            <w:r w:rsidRPr="005418A8">
              <w:rPr>
                <w:rFonts w:ascii="Times New Roman" w:eastAsia="Calibri" w:hAnsi="Times New Roman" w:cs="Times New Roman"/>
              </w:rPr>
              <w:t>aktivitas</w:t>
            </w:r>
            <w:proofErr w:type="spellEnd"/>
          </w:p>
        </w:tc>
        <w:tc>
          <w:tcPr>
            <w:tcW w:w="426" w:type="dxa"/>
          </w:tcPr>
          <w:p w14:paraId="1049606E"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6A05074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5DF4BB7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10C845BB"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6E27E2AF"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0B3045EB"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55F7030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003C7918"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2AFE34C2"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753AC24D"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6A3D0BA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42F5772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5DE94A2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59CE36A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r>
      <w:tr w:rsidR="00230F02" w:rsidRPr="005418A8" w14:paraId="5C828AE3" w14:textId="77777777" w:rsidTr="0045305C">
        <w:tc>
          <w:tcPr>
            <w:tcW w:w="426" w:type="dxa"/>
          </w:tcPr>
          <w:p w14:paraId="1912D8AE"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992" w:type="dxa"/>
            <w:vAlign w:val="center"/>
          </w:tcPr>
          <w:p w14:paraId="030F52FF" w14:textId="77777777" w:rsidR="006648BB" w:rsidRPr="005418A8" w:rsidRDefault="006648BB" w:rsidP="005418A8">
            <w:pPr>
              <w:spacing w:after="0" w:line="240" w:lineRule="auto"/>
              <w:rPr>
                <w:rFonts w:ascii="Times New Roman" w:eastAsia="Calibri" w:hAnsi="Times New Roman" w:cs="Times New Roman"/>
              </w:rPr>
            </w:pPr>
            <w:proofErr w:type="spellStart"/>
            <w:r w:rsidRPr="005418A8">
              <w:rPr>
                <w:rFonts w:ascii="Times New Roman" w:eastAsia="Calibri" w:hAnsi="Times New Roman" w:cs="Times New Roman"/>
              </w:rPr>
              <w:t>Perasaan</w:t>
            </w:r>
            <w:proofErr w:type="spellEnd"/>
            <w:r w:rsidRPr="005418A8">
              <w:rPr>
                <w:rFonts w:ascii="Times New Roman" w:eastAsia="Calibri" w:hAnsi="Times New Roman" w:cs="Times New Roman"/>
              </w:rPr>
              <w:t xml:space="preserve"> </w:t>
            </w:r>
            <w:proofErr w:type="spellStart"/>
            <w:r w:rsidRPr="005418A8">
              <w:rPr>
                <w:rFonts w:ascii="Times New Roman" w:eastAsia="Calibri" w:hAnsi="Times New Roman" w:cs="Times New Roman"/>
              </w:rPr>
              <w:t>lemah</w:t>
            </w:r>
            <w:proofErr w:type="spellEnd"/>
          </w:p>
        </w:tc>
        <w:tc>
          <w:tcPr>
            <w:tcW w:w="426" w:type="dxa"/>
          </w:tcPr>
          <w:p w14:paraId="7DEFB48F"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6FEECD6E"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374BF31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77B8A19F"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011D57C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5DBD79C8"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48F5DD9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1B432A20"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7AB3C48B"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5D880E2B"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47946342"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22B0BA70"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70ED1DE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53A0D7C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r>
      <w:tr w:rsidR="00230F02" w:rsidRPr="005418A8" w14:paraId="05423FE7" w14:textId="77777777" w:rsidTr="0045305C">
        <w:tc>
          <w:tcPr>
            <w:tcW w:w="426" w:type="dxa"/>
          </w:tcPr>
          <w:p w14:paraId="17171D0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992" w:type="dxa"/>
            <w:vAlign w:val="center"/>
          </w:tcPr>
          <w:p w14:paraId="6CC07079" w14:textId="77777777" w:rsidR="006648BB" w:rsidRPr="005418A8" w:rsidRDefault="006648BB" w:rsidP="005418A8">
            <w:pPr>
              <w:spacing w:after="0" w:line="240" w:lineRule="auto"/>
              <w:rPr>
                <w:rFonts w:ascii="Times New Roman" w:eastAsia="Calibri" w:hAnsi="Times New Roman" w:cs="Times New Roman"/>
              </w:rPr>
            </w:pPr>
            <w:proofErr w:type="spellStart"/>
            <w:r w:rsidRPr="005418A8">
              <w:rPr>
                <w:rFonts w:ascii="Times New Roman" w:eastAsia="Calibri" w:hAnsi="Times New Roman" w:cs="Times New Roman"/>
              </w:rPr>
              <w:t>Sianosis</w:t>
            </w:r>
            <w:proofErr w:type="spellEnd"/>
          </w:p>
        </w:tc>
        <w:tc>
          <w:tcPr>
            <w:tcW w:w="426" w:type="dxa"/>
          </w:tcPr>
          <w:p w14:paraId="2DA7CC3E"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19532AC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269D26B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75E29E6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11E2EB06"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495EFB5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5BDD920C"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5E38B4D8" w14:textId="77777777" w:rsidR="006648BB" w:rsidRPr="005418A8" w:rsidRDefault="006648BB" w:rsidP="005418A8">
            <w:pPr>
              <w:spacing w:after="0" w:line="240" w:lineRule="auto"/>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407E9E2E"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54873123"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6174F12B"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5E54D636"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77AABC6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6C0B36CD"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r>
      <w:tr w:rsidR="006648BB" w:rsidRPr="005418A8" w14:paraId="25181421" w14:textId="77777777" w:rsidTr="0045305C">
        <w:tc>
          <w:tcPr>
            <w:tcW w:w="9215" w:type="dxa"/>
            <w:gridSpan w:val="16"/>
          </w:tcPr>
          <w:p w14:paraId="599A23E9" w14:textId="77777777" w:rsidR="006648BB" w:rsidRPr="005418A8" w:rsidRDefault="006648BB" w:rsidP="005418A8">
            <w:pPr>
              <w:spacing w:after="0" w:line="240" w:lineRule="auto"/>
              <w:rPr>
                <w:rFonts w:ascii="Times New Roman" w:eastAsia="Calibri" w:hAnsi="Times New Roman" w:cs="Times New Roman"/>
                <w:lang w:val="id-ID"/>
              </w:rPr>
            </w:pPr>
            <w:r w:rsidRPr="005418A8">
              <w:rPr>
                <w:rFonts w:ascii="Times New Roman" w:eastAsia="Calibri" w:hAnsi="Times New Roman" w:cs="Times New Roman"/>
                <w:lang w:val="id-ID"/>
              </w:rPr>
              <w:t>Keterangan:</w:t>
            </w:r>
          </w:p>
          <w:p w14:paraId="096074D2" w14:textId="77777777" w:rsidR="006648BB" w:rsidRPr="005418A8" w:rsidRDefault="006648BB" w:rsidP="005418A8">
            <w:pPr>
              <w:spacing w:after="0" w:line="240" w:lineRule="auto"/>
              <w:rPr>
                <w:rFonts w:ascii="Times New Roman" w:eastAsia="Calibri" w:hAnsi="Times New Roman" w:cs="Times New Roman"/>
                <w:lang w:val="sv-SE"/>
              </w:rPr>
            </w:pPr>
            <w:r w:rsidRPr="005418A8">
              <w:rPr>
                <w:rFonts w:ascii="Times New Roman" w:eastAsia="Calibri" w:hAnsi="Times New Roman" w:cs="Times New Roman"/>
                <w:lang w:val="id-ID"/>
              </w:rPr>
              <w:t xml:space="preserve">1 : </w:t>
            </w:r>
            <w:proofErr w:type="spellStart"/>
            <w:r w:rsidRPr="005418A8">
              <w:rPr>
                <w:rFonts w:ascii="Times New Roman" w:eastAsia="Calibri" w:hAnsi="Times New Roman" w:cs="Times New Roman"/>
                <w:lang w:val="id-ID"/>
              </w:rPr>
              <w:t>Me</w:t>
            </w:r>
            <w:r w:rsidRPr="005418A8">
              <w:rPr>
                <w:rFonts w:ascii="Times New Roman" w:eastAsia="Calibri" w:hAnsi="Times New Roman" w:cs="Times New Roman"/>
                <w:lang w:val="sv-SE"/>
              </w:rPr>
              <w:t>ningkat</w:t>
            </w:r>
            <w:proofErr w:type="spellEnd"/>
          </w:p>
          <w:p w14:paraId="546E413A" w14:textId="77777777" w:rsidR="006648BB" w:rsidRPr="005418A8" w:rsidRDefault="006648BB" w:rsidP="005418A8">
            <w:pPr>
              <w:spacing w:after="0" w:line="240" w:lineRule="auto"/>
              <w:rPr>
                <w:rFonts w:ascii="Times New Roman" w:eastAsia="Calibri" w:hAnsi="Times New Roman" w:cs="Times New Roman"/>
                <w:lang w:val="sv-SE"/>
              </w:rPr>
            </w:pPr>
            <w:r w:rsidRPr="005418A8">
              <w:rPr>
                <w:rFonts w:ascii="Times New Roman" w:eastAsia="Calibri" w:hAnsi="Times New Roman" w:cs="Times New Roman"/>
                <w:lang w:val="id-ID"/>
              </w:rPr>
              <w:t xml:space="preserve">2 : Cukup </w:t>
            </w:r>
            <w:proofErr w:type="spellStart"/>
            <w:r w:rsidRPr="005418A8">
              <w:rPr>
                <w:rFonts w:ascii="Times New Roman" w:eastAsia="Calibri" w:hAnsi="Times New Roman" w:cs="Times New Roman"/>
                <w:lang w:val="id-ID"/>
              </w:rPr>
              <w:t>Me</w:t>
            </w:r>
            <w:r w:rsidRPr="005418A8">
              <w:rPr>
                <w:rFonts w:ascii="Times New Roman" w:eastAsia="Calibri" w:hAnsi="Times New Roman" w:cs="Times New Roman"/>
                <w:lang w:val="sv-SE"/>
              </w:rPr>
              <w:t>ningkat</w:t>
            </w:r>
            <w:proofErr w:type="spellEnd"/>
          </w:p>
          <w:p w14:paraId="24C93CF7" w14:textId="77777777" w:rsidR="006648BB" w:rsidRPr="005418A8" w:rsidRDefault="006648BB" w:rsidP="005418A8">
            <w:pPr>
              <w:spacing w:after="0" w:line="240" w:lineRule="auto"/>
              <w:rPr>
                <w:rFonts w:ascii="Times New Roman" w:eastAsia="Calibri" w:hAnsi="Times New Roman" w:cs="Times New Roman"/>
                <w:lang w:val="id-ID"/>
              </w:rPr>
            </w:pPr>
            <w:r w:rsidRPr="005418A8">
              <w:rPr>
                <w:rFonts w:ascii="Times New Roman" w:eastAsia="Calibri" w:hAnsi="Times New Roman" w:cs="Times New Roman"/>
                <w:lang w:val="id-ID"/>
              </w:rPr>
              <w:t>3: Sedang</w:t>
            </w:r>
          </w:p>
          <w:p w14:paraId="5734A2FA" w14:textId="77777777" w:rsidR="006648BB" w:rsidRPr="005418A8" w:rsidRDefault="006648BB" w:rsidP="005418A8">
            <w:pPr>
              <w:spacing w:after="0" w:line="240" w:lineRule="auto"/>
              <w:rPr>
                <w:rFonts w:ascii="Times New Roman" w:eastAsia="Calibri" w:hAnsi="Times New Roman" w:cs="Times New Roman"/>
                <w:lang w:val="id-ID"/>
              </w:rPr>
            </w:pPr>
            <w:r w:rsidRPr="005418A8">
              <w:rPr>
                <w:rFonts w:ascii="Times New Roman" w:eastAsia="Calibri" w:hAnsi="Times New Roman" w:cs="Times New Roman"/>
                <w:lang w:val="id-ID"/>
              </w:rPr>
              <w:t xml:space="preserve">4 : Cukup </w:t>
            </w:r>
            <w:proofErr w:type="spellStart"/>
            <w:r w:rsidRPr="005418A8">
              <w:rPr>
                <w:rFonts w:ascii="Times New Roman" w:eastAsia="Calibri" w:hAnsi="Times New Roman" w:cs="Times New Roman"/>
                <w:lang w:val="id-ID"/>
              </w:rPr>
              <w:t>Me</w:t>
            </w:r>
            <w:r w:rsidRPr="005418A8">
              <w:rPr>
                <w:rFonts w:ascii="Times New Roman" w:eastAsia="Calibri" w:hAnsi="Times New Roman" w:cs="Times New Roman"/>
                <w:lang w:val="sv-SE"/>
              </w:rPr>
              <w:t>nurun</w:t>
            </w:r>
            <w:proofErr w:type="spellEnd"/>
            <w:r w:rsidRPr="005418A8">
              <w:rPr>
                <w:rFonts w:ascii="Times New Roman" w:eastAsia="Calibri" w:hAnsi="Times New Roman" w:cs="Times New Roman"/>
                <w:lang w:val="id-ID"/>
              </w:rPr>
              <w:t xml:space="preserve"> </w:t>
            </w:r>
          </w:p>
          <w:p w14:paraId="195D2318" w14:textId="77777777" w:rsidR="006648BB" w:rsidRPr="005418A8" w:rsidRDefault="006648BB" w:rsidP="005418A8">
            <w:pPr>
              <w:spacing w:after="0" w:line="240" w:lineRule="auto"/>
              <w:rPr>
                <w:rFonts w:ascii="Times New Roman" w:eastAsia="Calibri" w:hAnsi="Times New Roman" w:cs="Times New Roman"/>
                <w:lang w:val="id-ID"/>
              </w:rPr>
            </w:pPr>
            <w:r w:rsidRPr="005418A8">
              <w:rPr>
                <w:rFonts w:ascii="Times New Roman" w:eastAsia="Calibri" w:hAnsi="Times New Roman" w:cs="Times New Roman"/>
                <w:lang w:val="id-ID"/>
              </w:rPr>
              <w:t xml:space="preserve">5: </w:t>
            </w:r>
            <w:proofErr w:type="spellStart"/>
            <w:r w:rsidRPr="005418A8">
              <w:rPr>
                <w:rFonts w:ascii="Times New Roman" w:eastAsia="Calibri" w:hAnsi="Times New Roman" w:cs="Times New Roman"/>
                <w:lang w:val="id-ID"/>
              </w:rPr>
              <w:t>Me</w:t>
            </w:r>
            <w:r w:rsidRPr="005418A8">
              <w:rPr>
                <w:rFonts w:ascii="Times New Roman" w:eastAsia="Calibri" w:hAnsi="Times New Roman" w:cs="Times New Roman"/>
              </w:rPr>
              <w:t>nurun</w:t>
            </w:r>
            <w:proofErr w:type="spellEnd"/>
          </w:p>
        </w:tc>
      </w:tr>
      <w:tr w:rsidR="00230F02" w:rsidRPr="005418A8" w14:paraId="00D420B0" w14:textId="77777777" w:rsidTr="0045305C">
        <w:tc>
          <w:tcPr>
            <w:tcW w:w="426" w:type="dxa"/>
          </w:tcPr>
          <w:p w14:paraId="27C9099C"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w:t>
            </w:r>
          </w:p>
        </w:tc>
        <w:tc>
          <w:tcPr>
            <w:tcW w:w="992" w:type="dxa"/>
            <w:vAlign w:val="center"/>
          </w:tcPr>
          <w:p w14:paraId="6682746B" w14:textId="77777777" w:rsidR="006648BB" w:rsidRPr="005418A8" w:rsidRDefault="006648BB" w:rsidP="005418A8">
            <w:pPr>
              <w:spacing w:after="0" w:line="240" w:lineRule="auto"/>
              <w:rPr>
                <w:rFonts w:ascii="Times New Roman" w:eastAsia="Calibri" w:hAnsi="Times New Roman" w:cs="Times New Roman"/>
              </w:rPr>
            </w:pPr>
            <w:proofErr w:type="spellStart"/>
            <w:r w:rsidRPr="005418A8">
              <w:rPr>
                <w:rFonts w:ascii="Times New Roman" w:eastAsia="Calibri" w:hAnsi="Times New Roman" w:cs="Times New Roman"/>
              </w:rPr>
              <w:t>Frekuensi</w:t>
            </w:r>
            <w:proofErr w:type="spellEnd"/>
            <w:r w:rsidRPr="005418A8">
              <w:rPr>
                <w:rFonts w:ascii="Times New Roman" w:eastAsia="Calibri" w:hAnsi="Times New Roman" w:cs="Times New Roman"/>
              </w:rPr>
              <w:t xml:space="preserve"> </w:t>
            </w:r>
            <w:proofErr w:type="spellStart"/>
            <w:r w:rsidRPr="005418A8">
              <w:rPr>
                <w:rFonts w:ascii="Times New Roman" w:eastAsia="Calibri" w:hAnsi="Times New Roman" w:cs="Times New Roman"/>
              </w:rPr>
              <w:t>nadi</w:t>
            </w:r>
            <w:proofErr w:type="spellEnd"/>
          </w:p>
        </w:tc>
        <w:tc>
          <w:tcPr>
            <w:tcW w:w="426" w:type="dxa"/>
          </w:tcPr>
          <w:p w14:paraId="35B92967"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1B7629E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1F32B327"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770F9B08"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2CBB872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313BD55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5F73D746"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7A167783"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4AF3C9AF"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058D2A66"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13A04D2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07BC3FDD"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5BEAB65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5661CBCB"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r>
      <w:tr w:rsidR="00230F02" w:rsidRPr="005418A8" w14:paraId="444A0126" w14:textId="77777777" w:rsidTr="0045305C">
        <w:tc>
          <w:tcPr>
            <w:tcW w:w="426" w:type="dxa"/>
          </w:tcPr>
          <w:p w14:paraId="64F6AFA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992" w:type="dxa"/>
            <w:vAlign w:val="center"/>
          </w:tcPr>
          <w:p w14:paraId="66BE01A5" w14:textId="77777777" w:rsidR="006648BB" w:rsidRPr="005418A8" w:rsidRDefault="006648BB" w:rsidP="005418A8">
            <w:pPr>
              <w:spacing w:after="0" w:line="240" w:lineRule="auto"/>
              <w:rPr>
                <w:rFonts w:ascii="Times New Roman" w:eastAsia="Calibri" w:hAnsi="Times New Roman" w:cs="Times New Roman"/>
              </w:rPr>
            </w:pPr>
            <w:proofErr w:type="spellStart"/>
            <w:r w:rsidRPr="005418A8">
              <w:rPr>
                <w:rFonts w:ascii="Times New Roman" w:eastAsia="Calibri" w:hAnsi="Times New Roman" w:cs="Times New Roman"/>
              </w:rPr>
              <w:t>Warna</w:t>
            </w:r>
            <w:proofErr w:type="spellEnd"/>
            <w:r w:rsidRPr="005418A8">
              <w:rPr>
                <w:rFonts w:ascii="Times New Roman" w:eastAsia="Calibri" w:hAnsi="Times New Roman" w:cs="Times New Roman"/>
              </w:rPr>
              <w:t xml:space="preserve"> </w:t>
            </w:r>
            <w:proofErr w:type="spellStart"/>
            <w:r w:rsidRPr="005418A8">
              <w:rPr>
                <w:rFonts w:ascii="Times New Roman" w:eastAsia="Calibri" w:hAnsi="Times New Roman" w:cs="Times New Roman"/>
              </w:rPr>
              <w:t>Kulit</w:t>
            </w:r>
            <w:proofErr w:type="spellEnd"/>
            <w:r w:rsidRPr="005418A8">
              <w:rPr>
                <w:rFonts w:ascii="Times New Roman" w:eastAsia="Calibri" w:hAnsi="Times New Roman" w:cs="Times New Roman"/>
              </w:rPr>
              <w:t xml:space="preserve"> </w:t>
            </w:r>
          </w:p>
        </w:tc>
        <w:tc>
          <w:tcPr>
            <w:tcW w:w="426" w:type="dxa"/>
          </w:tcPr>
          <w:p w14:paraId="22520A0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4057AEBF"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7ED7A70E"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3230C3D7"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13D5DD6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0E9BB18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05F569B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32E5991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2D2F4B72"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0A6E157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3C39D018"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10F0F11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065E37C2"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678DC1A0"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r>
      <w:tr w:rsidR="00230F02" w:rsidRPr="005418A8" w14:paraId="1E3DCDD0" w14:textId="77777777" w:rsidTr="0045305C">
        <w:tc>
          <w:tcPr>
            <w:tcW w:w="426" w:type="dxa"/>
          </w:tcPr>
          <w:p w14:paraId="661AE977"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992" w:type="dxa"/>
            <w:vAlign w:val="center"/>
          </w:tcPr>
          <w:p w14:paraId="317B7231" w14:textId="77777777" w:rsidR="006648BB" w:rsidRPr="005418A8" w:rsidRDefault="006648BB" w:rsidP="005418A8">
            <w:pPr>
              <w:spacing w:after="0" w:line="240" w:lineRule="auto"/>
              <w:rPr>
                <w:rFonts w:ascii="Times New Roman" w:eastAsia="Calibri" w:hAnsi="Times New Roman" w:cs="Times New Roman"/>
              </w:rPr>
            </w:pPr>
            <w:proofErr w:type="spellStart"/>
            <w:r w:rsidRPr="005418A8">
              <w:rPr>
                <w:rFonts w:ascii="Times New Roman" w:eastAsia="Calibri" w:hAnsi="Times New Roman" w:cs="Times New Roman"/>
              </w:rPr>
              <w:t>Tekanan</w:t>
            </w:r>
            <w:proofErr w:type="spellEnd"/>
            <w:r w:rsidRPr="005418A8">
              <w:rPr>
                <w:rFonts w:ascii="Times New Roman" w:eastAsia="Calibri" w:hAnsi="Times New Roman" w:cs="Times New Roman"/>
              </w:rPr>
              <w:t xml:space="preserve"> </w:t>
            </w:r>
            <w:proofErr w:type="spellStart"/>
            <w:r w:rsidRPr="005418A8">
              <w:rPr>
                <w:rFonts w:ascii="Times New Roman" w:eastAsia="Calibri" w:hAnsi="Times New Roman" w:cs="Times New Roman"/>
              </w:rPr>
              <w:t>darah</w:t>
            </w:r>
            <w:proofErr w:type="spellEnd"/>
          </w:p>
        </w:tc>
        <w:tc>
          <w:tcPr>
            <w:tcW w:w="426" w:type="dxa"/>
          </w:tcPr>
          <w:p w14:paraId="67D89438"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7ABB210D"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77EFE176"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48A961E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251CD1E0"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5DAC4FBF"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367C364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563AAD6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241B85C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4EE763E7"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1DF07B7F"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2DBE842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00E10E9C"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54FA37DC"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r>
      <w:tr w:rsidR="00230F02" w:rsidRPr="005418A8" w14:paraId="0C6831F0" w14:textId="77777777" w:rsidTr="0045305C">
        <w:tc>
          <w:tcPr>
            <w:tcW w:w="426" w:type="dxa"/>
            <w:tcBorders>
              <w:bottom w:val="single" w:sz="4" w:space="0" w:color="auto"/>
            </w:tcBorders>
          </w:tcPr>
          <w:p w14:paraId="440D702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992" w:type="dxa"/>
            <w:tcBorders>
              <w:bottom w:val="single" w:sz="4" w:space="0" w:color="auto"/>
            </w:tcBorders>
            <w:vAlign w:val="center"/>
          </w:tcPr>
          <w:p w14:paraId="5294DFA9" w14:textId="77777777" w:rsidR="006648BB" w:rsidRPr="005418A8" w:rsidRDefault="006648BB" w:rsidP="005418A8">
            <w:pPr>
              <w:spacing w:after="0" w:line="240" w:lineRule="auto"/>
              <w:rPr>
                <w:rFonts w:ascii="Times New Roman" w:eastAsia="Calibri" w:hAnsi="Times New Roman" w:cs="Times New Roman"/>
              </w:rPr>
            </w:pPr>
            <w:proofErr w:type="spellStart"/>
            <w:r w:rsidRPr="005418A8">
              <w:rPr>
                <w:rFonts w:ascii="Times New Roman" w:eastAsia="Calibri" w:hAnsi="Times New Roman" w:cs="Times New Roman"/>
              </w:rPr>
              <w:t>Frekuensi</w:t>
            </w:r>
            <w:proofErr w:type="spellEnd"/>
            <w:r w:rsidRPr="005418A8">
              <w:rPr>
                <w:rFonts w:ascii="Times New Roman" w:eastAsia="Calibri" w:hAnsi="Times New Roman" w:cs="Times New Roman"/>
              </w:rPr>
              <w:t xml:space="preserve"> napas</w:t>
            </w:r>
          </w:p>
        </w:tc>
        <w:tc>
          <w:tcPr>
            <w:tcW w:w="426" w:type="dxa"/>
            <w:tcBorders>
              <w:bottom w:val="single" w:sz="4" w:space="0" w:color="auto"/>
            </w:tcBorders>
          </w:tcPr>
          <w:p w14:paraId="34553F8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bottom w:val="single" w:sz="4" w:space="0" w:color="auto"/>
            </w:tcBorders>
          </w:tcPr>
          <w:p w14:paraId="4572A516"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bottom w:val="single" w:sz="4" w:space="0" w:color="auto"/>
            </w:tcBorders>
          </w:tcPr>
          <w:p w14:paraId="5A3419AD"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bottom w:val="single" w:sz="4" w:space="0" w:color="auto"/>
            </w:tcBorders>
          </w:tcPr>
          <w:p w14:paraId="1BC9F62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bottom w:val="single" w:sz="4" w:space="0" w:color="auto"/>
            </w:tcBorders>
          </w:tcPr>
          <w:p w14:paraId="2DF472F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bottom w:val="single" w:sz="4" w:space="0" w:color="auto"/>
            </w:tcBorders>
          </w:tcPr>
          <w:p w14:paraId="15EAFD78"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bottom w:val="single" w:sz="4" w:space="0" w:color="auto"/>
            </w:tcBorders>
          </w:tcPr>
          <w:p w14:paraId="730A9D9D"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bottom w:val="single" w:sz="4" w:space="0" w:color="auto"/>
            </w:tcBorders>
          </w:tcPr>
          <w:p w14:paraId="794D72A3"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bottom w:val="single" w:sz="4" w:space="0" w:color="auto"/>
            </w:tcBorders>
          </w:tcPr>
          <w:p w14:paraId="2B33D8EB"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bottom w:val="single" w:sz="4" w:space="0" w:color="auto"/>
            </w:tcBorders>
          </w:tcPr>
          <w:p w14:paraId="7F157307"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bottom w:val="single" w:sz="4" w:space="0" w:color="auto"/>
            </w:tcBorders>
          </w:tcPr>
          <w:p w14:paraId="74EAD49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bottom w:val="single" w:sz="4" w:space="0" w:color="auto"/>
            </w:tcBorders>
          </w:tcPr>
          <w:p w14:paraId="6FE9B6C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bottom w:val="single" w:sz="4" w:space="0" w:color="auto"/>
            </w:tcBorders>
          </w:tcPr>
          <w:p w14:paraId="74161D73"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bottom w:val="single" w:sz="4" w:space="0" w:color="auto"/>
            </w:tcBorders>
          </w:tcPr>
          <w:p w14:paraId="0F74BC4B"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r>
      <w:tr w:rsidR="006648BB" w:rsidRPr="005418A8" w14:paraId="4DE8FABB" w14:textId="77777777" w:rsidTr="0045305C">
        <w:tc>
          <w:tcPr>
            <w:tcW w:w="9215" w:type="dxa"/>
            <w:gridSpan w:val="16"/>
            <w:tcBorders>
              <w:top w:val="single" w:sz="4" w:space="0" w:color="auto"/>
              <w:bottom w:val="single" w:sz="4" w:space="0" w:color="auto"/>
            </w:tcBorders>
          </w:tcPr>
          <w:p w14:paraId="14506981" w14:textId="77777777" w:rsidR="006648BB" w:rsidRPr="005418A8" w:rsidRDefault="006648BB" w:rsidP="005418A8">
            <w:pPr>
              <w:spacing w:after="0" w:line="240" w:lineRule="auto"/>
              <w:rPr>
                <w:rFonts w:ascii="Times New Roman" w:eastAsia="Calibri" w:hAnsi="Times New Roman" w:cs="Times New Roman"/>
                <w:lang w:val="sv-SE"/>
              </w:rPr>
            </w:pPr>
            <w:proofErr w:type="spellStart"/>
            <w:r w:rsidRPr="005418A8">
              <w:rPr>
                <w:rFonts w:ascii="Times New Roman" w:eastAsia="Calibri" w:hAnsi="Times New Roman" w:cs="Times New Roman"/>
                <w:lang w:val="sv-SE"/>
              </w:rPr>
              <w:t>Keterangan</w:t>
            </w:r>
            <w:proofErr w:type="spellEnd"/>
            <w:r w:rsidRPr="005418A8">
              <w:rPr>
                <w:rFonts w:ascii="Times New Roman" w:eastAsia="Calibri" w:hAnsi="Times New Roman" w:cs="Times New Roman"/>
                <w:lang w:val="sv-SE"/>
              </w:rPr>
              <w:t xml:space="preserve"> </w:t>
            </w:r>
            <w:proofErr w:type="spellStart"/>
            <w:r w:rsidRPr="005418A8">
              <w:rPr>
                <w:rFonts w:ascii="Times New Roman" w:eastAsia="Calibri" w:hAnsi="Times New Roman" w:cs="Times New Roman"/>
                <w:lang w:val="sv-SE"/>
              </w:rPr>
              <w:t>untuk</w:t>
            </w:r>
            <w:proofErr w:type="spellEnd"/>
            <w:r w:rsidRPr="005418A8">
              <w:rPr>
                <w:rFonts w:ascii="Times New Roman" w:eastAsia="Calibri" w:hAnsi="Times New Roman" w:cs="Times New Roman"/>
                <w:lang w:val="sv-SE"/>
              </w:rPr>
              <w:t xml:space="preserve"> </w:t>
            </w:r>
            <w:proofErr w:type="gramStart"/>
            <w:r w:rsidRPr="005418A8">
              <w:rPr>
                <w:rFonts w:ascii="Times New Roman" w:eastAsia="Calibri" w:hAnsi="Times New Roman" w:cs="Times New Roman"/>
                <w:lang w:val="sv-SE"/>
              </w:rPr>
              <w:t>6 :</w:t>
            </w:r>
            <w:proofErr w:type="gramEnd"/>
          </w:p>
          <w:p w14:paraId="6BEC3EDF" w14:textId="77777777" w:rsidR="006648BB" w:rsidRPr="005418A8" w:rsidRDefault="006648BB" w:rsidP="005418A8">
            <w:pPr>
              <w:spacing w:after="0" w:line="240" w:lineRule="auto"/>
              <w:rPr>
                <w:rFonts w:ascii="Times New Roman" w:eastAsia="Calibri" w:hAnsi="Times New Roman" w:cs="Times New Roman"/>
                <w:lang w:val="sv-SE"/>
              </w:rPr>
            </w:pPr>
            <w:proofErr w:type="gramStart"/>
            <w:r w:rsidRPr="005418A8">
              <w:rPr>
                <w:rFonts w:ascii="Times New Roman" w:eastAsia="Calibri" w:hAnsi="Times New Roman" w:cs="Times New Roman"/>
                <w:lang w:val="sv-SE"/>
              </w:rPr>
              <w:t>1 :</w:t>
            </w:r>
            <w:proofErr w:type="gramEnd"/>
            <w:r w:rsidRPr="005418A8">
              <w:rPr>
                <w:rFonts w:ascii="Times New Roman" w:eastAsia="Calibri" w:hAnsi="Times New Roman" w:cs="Times New Roman"/>
                <w:lang w:val="sv-SE"/>
              </w:rPr>
              <w:t xml:space="preserve"> </w:t>
            </w:r>
            <w:proofErr w:type="spellStart"/>
            <w:r w:rsidRPr="005418A8">
              <w:rPr>
                <w:rFonts w:ascii="Times New Roman" w:eastAsia="Calibri" w:hAnsi="Times New Roman" w:cs="Times New Roman"/>
                <w:lang w:val="sv-SE"/>
              </w:rPr>
              <w:t>Meningkat</w:t>
            </w:r>
            <w:proofErr w:type="spellEnd"/>
          </w:p>
          <w:p w14:paraId="6134D603" w14:textId="77777777" w:rsidR="006648BB" w:rsidRPr="005418A8" w:rsidRDefault="006648BB" w:rsidP="005418A8">
            <w:pPr>
              <w:spacing w:after="0" w:line="240" w:lineRule="auto"/>
              <w:rPr>
                <w:rFonts w:ascii="Times New Roman" w:eastAsia="Calibri" w:hAnsi="Times New Roman" w:cs="Times New Roman"/>
                <w:lang w:val="sv-SE"/>
              </w:rPr>
            </w:pPr>
            <w:proofErr w:type="gramStart"/>
            <w:r w:rsidRPr="005418A8">
              <w:rPr>
                <w:rFonts w:ascii="Times New Roman" w:eastAsia="Calibri" w:hAnsi="Times New Roman" w:cs="Times New Roman"/>
                <w:lang w:val="sv-SE"/>
              </w:rPr>
              <w:t>2 :</w:t>
            </w:r>
            <w:proofErr w:type="gramEnd"/>
            <w:r w:rsidRPr="005418A8">
              <w:rPr>
                <w:rFonts w:ascii="Times New Roman" w:eastAsia="Calibri" w:hAnsi="Times New Roman" w:cs="Times New Roman"/>
                <w:lang w:val="sv-SE"/>
              </w:rPr>
              <w:t xml:space="preserve"> </w:t>
            </w:r>
            <w:proofErr w:type="spellStart"/>
            <w:r w:rsidRPr="005418A8">
              <w:rPr>
                <w:rFonts w:ascii="Times New Roman" w:eastAsia="Calibri" w:hAnsi="Times New Roman" w:cs="Times New Roman"/>
                <w:lang w:val="sv-SE"/>
              </w:rPr>
              <w:t>Cukup</w:t>
            </w:r>
            <w:proofErr w:type="spellEnd"/>
            <w:r w:rsidRPr="005418A8">
              <w:rPr>
                <w:rFonts w:ascii="Times New Roman" w:eastAsia="Calibri" w:hAnsi="Times New Roman" w:cs="Times New Roman"/>
                <w:lang w:val="sv-SE"/>
              </w:rPr>
              <w:t xml:space="preserve"> </w:t>
            </w:r>
            <w:proofErr w:type="spellStart"/>
            <w:r w:rsidRPr="005418A8">
              <w:rPr>
                <w:rFonts w:ascii="Times New Roman" w:eastAsia="Calibri" w:hAnsi="Times New Roman" w:cs="Times New Roman"/>
                <w:lang w:val="sv-SE"/>
              </w:rPr>
              <w:t>Meningkat</w:t>
            </w:r>
            <w:proofErr w:type="spellEnd"/>
          </w:p>
          <w:p w14:paraId="43032B99" w14:textId="77777777" w:rsidR="006648BB" w:rsidRPr="005418A8" w:rsidRDefault="006648BB" w:rsidP="005418A8">
            <w:pPr>
              <w:spacing w:after="0" w:line="240" w:lineRule="auto"/>
              <w:rPr>
                <w:rFonts w:ascii="Times New Roman" w:eastAsia="Calibri" w:hAnsi="Times New Roman" w:cs="Times New Roman"/>
                <w:lang w:val="sv-SE"/>
              </w:rPr>
            </w:pPr>
            <w:r w:rsidRPr="005418A8">
              <w:rPr>
                <w:rFonts w:ascii="Times New Roman" w:eastAsia="Calibri" w:hAnsi="Times New Roman" w:cs="Times New Roman"/>
                <w:lang w:val="sv-SE"/>
              </w:rPr>
              <w:t xml:space="preserve">3: </w:t>
            </w:r>
            <w:proofErr w:type="spellStart"/>
            <w:r w:rsidRPr="005418A8">
              <w:rPr>
                <w:rFonts w:ascii="Times New Roman" w:eastAsia="Calibri" w:hAnsi="Times New Roman" w:cs="Times New Roman"/>
                <w:lang w:val="sv-SE"/>
              </w:rPr>
              <w:t>Sedang</w:t>
            </w:r>
            <w:proofErr w:type="spellEnd"/>
            <w:r w:rsidRPr="005418A8">
              <w:rPr>
                <w:rFonts w:ascii="Times New Roman" w:eastAsia="Calibri" w:hAnsi="Times New Roman" w:cs="Times New Roman"/>
                <w:lang w:val="sv-SE"/>
              </w:rPr>
              <w:t xml:space="preserve"> </w:t>
            </w:r>
          </w:p>
          <w:p w14:paraId="6BAC65BF" w14:textId="77777777" w:rsidR="006648BB" w:rsidRPr="005418A8" w:rsidRDefault="006648BB" w:rsidP="005418A8">
            <w:pPr>
              <w:spacing w:after="0" w:line="240" w:lineRule="auto"/>
              <w:rPr>
                <w:rFonts w:ascii="Times New Roman" w:eastAsia="Calibri" w:hAnsi="Times New Roman" w:cs="Times New Roman"/>
              </w:rPr>
            </w:pPr>
            <w:proofErr w:type="gramStart"/>
            <w:r w:rsidRPr="005418A8">
              <w:rPr>
                <w:rFonts w:ascii="Times New Roman" w:eastAsia="Calibri" w:hAnsi="Times New Roman" w:cs="Times New Roman"/>
              </w:rPr>
              <w:t>4 :</w:t>
            </w:r>
            <w:proofErr w:type="gramEnd"/>
            <w:r w:rsidRPr="005418A8">
              <w:rPr>
                <w:rFonts w:ascii="Times New Roman" w:eastAsia="Calibri" w:hAnsi="Times New Roman" w:cs="Times New Roman"/>
              </w:rPr>
              <w:t xml:space="preserve"> </w:t>
            </w:r>
            <w:proofErr w:type="spellStart"/>
            <w:r w:rsidRPr="005418A8">
              <w:rPr>
                <w:rFonts w:ascii="Times New Roman" w:eastAsia="Calibri" w:hAnsi="Times New Roman" w:cs="Times New Roman"/>
              </w:rPr>
              <w:t>Cukup</w:t>
            </w:r>
            <w:proofErr w:type="spellEnd"/>
            <w:r w:rsidRPr="005418A8">
              <w:rPr>
                <w:rFonts w:ascii="Times New Roman" w:eastAsia="Calibri" w:hAnsi="Times New Roman" w:cs="Times New Roman"/>
              </w:rPr>
              <w:t xml:space="preserve"> </w:t>
            </w:r>
            <w:proofErr w:type="spellStart"/>
            <w:r w:rsidRPr="005418A8">
              <w:rPr>
                <w:rFonts w:ascii="Times New Roman" w:eastAsia="Calibri" w:hAnsi="Times New Roman" w:cs="Times New Roman"/>
              </w:rPr>
              <w:t>Menurun</w:t>
            </w:r>
            <w:proofErr w:type="spellEnd"/>
            <w:r w:rsidRPr="005418A8">
              <w:rPr>
                <w:rFonts w:ascii="Times New Roman" w:eastAsia="Calibri" w:hAnsi="Times New Roman" w:cs="Times New Roman"/>
              </w:rPr>
              <w:t xml:space="preserve"> </w:t>
            </w:r>
          </w:p>
          <w:p w14:paraId="4FC83012" w14:textId="77777777" w:rsidR="006648BB" w:rsidRPr="005418A8" w:rsidRDefault="006648BB" w:rsidP="005418A8">
            <w:pPr>
              <w:spacing w:after="0" w:line="240" w:lineRule="auto"/>
              <w:rPr>
                <w:rFonts w:ascii="Times New Roman" w:eastAsia="Calibri" w:hAnsi="Times New Roman" w:cs="Times New Roman"/>
              </w:rPr>
            </w:pPr>
            <w:r w:rsidRPr="005418A8">
              <w:rPr>
                <w:rFonts w:ascii="Times New Roman" w:eastAsia="Calibri" w:hAnsi="Times New Roman" w:cs="Times New Roman"/>
              </w:rPr>
              <w:t xml:space="preserve">5: </w:t>
            </w:r>
            <w:proofErr w:type="spellStart"/>
            <w:r w:rsidRPr="005418A8">
              <w:rPr>
                <w:rFonts w:ascii="Times New Roman" w:eastAsia="Calibri" w:hAnsi="Times New Roman" w:cs="Times New Roman"/>
              </w:rPr>
              <w:t>Menurun</w:t>
            </w:r>
            <w:proofErr w:type="spellEnd"/>
          </w:p>
        </w:tc>
      </w:tr>
      <w:tr w:rsidR="00230F02" w:rsidRPr="005418A8" w14:paraId="541A1E3E" w14:textId="77777777" w:rsidTr="0045305C">
        <w:tc>
          <w:tcPr>
            <w:tcW w:w="426" w:type="dxa"/>
            <w:tcBorders>
              <w:top w:val="single" w:sz="4" w:space="0" w:color="auto"/>
            </w:tcBorders>
          </w:tcPr>
          <w:p w14:paraId="7DE7A9C0"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w:t>
            </w:r>
          </w:p>
        </w:tc>
        <w:tc>
          <w:tcPr>
            <w:tcW w:w="992" w:type="dxa"/>
            <w:tcBorders>
              <w:top w:val="single" w:sz="4" w:space="0" w:color="auto"/>
            </w:tcBorders>
            <w:vAlign w:val="center"/>
          </w:tcPr>
          <w:p w14:paraId="3B683871" w14:textId="77777777" w:rsidR="006648BB" w:rsidRPr="005418A8" w:rsidRDefault="006648BB" w:rsidP="005418A8">
            <w:pPr>
              <w:spacing w:after="0" w:line="240" w:lineRule="auto"/>
              <w:rPr>
                <w:rFonts w:ascii="Times New Roman" w:eastAsia="Calibri" w:hAnsi="Times New Roman" w:cs="Times New Roman"/>
              </w:rPr>
            </w:pPr>
            <w:proofErr w:type="spellStart"/>
            <w:r w:rsidRPr="005418A8">
              <w:rPr>
                <w:rFonts w:ascii="Times New Roman" w:eastAsia="Calibri" w:hAnsi="Times New Roman" w:cs="Times New Roman"/>
              </w:rPr>
              <w:t>Tekanan</w:t>
            </w:r>
            <w:proofErr w:type="spellEnd"/>
            <w:r w:rsidRPr="005418A8">
              <w:rPr>
                <w:rFonts w:ascii="Times New Roman" w:eastAsia="Calibri" w:hAnsi="Times New Roman" w:cs="Times New Roman"/>
              </w:rPr>
              <w:t xml:space="preserve"> </w:t>
            </w:r>
            <w:proofErr w:type="spellStart"/>
            <w:r w:rsidRPr="005418A8">
              <w:rPr>
                <w:rFonts w:ascii="Times New Roman" w:eastAsia="Calibri" w:hAnsi="Times New Roman" w:cs="Times New Roman"/>
              </w:rPr>
              <w:t>darah</w:t>
            </w:r>
            <w:proofErr w:type="spellEnd"/>
          </w:p>
        </w:tc>
        <w:tc>
          <w:tcPr>
            <w:tcW w:w="426" w:type="dxa"/>
            <w:tcBorders>
              <w:top w:val="single" w:sz="4" w:space="0" w:color="auto"/>
            </w:tcBorders>
          </w:tcPr>
          <w:p w14:paraId="284A0D1C"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136/95</w:t>
            </w:r>
          </w:p>
        </w:tc>
        <w:tc>
          <w:tcPr>
            <w:tcW w:w="567" w:type="dxa"/>
            <w:tcBorders>
              <w:top w:val="single" w:sz="4" w:space="0" w:color="auto"/>
            </w:tcBorders>
          </w:tcPr>
          <w:p w14:paraId="3BE5BEA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116/75</w:t>
            </w:r>
          </w:p>
        </w:tc>
        <w:tc>
          <w:tcPr>
            <w:tcW w:w="567" w:type="dxa"/>
            <w:tcBorders>
              <w:top w:val="single" w:sz="4" w:space="0" w:color="auto"/>
            </w:tcBorders>
          </w:tcPr>
          <w:p w14:paraId="77CF80C0"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110/75</w:t>
            </w:r>
          </w:p>
        </w:tc>
        <w:tc>
          <w:tcPr>
            <w:tcW w:w="567" w:type="dxa"/>
            <w:tcBorders>
              <w:top w:val="single" w:sz="4" w:space="0" w:color="auto"/>
            </w:tcBorders>
          </w:tcPr>
          <w:p w14:paraId="6E8B4A8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117/80</w:t>
            </w:r>
          </w:p>
        </w:tc>
        <w:tc>
          <w:tcPr>
            <w:tcW w:w="567" w:type="dxa"/>
            <w:tcBorders>
              <w:top w:val="single" w:sz="4" w:space="0" w:color="auto"/>
            </w:tcBorders>
          </w:tcPr>
          <w:p w14:paraId="70B6CB6C"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114/76</w:t>
            </w:r>
          </w:p>
        </w:tc>
        <w:tc>
          <w:tcPr>
            <w:tcW w:w="567" w:type="dxa"/>
            <w:tcBorders>
              <w:top w:val="single" w:sz="4" w:space="0" w:color="auto"/>
            </w:tcBorders>
          </w:tcPr>
          <w:p w14:paraId="2FA6D8DC"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121/76</w:t>
            </w:r>
          </w:p>
        </w:tc>
        <w:tc>
          <w:tcPr>
            <w:tcW w:w="567" w:type="dxa"/>
            <w:tcBorders>
              <w:top w:val="single" w:sz="4" w:space="0" w:color="auto"/>
            </w:tcBorders>
          </w:tcPr>
          <w:p w14:paraId="2EDA35AE"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115/78</w:t>
            </w:r>
          </w:p>
        </w:tc>
        <w:tc>
          <w:tcPr>
            <w:tcW w:w="567" w:type="dxa"/>
            <w:tcBorders>
              <w:top w:val="single" w:sz="4" w:space="0" w:color="auto"/>
            </w:tcBorders>
          </w:tcPr>
          <w:p w14:paraId="044A322D"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124/80</w:t>
            </w:r>
          </w:p>
        </w:tc>
        <w:tc>
          <w:tcPr>
            <w:tcW w:w="567" w:type="dxa"/>
            <w:tcBorders>
              <w:top w:val="single" w:sz="4" w:space="0" w:color="auto"/>
            </w:tcBorders>
          </w:tcPr>
          <w:p w14:paraId="2D739348"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116/78</w:t>
            </w:r>
          </w:p>
        </w:tc>
        <w:tc>
          <w:tcPr>
            <w:tcW w:w="567" w:type="dxa"/>
            <w:tcBorders>
              <w:top w:val="single" w:sz="4" w:space="0" w:color="auto"/>
            </w:tcBorders>
          </w:tcPr>
          <w:p w14:paraId="45E60E1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115/78</w:t>
            </w:r>
          </w:p>
        </w:tc>
        <w:tc>
          <w:tcPr>
            <w:tcW w:w="567" w:type="dxa"/>
            <w:tcBorders>
              <w:top w:val="single" w:sz="4" w:space="0" w:color="auto"/>
            </w:tcBorders>
          </w:tcPr>
          <w:p w14:paraId="25B68502"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121/79</w:t>
            </w:r>
          </w:p>
        </w:tc>
        <w:tc>
          <w:tcPr>
            <w:tcW w:w="567" w:type="dxa"/>
            <w:tcBorders>
              <w:top w:val="single" w:sz="4" w:space="0" w:color="auto"/>
            </w:tcBorders>
          </w:tcPr>
          <w:p w14:paraId="6619679B"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120/74</w:t>
            </w:r>
          </w:p>
        </w:tc>
        <w:tc>
          <w:tcPr>
            <w:tcW w:w="567" w:type="dxa"/>
            <w:tcBorders>
              <w:top w:val="single" w:sz="4" w:space="0" w:color="auto"/>
            </w:tcBorders>
          </w:tcPr>
          <w:p w14:paraId="77A882E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120/80</w:t>
            </w:r>
          </w:p>
        </w:tc>
        <w:tc>
          <w:tcPr>
            <w:tcW w:w="567" w:type="dxa"/>
            <w:tcBorders>
              <w:top w:val="single" w:sz="4" w:space="0" w:color="auto"/>
            </w:tcBorders>
          </w:tcPr>
          <w:p w14:paraId="16B26003"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121/81</w:t>
            </w:r>
          </w:p>
        </w:tc>
      </w:tr>
      <w:tr w:rsidR="00230F02" w:rsidRPr="005418A8" w14:paraId="17053A12" w14:textId="77777777" w:rsidTr="0045305C">
        <w:tc>
          <w:tcPr>
            <w:tcW w:w="426" w:type="dxa"/>
          </w:tcPr>
          <w:p w14:paraId="0907117C"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992" w:type="dxa"/>
            <w:vAlign w:val="center"/>
          </w:tcPr>
          <w:p w14:paraId="6F36772B" w14:textId="77777777" w:rsidR="006648BB" w:rsidRPr="005418A8" w:rsidRDefault="006648BB" w:rsidP="005418A8">
            <w:pPr>
              <w:spacing w:after="0" w:line="240" w:lineRule="auto"/>
              <w:rPr>
                <w:rFonts w:ascii="Times New Roman" w:eastAsia="Calibri" w:hAnsi="Times New Roman" w:cs="Times New Roman"/>
              </w:rPr>
            </w:pPr>
            <w:proofErr w:type="spellStart"/>
            <w:r w:rsidRPr="005418A8">
              <w:rPr>
                <w:rFonts w:ascii="Times New Roman" w:eastAsia="Calibri" w:hAnsi="Times New Roman" w:cs="Times New Roman"/>
              </w:rPr>
              <w:t>Nadi</w:t>
            </w:r>
            <w:proofErr w:type="spellEnd"/>
            <w:r w:rsidRPr="005418A8">
              <w:rPr>
                <w:rFonts w:ascii="Times New Roman" w:eastAsia="Calibri" w:hAnsi="Times New Roman" w:cs="Times New Roman"/>
              </w:rPr>
              <w:t xml:space="preserve"> </w:t>
            </w:r>
          </w:p>
        </w:tc>
        <w:tc>
          <w:tcPr>
            <w:tcW w:w="426" w:type="dxa"/>
          </w:tcPr>
          <w:p w14:paraId="1786A482"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105</w:t>
            </w:r>
          </w:p>
        </w:tc>
        <w:tc>
          <w:tcPr>
            <w:tcW w:w="567" w:type="dxa"/>
          </w:tcPr>
          <w:p w14:paraId="2361DAAE"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95</w:t>
            </w:r>
          </w:p>
        </w:tc>
        <w:tc>
          <w:tcPr>
            <w:tcW w:w="567" w:type="dxa"/>
          </w:tcPr>
          <w:p w14:paraId="7C0F1BAD"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76</w:t>
            </w:r>
          </w:p>
        </w:tc>
        <w:tc>
          <w:tcPr>
            <w:tcW w:w="567" w:type="dxa"/>
          </w:tcPr>
          <w:p w14:paraId="6AA5AD36"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74</w:t>
            </w:r>
          </w:p>
        </w:tc>
        <w:tc>
          <w:tcPr>
            <w:tcW w:w="567" w:type="dxa"/>
          </w:tcPr>
          <w:p w14:paraId="70F2EA13"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81</w:t>
            </w:r>
          </w:p>
        </w:tc>
        <w:tc>
          <w:tcPr>
            <w:tcW w:w="567" w:type="dxa"/>
          </w:tcPr>
          <w:p w14:paraId="320AC59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85</w:t>
            </w:r>
          </w:p>
        </w:tc>
        <w:tc>
          <w:tcPr>
            <w:tcW w:w="567" w:type="dxa"/>
          </w:tcPr>
          <w:p w14:paraId="624B7198"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78</w:t>
            </w:r>
          </w:p>
        </w:tc>
        <w:tc>
          <w:tcPr>
            <w:tcW w:w="567" w:type="dxa"/>
          </w:tcPr>
          <w:p w14:paraId="0351CD7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81</w:t>
            </w:r>
          </w:p>
        </w:tc>
        <w:tc>
          <w:tcPr>
            <w:tcW w:w="567" w:type="dxa"/>
          </w:tcPr>
          <w:p w14:paraId="7443B0EE"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78</w:t>
            </w:r>
          </w:p>
        </w:tc>
        <w:tc>
          <w:tcPr>
            <w:tcW w:w="567" w:type="dxa"/>
          </w:tcPr>
          <w:p w14:paraId="63E799D7"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87</w:t>
            </w:r>
          </w:p>
        </w:tc>
        <w:tc>
          <w:tcPr>
            <w:tcW w:w="567" w:type="dxa"/>
          </w:tcPr>
          <w:p w14:paraId="4705B5EE"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80</w:t>
            </w:r>
          </w:p>
        </w:tc>
        <w:tc>
          <w:tcPr>
            <w:tcW w:w="567" w:type="dxa"/>
          </w:tcPr>
          <w:p w14:paraId="412149B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78</w:t>
            </w:r>
          </w:p>
        </w:tc>
        <w:tc>
          <w:tcPr>
            <w:tcW w:w="567" w:type="dxa"/>
          </w:tcPr>
          <w:p w14:paraId="3516050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78</w:t>
            </w:r>
          </w:p>
        </w:tc>
        <w:tc>
          <w:tcPr>
            <w:tcW w:w="567" w:type="dxa"/>
          </w:tcPr>
          <w:p w14:paraId="28CB36E2"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80</w:t>
            </w:r>
          </w:p>
        </w:tc>
      </w:tr>
    </w:tbl>
    <w:p w14:paraId="3E918055" w14:textId="77777777" w:rsidR="006648BB" w:rsidRDefault="006648BB" w:rsidP="006648BB">
      <w:pPr>
        <w:spacing w:after="0" w:line="480" w:lineRule="auto"/>
        <w:rPr>
          <w:rFonts w:ascii="Times New Roman" w:hAnsi="Times New Roman" w:cs="Times New Roman"/>
          <w:sz w:val="24"/>
          <w:szCs w:val="24"/>
        </w:rPr>
      </w:pPr>
    </w:p>
    <w:p w14:paraId="6EF514C4" w14:textId="77777777" w:rsidR="0045305C" w:rsidRDefault="0045305C" w:rsidP="006648BB">
      <w:pPr>
        <w:spacing w:after="0" w:line="480" w:lineRule="auto"/>
        <w:rPr>
          <w:rFonts w:ascii="Times New Roman" w:hAnsi="Times New Roman" w:cs="Times New Roman"/>
          <w:sz w:val="24"/>
          <w:szCs w:val="24"/>
        </w:rPr>
      </w:pPr>
    </w:p>
    <w:tbl>
      <w:tblPr>
        <w:tblStyle w:val="TableGrid1"/>
        <w:tblW w:w="9311" w:type="dxa"/>
        <w:jc w:val="center"/>
        <w:tblLayout w:type="fixed"/>
        <w:tblLook w:val="04A0" w:firstRow="1" w:lastRow="0" w:firstColumn="1" w:lastColumn="0" w:noHBand="0" w:noVBand="1"/>
      </w:tblPr>
      <w:tblGrid>
        <w:gridCol w:w="412"/>
        <w:gridCol w:w="990"/>
        <w:gridCol w:w="538"/>
        <w:gridCol w:w="567"/>
        <w:gridCol w:w="567"/>
        <w:gridCol w:w="567"/>
        <w:gridCol w:w="567"/>
        <w:gridCol w:w="567"/>
        <w:gridCol w:w="567"/>
        <w:gridCol w:w="567"/>
        <w:gridCol w:w="567"/>
        <w:gridCol w:w="567"/>
        <w:gridCol w:w="567"/>
        <w:gridCol w:w="567"/>
        <w:gridCol w:w="567"/>
        <w:gridCol w:w="567"/>
      </w:tblGrid>
      <w:tr w:rsidR="006648BB" w:rsidRPr="00580745" w14:paraId="193A0353" w14:textId="77777777" w:rsidTr="0045305C">
        <w:trPr>
          <w:trHeight w:val="251"/>
          <w:jc w:val="center"/>
        </w:trPr>
        <w:tc>
          <w:tcPr>
            <w:tcW w:w="412" w:type="dxa"/>
            <w:vMerge w:val="restart"/>
            <w:tcBorders>
              <w:top w:val="single" w:sz="4" w:space="0" w:color="auto"/>
              <w:left w:val="nil"/>
              <w:bottom w:val="single" w:sz="4" w:space="0" w:color="auto"/>
              <w:right w:val="nil"/>
            </w:tcBorders>
            <w:hideMark/>
          </w:tcPr>
          <w:p w14:paraId="4B2AA5E1" w14:textId="77777777" w:rsidR="006648BB" w:rsidRPr="00580745" w:rsidRDefault="006648BB" w:rsidP="005418A8">
            <w:pPr>
              <w:jc w:val="center"/>
              <w:rPr>
                <w:rFonts w:ascii="Times New Roman" w:eastAsia="Calibri" w:hAnsi="Times New Roman" w:cs="Times New Roman"/>
                <w:lang w:val="id-ID"/>
              </w:rPr>
            </w:pPr>
            <w:proofErr w:type="spellStart"/>
            <w:r w:rsidRPr="00580745">
              <w:rPr>
                <w:rFonts w:ascii="Times New Roman" w:eastAsia="Calibri" w:hAnsi="Times New Roman" w:cs="Times New Roman"/>
                <w:lang w:val="id-ID"/>
              </w:rPr>
              <w:lastRenderedPageBreak/>
              <w:t>No</w:t>
            </w:r>
            <w:proofErr w:type="spellEnd"/>
          </w:p>
        </w:tc>
        <w:tc>
          <w:tcPr>
            <w:tcW w:w="990" w:type="dxa"/>
            <w:vMerge w:val="restart"/>
            <w:tcBorders>
              <w:top w:val="single" w:sz="4" w:space="0" w:color="auto"/>
              <w:left w:val="nil"/>
              <w:bottom w:val="single" w:sz="4" w:space="0" w:color="auto"/>
              <w:right w:val="nil"/>
            </w:tcBorders>
            <w:hideMark/>
          </w:tcPr>
          <w:p w14:paraId="3E2A7A30"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Indikator</w:t>
            </w:r>
          </w:p>
        </w:tc>
        <w:tc>
          <w:tcPr>
            <w:tcW w:w="7909" w:type="dxa"/>
            <w:gridSpan w:val="14"/>
            <w:tcBorders>
              <w:top w:val="single" w:sz="4" w:space="0" w:color="auto"/>
              <w:left w:val="nil"/>
              <w:bottom w:val="single" w:sz="4" w:space="0" w:color="auto"/>
              <w:right w:val="nil"/>
            </w:tcBorders>
            <w:hideMark/>
          </w:tcPr>
          <w:p w14:paraId="7E9E47EB" w14:textId="77777777" w:rsidR="006648BB" w:rsidRPr="00580745" w:rsidRDefault="006648BB" w:rsidP="005418A8">
            <w:pPr>
              <w:jc w:val="center"/>
              <w:rPr>
                <w:rFonts w:ascii="Times New Roman" w:eastAsia="Calibri" w:hAnsi="Times New Roman" w:cs="Times New Roman"/>
                <w:lang w:val="sv-SE"/>
              </w:rPr>
            </w:pPr>
            <w:proofErr w:type="spellStart"/>
            <w:r w:rsidRPr="00580745">
              <w:rPr>
                <w:rFonts w:ascii="Times New Roman" w:eastAsia="Calibri" w:hAnsi="Times New Roman" w:cs="Times New Roman"/>
                <w:lang w:val="sv-SE"/>
              </w:rPr>
              <w:t>Nama</w:t>
            </w:r>
            <w:proofErr w:type="spellEnd"/>
            <w:r w:rsidRPr="00580745">
              <w:rPr>
                <w:rFonts w:ascii="Times New Roman" w:eastAsia="Calibri" w:hAnsi="Times New Roman" w:cs="Times New Roman"/>
                <w:lang w:val="sv-SE"/>
              </w:rPr>
              <w:t xml:space="preserve">: </w:t>
            </w:r>
            <w:proofErr w:type="spellStart"/>
            <w:proofErr w:type="gramStart"/>
            <w:r w:rsidRPr="00580745">
              <w:rPr>
                <w:rFonts w:ascii="Times New Roman" w:eastAsia="Calibri" w:hAnsi="Times New Roman" w:cs="Times New Roman"/>
                <w:lang w:val="sv-SE"/>
              </w:rPr>
              <w:t>Nn.A</w:t>
            </w:r>
            <w:proofErr w:type="spellEnd"/>
            <w:proofErr w:type="gramEnd"/>
            <w:r w:rsidRPr="00580745">
              <w:rPr>
                <w:rFonts w:ascii="Times New Roman" w:eastAsia="Calibri" w:hAnsi="Times New Roman" w:cs="Times New Roman"/>
                <w:lang w:val="sv-SE"/>
              </w:rPr>
              <w:t xml:space="preserve">        </w:t>
            </w:r>
            <w:proofErr w:type="spellStart"/>
            <w:r w:rsidRPr="00580745">
              <w:rPr>
                <w:rFonts w:ascii="Times New Roman" w:eastAsia="Calibri" w:hAnsi="Times New Roman" w:cs="Times New Roman"/>
                <w:lang w:val="sv-SE"/>
              </w:rPr>
              <w:t>Waktu</w:t>
            </w:r>
            <w:proofErr w:type="spellEnd"/>
            <w:r w:rsidRPr="00580745">
              <w:rPr>
                <w:rFonts w:ascii="Times New Roman" w:eastAsia="Calibri" w:hAnsi="Times New Roman" w:cs="Times New Roman"/>
                <w:lang w:val="sv-SE"/>
              </w:rPr>
              <w:t xml:space="preserve">: </w:t>
            </w:r>
            <w:proofErr w:type="spellStart"/>
            <w:r w:rsidRPr="00580745">
              <w:rPr>
                <w:rFonts w:ascii="Times New Roman" w:eastAsia="Calibri" w:hAnsi="Times New Roman" w:cs="Times New Roman"/>
                <w:lang w:val="sv-SE"/>
              </w:rPr>
              <w:t>siang</w:t>
            </w:r>
            <w:proofErr w:type="spellEnd"/>
            <w:r w:rsidRPr="00580745">
              <w:rPr>
                <w:rFonts w:ascii="Times New Roman" w:eastAsia="Calibri" w:hAnsi="Times New Roman" w:cs="Times New Roman"/>
                <w:lang w:val="sv-SE"/>
              </w:rPr>
              <w:t xml:space="preserve"> </w:t>
            </w:r>
          </w:p>
        </w:tc>
      </w:tr>
      <w:tr w:rsidR="006648BB" w:rsidRPr="00580745" w14:paraId="6BFEA6A4" w14:textId="77777777" w:rsidTr="0045305C">
        <w:trPr>
          <w:jc w:val="center"/>
        </w:trPr>
        <w:tc>
          <w:tcPr>
            <w:tcW w:w="412" w:type="dxa"/>
            <w:vMerge/>
            <w:tcBorders>
              <w:top w:val="single" w:sz="4" w:space="0" w:color="auto"/>
              <w:left w:val="nil"/>
              <w:bottom w:val="single" w:sz="4" w:space="0" w:color="auto"/>
              <w:right w:val="nil"/>
            </w:tcBorders>
            <w:vAlign w:val="center"/>
            <w:hideMark/>
          </w:tcPr>
          <w:p w14:paraId="619E51DB" w14:textId="77777777" w:rsidR="006648BB" w:rsidRPr="00580745" w:rsidRDefault="006648BB" w:rsidP="005418A8">
            <w:pPr>
              <w:rPr>
                <w:rFonts w:ascii="Times New Roman" w:eastAsia="Calibri" w:hAnsi="Times New Roman" w:cs="Times New Roman"/>
                <w:kern w:val="2"/>
                <w:lang w:val="id-ID"/>
                <w14:ligatures w14:val="standardContextual"/>
              </w:rPr>
            </w:pPr>
          </w:p>
        </w:tc>
        <w:tc>
          <w:tcPr>
            <w:tcW w:w="990" w:type="dxa"/>
            <w:vMerge/>
            <w:tcBorders>
              <w:top w:val="single" w:sz="4" w:space="0" w:color="auto"/>
              <w:left w:val="nil"/>
              <w:bottom w:val="single" w:sz="4" w:space="0" w:color="auto"/>
              <w:right w:val="nil"/>
            </w:tcBorders>
            <w:vAlign w:val="center"/>
            <w:hideMark/>
          </w:tcPr>
          <w:p w14:paraId="11B71C12" w14:textId="77777777" w:rsidR="006648BB" w:rsidRPr="00580745" w:rsidRDefault="006648BB" w:rsidP="005418A8">
            <w:pPr>
              <w:rPr>
                <w:rFonts w:ascii="Times New Roman" w:eastAsia="Calibri" w:hAnsi="Times New Roman" w:cs="Times New Roman"/>
                <w:kern w:val="2"/>
                <w:lang w:val="id-ID"/>
                <w14:ligatures w14:val="standardContextual"/>
              </w:rPr>
            </w:pPr>
          </w:p>
        </w:tc>
        <w:tc>
          <w:tcPr>
            <w:tcW w:w="538" w:type="dxa"/>
            <w:tcBorders>
              <w:top w:val="single" w:sz="4" w:space="0" w:color="auto"/>
              <w:left w:val="nil"/>
              <w:bottom w:val="single" w:sz="4" w:space="0" w:color="auto"/>
              <w:right w:val="nil"/>
            </w:tcBorders>
            <w:hideMark/>
          </w:tcPr>
          <w:p w14:paraId="38BCAC64"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H1</w:t>
            </w:r>
          </w:p>
        </w:tc>
        <w:tc>
          <w:tcPr>
            <w:tcW w:w="567" w:type="dxa"/>
            <w:tcBorders>
              <w:top w:val="single" w:sz="4" w:space="0" w:color="auto"/>
              <w:left w:val="nil"/>
              <w:bottom w:val="single" w:sz="4" w:space="0" w:color="auto"/>
              <w:right w:val="nil"/>
            </w:tcBorders>
            <w:hideMark/>
          </w:tcPr>
          <w:p w14:paraId="392E479A"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H2</w:t>
            </w:r>
          </w:p>
        </w:tc>
        <w:tc>
          <w:tcPr>
            <w:tcW w:w="567" w:type="dxa"/>
            <w:tcBorders>
              <w:top w:val="single" w:sz="4" w:space="0" w:color="auto"/>
              <w:left w:val="nil"/>
              <w:bottom w:val="single" w:sz="4" w:space="0" w:color="auto"/>
              <w:right w:val="nil"/>
            </w:tcBorders>
            <w:hideMark/>
          </w:tcPr>
          <w:p w14:paraId="3F7DBF87"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H3</w:t>
            </w:r>
          </w:p>
        </w:tc>
        <w:tc>
          <w:tcPr>
            <w:tcW w:w="567" w:type="dxa"/>
            <w:tcBorders>
              <w:top w:val="single" w:sz="4" w:space="0" w:color="auto"/>
              <w:left w:val="nil"/>
              <w:bottom w:val="single" w:sz="4" w:space="0" w:color="auto"/>
              <w:right w:val="nil"/>
            </w:tcBorders>
            <w:hideMark/>
          </w:tcPr>
          <w:p w14:paraId="56297D0D"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H4</w:t>
            </w:r>
          </w:p>
        </w:tc>
        <w:tc>
          <w:tcPr>
            <w:tcW w:w="567" w:type="dxa"/>
            <w:tcBorders>
              <w:top w:val="single" w:sz="4" w:space="0" w:color="auto"/>
              <w:left w:val="nil"/>
              <w:bottom w:val="single" w:sz="4" w:space="0" w:color="auto"/>
              <w:right w:val="nil"/>
            </w:tcBorders>
            <w:hideMark/>
          </w:tcPr>
          <w:p w14:paraId="10AF41D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5</w:t>
            </w:r>
          </w:p>
        </w:tc>
        <w:tc>
          <w:tcPr>
            <w:tcW w:w="567" w:type="dxa"/>
            <w:tcBorders>
              <w:top w:val="single" w:sz="4" w:space="0" w:color="auto"/>
              <w:left w:val="nil"/>
              <w:bottom w:val="single" w:sz="4" w:space="0" w:color="auto"/>
              <w:right w:val="nil"/>
            </w:tcBorders>
            <w:hideMark/>
          </w:tcPr>
          <w:p w14:paraId="2E7E11C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6</w:t>
            </w:r>
          </w:p>
        </w:tc>
        <w:tc>
          <w:tcPr>
            <w:tcW w:w="567" w:type="dxa"/>
            <w:tcBorders>
              <w:top w:val="single" w:sz="4" w:space="0" w:color="auto"/>
              <w:left w:val="nil"/>
              <w:bottom w:val="single" w:sz="4" w:space="0" w:color="auto"/>
              <w:right w:val="nil"/>
            </w:tcBorders>
            <w:hideMark/>
          </w:tcPr>
          <w:p w14:paraId="357CC10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7</w:t>
            </w:r>
          </w:p>
        </w:tc>
        <w:tc>
          <w:tcPr>
            <w:tcW w:w="567" w:type="dxa"/>
            <w:tcBorders>
              <w:top w:val="single" w:sz="4" w:space="0" w:color="auto"/>
              <w:left w:val="nil"/>
              <w:bottom w:val="single" w:sz="4" w:space="0" w:color="auto"/>
              <w:right w:val="nil"/>
            </w:tcBorders>
            <w:hideMark/>
          </w:tcPr>
          <w:p w14:paraId="0E0528A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8</w:t>
            </w:r>
          </w:p>
        </w:tc>
        <w:tc>
          <w:tcPr>
            <w:tcW w:w="567" w:type="dxa"/>
            <w:tcBorders>
              <w:top w:val="single" w:sz="4" w:space="0" w:color="auto"/>
              <w:left w:val="nil"/>
              <w:bottom w:val="single" w:sz="4" w:space="0" w:color="auto"/>
              <w:right w:val="nil"/>
            </w:tcBorders>
          </w:tcPr>
          <w:p w14:paraId="76F5F1C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H9</w:t>
            </w:r>
          </w:p>
        </w:tc>
        <w:tc>
          <w:tcPr>
            <w:tcW w:w="567" w:type="dxa"/>
            <w:tcBorders>
              <w:top w:val="single" w:sz="4" w:space="0" w:color="auto"/>
              <w:left w:val="nil"/>
              <w:bottom w:val="single" w:sz="4" w:space="0" w:color="auto"/>
              <w:right w:val="nil"/>
            </w:tcBorders>
          </w:tcPr>
          <w:p w14:paraId="544927F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H10</w:t>
            </w:r>
          </w:p>
        </w:tc>
        <w:tc>
          <w:tcPr>
            <w:tcW w:w="567" w:type="dxa"/>
            <w:tcBorders>
              <w:top w:val="single" w:sz="4" w:space="0" w:color="auto"/>
              <w:left w:val="nil"/>
              <w:bottom w:val="single" w:sz="4" w:space="0" w:color="auto"/>
              <w:right w:val="nil"/>
            </w:tcBorders>
          </w:tcPr>
          <w:p w14:paraId="158F5CC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H11</w:t>
            </w:r>
          </w:p>
        </w:tc>
        <w:tc>
          <w:tcPr>
            <w:tcW w:w="567" w:type="dxa"/>
            <w:tcBorders>
              <w:top w:val="single" w:sz="4" w:space="0" w:color="auto"/>
              <w:left w:val="nil"/>
              <w:bottom w:val="single" w:sz="4" w:space="0" w:color="auto"/>
              <w:right w:val="nil"/>
            </w:tcBorders>
          </w:tcPr>
          <w:p w14:paraId="37E7895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H12</w:t>
            </w:r>
          </w:p>
        </w:tc>
        <w:tc>
          <w:tcPr>
            <w:tcW w:w="567" w:type="dxa"/>
            <w:tcBorders>
              <w:top w:val="single" w:sz="4" w:space="0" w:color="auto"/>
              <w:left w:val="nil"/>
              <w:bottom w:val="single" w:sz="4" w:space="0" w:color="auto"/>
              <w:right w:val="nil"/>
            </w:tcBorders>
          </w:tcPr>
          <w:p w14:paraId="488CFE9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 xml:space="preserve">H13 </w:t>
            </w:r>
          </w:p>
        </w:tc>
        <w:tc>
          <w:tcPr>
            <w:tcW w:w="567" w:type="dxa"/>
            <w:tcBorders>
              <w:top w:val="single" w:sz="4" w:space="0" w:color="auto"/>
              <w:left w:val="nil"/>
              <w:bottom w:val="single" w:sz="4" w:space="0" w:color="auto"/>
              <w:right w:val="nil"/>
            </w:tcBorders>
          </w:tcPr>
          <w:p w14:paraId="64109A5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H14</w:t>
            </w:r>
          </w:p>
        </w:tc>
      </w:tr>
      <w:tr w:rsidR="006648BB" w:rsidRPr="00580745" w14:paraId="73175BE6" w14:textId="77777777" w:rsidTr="0045305C">
        <w:trPr>
          <w:trHeight w:val="532"/>
          <w:jc w:val="center"/>
        </w:trPr>
        <w:tc>
          <w:tcPr>
            <w:tcW w:w="412" w:type="dxa"/>
            <w:tcBorders>
              <w:top w:val="single" w:sz="4" w:space="0" w:color="auto"/>
              <w:left w:val="nil"/>
              <w:bottom w:val="nil"/>
              <w:right w:val="nil"/>
            </w:tcBorders>
            <w:hideMark/>
          </w:tcPr>
          <w:p w14:paraId="234BDF0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w:t>
            </w:r>
          </w:p>
        </w:tc>
        <w:tc>
          <w:tcPr>
            <w:tcW w:w="990" w:type="dxa"/>
            <w:tcBorders>
              <w:top w:val="single" w:sz="4" w:space="0" w:color="auto"/>
              <w:left w:val="nil"/>
              <w:bottom w:val="nil"/>
              <w:right w:val="nil"/>
            </w:tcBorders>
            <w:vAlign w:val="center"/>
            <w:hideMark/>
          </w:tcPr>
          <w:p w14:paraId="30B72C44" w14:textId="77777777" w:rsidR="006648BB" w:rsidRPr="00580745" w:rsidRDefault="006648BB" w:rsidP="005418A8">
            <w:pPr>
              <w:rPr>
                <w:rFonts w:ascii="Times New Roman" w:eastAsia="Calibri" w:hAnsi="Times New Roman" w:cs="Times New Roman"/>
                <w:lang w:val="sv-SE"/>
              </w:rPr>
            </w:pPr>
            <w:proofErr w:type="spellStart"/>
            <w:r w:rsidRPr="00580745">
              <w:rPr>
                <w:rFonts w:ascii="Times New Roman" w:eastAsia="Calibri" w:hAnsi="Times New Roman" w:cs="Times New Roman"/>
                <w:lang w:val="sv-SE"/>
              </w:rPr>
              <w:t>Kemudahan</w:t>
            </w:r>
            <w:proofErr w:type="spellEnd"/>
            <w:r w:rsidRPr="00580745">
              <w:rPr>
                <w:rFonts w:ascii="Times New Roman" w:eastAsia="Calibri" w:hAnsi="Times New Roman" w:cs="Times New Roman"/>
                <w:lang w:val="sv-SE"/>
              </w:rPr>
              <w:t xml:space="preserve"> </w:t>
            </w:r>
            <w:proofErr w:type="spellStart"/>
            <w:r w:rsidRPr="00580745">
              <w:rPr>
                <w:rFonts w:ascii="Times New Roman" w:eastAsia="Calibri" w:hAnsi="Times New Roman" w:cs="Times New Roman"/>
                <w:lang w:val="sv-SE"/>
              </w:rPr>
              <w:t>dalam</w:t>
            </w:r>
            <w:proofErr w:type="spellEnd"/>
            <w:r w:rsidRPr="00580745">
              <w:rPr>
                <w:rFonts w:ascii="Times New Roman" w:eastAsia="Calibri" w:hAnsi="Times New Roman" w:cs="Times New Roman"/>
                <w:lang w:val="sv-SE"/>
              </w:rPr>
              <w:t xml:space="preserve"> </w:t>
            </w:r>
            <w:proofErr w:type="spellStart"/>
            <w:r w:rsidRPr="00580745">
              <w:rPr>
                <w:rFonts w:ascii="Times New Roman" w:eastAsia="Calibri" w:hAnsi="Times New Roman" w:cs="Times New Roman"/>
                <w:lang w:val="sv-SE"/>
              </w:rPr>
              <w:t>melakukan</w:t>
            </w:r>
            <w:proofErr w:type="spellEnd"/>
            <w:r w:rsidRPr="00580745">
              <w:rPr>
                <w:rFonts w:ascii="Times New Roman" w:eastAsia="Calibri" w:hAnsi="Times New Roman" w:cs="Times New Roman"/>
                <w:lang w:val="sv-SE"/>
              </w:rPr>
              <w:t xml:space="preserve"> </w:t>
            </w:r>
            <w:proofErr w:type="spellStart"/>
            <w:r w:rsidRPr="00580745">
              <w:rPr>
                <w:rFonts w:ascii="Times New Roman" w:eastAsia="Calibri" w:hAnsi="Times New Roman" w:cs="Times New Roman"/>
                <w:lang w:val="sv-SE"/>
              </w:rPr>
              <w:t>aktivitas</w:t>
            </w:r>
            <w:proofErr w:type="spellEnd"/>
            <w:r w:rsidRPr="00580745">
              <w:rPr>
                <w:rFonts w:ascii="Times New Roman" w:eastAsia="Calibri" w:hAnsi="Times New Roman" w:cs="Times New Roman"/>
                <w:lang w:val="sv-SE"/>
              </w:rPr>
              <w:t xml:space="preserve"> </w:t>
            </w:r>
            <w:proofErr w:type="spellStart"/>
            <w:r w:rsidRPr="00580745">
              <w:rPr>
                <w:rFonts w:ascii="Times New Roman" w:eastAsia="Calibri" w:hAnsi="Times New Roman" w:cs="Times New Roman"/>
                <w:lang w:val="sv-SE"/>
              </w:rPr>
              <w:t>sehari-hari</w:t>
            </w:r>
            <w:proofErr w:type="spellEnd"/>
          </w:p>
        </w:tc>
        <w:tc>
          <w:tcPr>
            <w:tcW w:w="538" w:type="dxa"/>
            <w:tcBorders>
              <w:top w:val="single" w:sz="4" w:space="0" w:color="auto"/>
              <w:left w:val="nil"/>
              <w:bottom w:val="nil"/>
              <w:right w:val="nil"/>
            </w:tcBorders>
          </w:tcPr>
          <w:p w14:paraId="7E29ECB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296A20C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67789AC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18D7BE3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27A9BEC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36083D2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751F7DE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542DD43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7D3439B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57982B7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03C7DDA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single" w:sz="4" w:space="0" w:color="auto"/>
              <w:left w:val="nil"/>
              <w:bottom w:val="nil"/>
              <w:right w:val="nil"/>
            </w:tcBorders>
          </w:tcPr>
          <w:p w14:paraId="25901C3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single" w:sz="4" w:space="0" w:color="auto"/>
              <w:left w:val="nil"/>
              <w:bottom w:val="nil"/>
              <w:right w:val="nil"/>
            </w:tcBorders>
          </w:tcPr>
          <w:p w14:paraId="2496AF0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single" w:sz="4" w:space="0" w:color="auto"/>
              <w:left w:val="nil"/>
              <w:bottom w:val="nil"/>
              <w:right w:val="nil"/>
            </w:tcBorders>
          </w:tcPr>
          <w:p w14:paraId="43C4E1C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1B39C881" w14:textId="77777777" w:rsidTr="0045305C">
        <w:trPr>
          <w:jc w:val="center"/>
        </w:trPr>
        <w:tc>
          <w:tcPr>
            <w:tcW w:w="412" w:type="dxa"/>
            <w:tcBorders>
              <w:top w:val="nil"/>
              <w:left w:val="nil"/>
              <w:bottom w:val="nil"/>
              <w:right w:val="nil"/>
            </w:tcBorders>
            <w:hideMark/>
          </w:tcPr>
          <w:p w14:paraId="622D6C0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90" w:type="dxa"/>
            <w:tcBorders>
              <w:top w:val="nil"/>
              <w:left w:val="nil"/>
              <w:bottom w:val="nil"/>
              <w:right w:val="nil"/>
            </w:tcBorders>
            <w:vAlign w:val="center"/>
            <w:hideMark/>
          </w:tcPr>
          <w:p w14:paraId="03956079" w14:textId="77777777" w:rsidR="006648BB" w:rsidRPr="00580745" w:rsidRDefault="006648BB" w:rsidP="005418A8">
            <w:pPr>
              <w:rPr>
                <w:rFonts w:ascii="Times New Roman" w:eastAsia="Calibri" w:hAnsi="Times New Roman" w:cs="Times New Roman"/>
              </w:rPr>
            </w:pPr>
            <w:proofErr w:type="spellStart"/>
            <w:r w:rsidRPr="00580745">
              <w:rPr>
                <w:rFonts w:ascii="Times New Roman" w:eastAsia="Calibri" w:hAnsi="Times New Roman" w:cs="Times New Roman"/>
              </w:rPr>
              <w:t>Kecepatan</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berjalan</w:t>
            </w:r>
            <w:proofErr w:type="spellEnd"/>
          </w:p>
        </w:tc>
        <w:tc>
          <w:tcPr>
            <w:tcW w:w="538" w:type="dxa"/>
            <w:tcBorders>
              <w:top w:val="nil"/>
              <w:left w:val="nil"/>
              <w:bottom w:val="nil"/>
              <w:right w:val="nil"/>
            </w:tcBorders>
          </w:tcPr>
          <w:p w14:paraId="14A2A9F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3F5F68C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4A43AAC1"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 xml:space="preserve">  2</w:t>
            </w:r>
          </w:p>
        </w:tc>
        <w:tc>
          <w:tcPr>
            <w:tcW w:w="567" w:type="dxa"/>
            <w:tcBorders>
              <w:top w:val="nil"/>
              <w:left w:val="nil"/>
              <w:bottom w:val="nil"/>
              <w:right w:val="nil"/>
            </w:tcBorders>
          </w:tcPr>
          <w:p w14:paraId="20FA8FB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47695FD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08F741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0A65187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6367F74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2686302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04F29F2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6ACFE06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43E17FD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3CF2A85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4430B26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18F6A10B" w14:textId="77777777" w:rsidTr="0045305C">
        <w:trPr>
          <w:trHeight w:val="225"/>
          <w:jc w:val="center"/>
        </w:trPr>
        <w:tc>
          <w:tcPr>
            <w:tcW w:w="412" w:type="dxa"/>
            <w:tcBorders>
              <w:top w:val="nil"/>
              <w:left w:val="nil"/>
              <w:bottom w:val="nil"/>
              <w:right w:val="nil"/>
            </w:tcBorders>
            <w:hideMark/>
          </w:tcPr>
          <w:p w14:paraId="12CDCC9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990" w:type="dxa"/>
            <w:tcBorders>
              <w:top w:val="nil"/>
              <w:left w:val="nil"/>
              <w:bottom w:val="nil"/>
              <w:right w:val="nil"/>
            </w:tcBorders>
            <w:vAlign w:val="center"/>
            <w:hideMark/>
          </w:tcPr>
          <w:p w14:paraId="7C2E7A85" w14:textId="77777777" w:rsidR="006648BB" w:rsidRPr="00580745" w:rsidRDefault="006648BB" w:rsidP="005418A8">
            <w:pPr>
              <w:rPr>
                <w:rFonts w:ascii="Times New Roman" w:eastAsia="Calibri" w:hAnsi="Times New Roman" w:cs="Times New Roman"/>
              </w:rPr>
            </w:pPr>
            <w:proofErr w:type="spellStart"/>
            <w:r w:rsidRPr="00580745">
              <w:rPr>
                <w:rFonts w:ascii="Times New Roman" w:eastAsia="Calibri" w:hAnsi="Times New Roman" w:cs="Times New Roman"/>
              </w:rPr>
              <w:t>Kekuata</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tubuh</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bagian</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atas</w:t>
            </w:r>
            <w:proofErr w:type="spellEnd"/>
          </w:p>
        </w:tc>
        <w:tc>
          <w:tcPr>
            <w:tcW w:w="538" w:type="dxa"/>
            <w:tcBorders>
              <w:top w:val="nil"/>
              <w:left w:val="nil"/>
              <w:bottom w:val="nil"/>
              <w:right w:val="nil"/>
            </w:tcBorders>
          </w:tcPr>
          <w:p w14:paraId="1E1F2CF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2D0CC1E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D77309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408F750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A8A8B6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1011D44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170A02B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7617B6B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06C8A0B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59C9212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1408DAB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32BC3FC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7AE79B3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2239A83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0568DFA8" w14:textId="77777777" w:rsidTr="0045305C">
        <w:trPr>
          <w:jc w:val="center"/>
        </w:trPr>
        <w:tc>
          <w:tcPr>
            <w:tcW w:w="412" w:type="dxa"/>
            <w:tcBorders>
              <w:top w:val="nil"/>
              <w:left w:val="nil"/>
              <w:bottom w:val="nil"/>
              <w:right w:val="nil"/>
            </w:tcBorders>
            <w:hideMark/>
          </w:tcPr>
          <w:p w14:paraId="488CE7C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990" w:type="dxa"/>
            <w:tcBorders>
              <w:top w:val="nil"/>
              <w:left w:val="nil"/>
              <w:bottom w:val="nil"/>
              <w:right w:val="nil"/>
            </w:tcBorders>
            <w:vAlign w:val="center"/>
            <w:hideMark/>
          </w:tcPr>
          <w:p w14:paraId="60A4B3C1" w14:textId="77777777" w:rsidR="006648BB" w:rsidRPr="00580745" w:rsidRDefault="006648BB" w:rsidP="005418A8">
            <w:pPr>
              <w:rPr>
                <w:rFonts w:ascii="Times New Roman" w:eastAsia="Calibri" w:hAnsi="Times New Roman" w:cs="Times New Roman"/>
                <w:lang w:val="id-ID"/>
              </w:rPr>
            </w:pPr>
            <w:proofErr w:type="spellStart"/>
            <w:r w:rsidRPr="00580745">
              <w:rPr>
                <w:rFonts w:ascii="Times New Roman" w:eastAsia="Calibri" w:hAnsi="Times New Roman" w:cs="Times New Roman"/>
              </w:rPr>
              <w:t>Kekuata</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tubuh</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bagian</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bawah</w:t>
            </w:r>
            <w:proofErr w:type="spellEnd"/>
          </w:p>
        </w:tc>
        <w:tc>
          <w:tcPr>
            <w:tcW w:w="538" w:type="dxa"/>
            <w:tcBorders>
              <w:top w:val="nil"/>
              <w:left w:val="nil"/>
              <w:bottom w:val="nil"/>
              <w:right w:val="nil"/>
            </w:tcBorders>
          </w:tcPr>
          <w:p w14:paraId="2990D39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341352C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645C6CB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48C3BE6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186CADB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1C52259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67819D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8836795"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 xml:space="preserve"> 4</w:t>
            </w:r>
          </w:p>
        </w:tc>
        <w:tc>
          <w:tcPr>
            <w:tcW w:w="567" w:type="dxa"/>
            <w:tcBorders>
              <w:top w:val="nil"/>
              <w:left w:val="nil"/>
              <w:bottom w:val="nil"/>
              <w:right w:val="nil"/>
            </w:tcBorders>
          </w:tcPr>
          <w:p w14:paraId="04296DE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4695E2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194CE87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67ED3D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3A923BF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17146B6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543C0BAF" w14:textId="77777777" w:rsidTr="0045305C">
        <w:trPr>
          <w:jc w:val="center"/>
        </w:trPr>
        <w:tc>
          <w:tcPr>
            <w:tcW w:w="412" w:type="dxa"/>
            <w:tcBorders>
              <w:top w:val="nil"/>
              <w:left w:val="nil"/>
              <w:bottom w:val="single" w:sz="4" w:space="0" w:color="auto"/>
              <w:right w:val="nil"/>
            </w:tcBorders>
          </w:tcPr>
          <w:p w14:paraId="2358DAF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990" w:type="dxa"/>
            <w:tcBorders>
              <w:top w:val="nil"/>
              <w:left w:val="nil"/>
              <w:bottom w:val="single" w:sz="4" w:space="0" w:color="auto"/>
              <w:right w:val="nil"/>
            </w:tcBorders>
            <w:vAlign w:val="center"/>
          </w:tcPr>
          <w:p w14:paraId="22D512A5" w14:textId="77777777" w:rsidR="006648BB" w:rsidRPr="00580745" w:rsidRDefault="006648BB" w:rsidP="005418A8">
            <w:pPr>
              <w:rPr>
                <w:rFonts w:ascii="Times New Roman" w:eastAsia="Calibri" w:hAnsi="Times New Roman" w:cs="Times New Roman"/>
              </w:rPr>
            </w:pPr>
            <w:proofErr w:type="spellStart"/>
            <w:r w:rsidRPr="00580745">
              <w:rPr>
                <w:rFonts w:ascii="Times New Roman" w:eastAsia="Calibri" w:hAnsi="Times New Roman" w:cs="Times New Roman"/>
              </w:rPr>
              <w:t>Toleransi</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dalam</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menaiki</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tangga</w:t>
            </w:r>
            <w:proofErr w:type="spellEnd"/>
          </w:p>
        </w:tc>
        <w:tc>
          <w:tcPr>
            <w:tcW w:w="538" w:type="dxa"/>
            <w:tcBorders>
              <w:top w:val="nil"/>
              <w:left w:val="nil"/>
              <w:bottom w:val="single" w:sz="4" w:space="0" w:color="auto"/>
              <w:right w:val="nil"/>
            </w:tcBorders>
          </w:tcPr>
          <w:p w14:paraId="6339006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1CD1860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2D0F71C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448C410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53A74E5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5474F3D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25BB343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19CF8CF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4A5F5E7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47B784F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66750F7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33DEF4E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0B658C3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51C02AF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39D553FF" w14:textId="77777777" w:rsidTr="0045305C">
        <w:trPr>
          <w:jc w:val="center"/>
        </w:trPr>
        <w:tc>
          <w:tcPr>
            <w:tcW w:w="9311" w:type="dxa"/>
            <w:gridSpan w:val="16"/>
            <w:tcBorders>
              <w:top w:val="single" w:sz="4" w:space="0" w:color="auto"/>
              <w:left w:val="nil"/>
              <w:bottom w:val="single" w:sz="4" w:space="0" w:color="auto"/>
              <w:right w:val="nil"/>
            </w:tcBorders>
            <w:vAlign w:val="center"/>
            <w:hideMark/>
          </w:tcPr>
          <w:p w14:paraId="1E9911E4" w14:textId="77777777" w:rsidR="006648BB" w:rsidRPr="00580745" w:rsidRDefault="006648BB" w:rsidP="005418A8">
            <w:pPr>
              <w:tabs>
                <w:tab w:val="left" w:pos="785"/>
              </w:tabs>
              <w:rPr>
                <w:rFonts w:ascii="Times New Roman" w:eastAsia="Calibri" w:hAnsi="Times New Roman" w:cs="Times New Roman"/>
                <w:lang w:val="id-ID"/>
              </w:rPr>
            </w:pPr>
            <w:r w:rsidRPr="00580745">
              <w:rPr>
                <w:rFonts w:ascii="Times New Roman" w:eastAsia="Calibri" w:hAnsi="Times New Roman" w:cs="Times New Roman"/>
                <w:lang w:val="id-ID"/>
              </w:rPr>
              <w:t xml:space="preserve">Keterangan </w:t>
            </w:r>
          </w:p>
          <w:p w14:paraId="71501F15" w14:textId="77777777" w:rsidR="006648BB" w:rsidRPr="00580745" w:rsidRDefault="006648BB" w:rsidP="005418A8">
            <w:pPr>
              <w:tabs>
                <w:tab w:val="left" w:pos="785"/>
              </w:tabs>
              <w:rPr>
                <w:rFonts w:ascii="Times New Roman" w:eastAsia="Calibri" w:hAnsi="Times New Roman" w:cs="Times New Roman"/>
                <w:lang w:val="sv-SE"/>
              </w:rPr>
            </w:pPr>
            <w:r w:rsidRPr="00580745">
              <w:rPr>
                <w:rFonts w:ascii="Times New Roman" w:eastAsia="Calibri" w:hAnsi="Times New Roman" w:cs="Times New Roman"/>
                <w:lang w:val="id-ID"/>
              </w:rPr>
              <w:t xml:space="preserve">1 : </w:t>
            </w:r>
            <w:proofErr w:type="spellStart"/>
            <w:r w:rsidRPr="00580745">
              <w:rPr>
                <w:rFonts w:ascii="Times New Roman" w:eastAsia="Calibri" w:hAnsi="Times New Roman" w:cs="Times New Roman"/>
                <w:lang w:val="sv-SE"/>
              </w:rPr>
              <w:t>menurun</w:t>
            </w:r>
            <w:proofErr w:type="spellEnd"/>
          </w:p>
          <w:p w14:paraId="29C55EDE" w14:textId="77777777" w:rsidR="006648BB" w:rsidRPr="00580745" w:rsidRDefault="006648BB" w:rsidP="005418A8">
            <w:pPr>
              <w:tabs>
                <w:tab w:val="left" w:pos="785"/>
              </w:tabs>
              <w:rPr>
                <w:rFonts w:ascii="Times New Roman" w:eastAsia="Calibri" w:hAnsi="Times New Roman" w:cs="Times New Roman"/>
                <w:lang w:val="sv-SE"/>
              </w:rPr>
            </w:pPr>
            <w:r w:rsidRPr="00580745">
              <w:rPr>
                <w:rFonts w:ascii="Times New Roman" w:eastAsia="Calibri" w:hAnsi="Times New Roman" w:cs="Times New Roman"/>
                <w:lang w:val="id-ID"/>
              </w:rPr>
              <w:t xml:space="preserve">2 : cukup </w:t>
            </w:r>
            <w:proofErr w:type="spellStart"/>
            <w:r w:rsidRPr="00580745">
              <w:rPr>
                <w:rFonts w:ascii="Times New Roman" w:eastAsia="Calibri" w:hAnsi="Times New Roman" w:cs="Times New Roman"/>
                <w:lang w:val="sv-SE"/>
              </w:rPr>
              <w:t>menurun</w:t>
            </w:r>
            <w:proofErr w:type="spellEnd"/>
          </w:p>
          <w:p w14:paraId="13D53667" w14:textId="77777777" w:rsidR="006648BB" w:rsidRPr="00580745" w:rsidRDefault="006648BB" w:rsidP="005418A8">
            <w:pPr>
              <w:tabs>
                <w:tab w:val="left" w:pos="785"/>
              </w:tabs>
              <w:rPr>
                <w:rFonts w:ascii="Times New Roman" w:eastAsia="Calibri" w:hAnsi="Times New Roman" w:cs="Times New Roman"/>
                <w:lang w:val="id-ID"/>
              </w:rPr>
            </w:pPr>
            <w:r w:rsidRPr="00580745">
              <w:rPr>
                <w:rFonts w:ascii="Times New Roman" w:eastAsia="Calibri" w:hAnsi="Times New Roman" w:cs="Times New Roman"/>
                <w:lang w:val="id-ID"/>
              </w:rPr>
              <w:t>3 : Sedang</w:t>
            </w:r>
          </w:p>
          <w:p w14:paraId="7594D964" w14:textId="77777777" w:rsidR="006648BB" w:rsidRPr="00580745" w:rsidRDefault="006648BB" w:rsidP="005418A8">
            <w:pPr>
              <w:tabs>
                <w:tab w:val="left" w:pos="785"/>
              </w:tabs>
              <w:rPr>
                <w:rFonts w:ascii="Times New Roman" w:eastAsia="Calibri" w:hAnsi="Times New Roman" w:cs="Times New Roman"/>
                <w:lang w:val="sv-SE"/>
              </w:rPr>
            </w:pPr>
            <w:r w:rsidRPr="00580745">
              <w:rPr>
                <w:rFonts w:ascii="Times New Roman" w:eastAsia="Calibri" w:hAnsi="Times New Roman" w:cs="Times New Roman"/>
                <w:lang w:val="id-ID"/>
              </w:rPr>
              <w:t xml:space="preserve">4 : Cukup </w:t>
            </w:r>
            <w:proofErr w:type="spellStart"/>
            <w:r w:rsidRPr="00580745">
              <w:rPr>
                <w:rFonts w:ascii="Times New Roman" w:eastAsia="Calibri" w:hAnsi="Times New Roman" w:cs="Times New Roman"/>
                <w:lang w:val="id-ID"/>
              </w:rPr>
              <w:t>men</w:t>
            </w:r>
            <w:r w:rsidRPr="00580745">
              <w:rPr>
                <w:rFonts w:ascii="Times New Roman" w:eastAsia="Calibri" w:hAnsi="Times New Roman" w:cs="Times New Roman"/>
                <w:lang w:val="sv-SE"/>
              </w:rPr>
              <w:t>ingkat</w:t>
            </w:r>
            <w:proofErr w:type="spellEnd"/>
          </w:p>
          <w:p w14:paraId="6A64D892" w14:textId="77777777" w:rsidR="006648BB" w:rsidRPr="00580745" w:rsidRDefault="006648BB" w:rsidP="005418A8">
            <w:pPr>
              <w:tabs>
                <w:tab w:val="left" w:pos="785"/>
              </w:tabs>
              <w:rPr>
                <w:rFonts w:ascii="Times New Roman" w:eastAsia="Calibri" w:hAnsi="Times New Roman" w:cs="Times New Roman"/>
                <w:lang w:val="id-ID"/>
              </w:rPr>
            </w:pPr>
            <w:r w:rsidRPr="00580745">
              <w:rPr>
                <w:rFonts w:ascii="Times New Roman" w:eastAsia="Calibri" w:hAnsi="Times New Roman" w:cs="Times New Roman"/>
                <w:lang w:val="id-ID"/>
              </w:rPr>
              <w:t xml:space="preserve">5 : </w:t>
            </w:r>
            <w:proofErr w:type="spellStart"/>
            <w:r w:rsidRPr="00580745">
              <w:rPr>
                <w:rFonts w:ascii="Times New Roman" w:eastAsia="Calibri" w:hAnsi="Times New Roman" w:cs="Times New Roman"/>
                <w:lang w:val="id-ID"/>
              </w:rPr>
              <w:t>Men</w:t>
            </w:r>
            <w:r w:rsidRPr="00580745">
              <w:rPr>
                <w:rFonts w:ascii="Times New Roman" w:eastAsia="Calibri" w:hAnsi="Times New Roman" w:cs="Times New Roman"/>
              </w:rPr>
              <w:t>ingkat</w:t>
            </w:r>
            <w:proofErr w:type="spellEnd"/>
          </w:p>
        </w:tc>
      </w:tr>
      <w:tr w:rsidR="006648BB" w:rsidRPr="00580745" w14:paraId="0C77AEBA" w14:textId="77777777" w:rsidTr="0045305C">
        <w:trPr>
          <w:jc w:val="center"/>
        </w:trPr>
        <w:tc>
          <w:tcPr>
            <w:tcW w:w="412" w:type="dxa"/>
            <w:tcBorders>
              <w:top w:val="single" w:sz="4" w:space="0" w:color="auto"/>
              <w:left w:val="nil"/>
              <w:bottom w:val="nil"/>
              <w:right w:val="nil"/>
            </w:tcBorders>
            <w:hideMark/>
          </w:tcPr>
          <w:p w14:paraId="48043A3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w:t>
            </w:r>
          </w:p>
        </w:tc>
        <w:tc>
          <w:tcPr>
            <w:tcW w:w="990" w:type="dxa"/>
            <w:tcBorders>
              <w:top w:val="single" w:sz="4" w:space="0" w:color="auto"/>
              <w:left w:val="nil"/>
              <w:bottom w:val="nil"/>
              <w:right w:val="nil"/>
            </w:tcBorders>
            <w:vAlign w:val="center"/>
            <w:hideMark/>
          </w:tcPr>
          <w:p w14:paraId="653B7035" w14:textId="77777777" w:rsidR="006648BB" w:rsidRPr="00580745" w:rsidRDefault="006648BB" w:rsidP="005418A8">
            <w:pPr>
              <w:rPr>
                <w:rFonts w:ascii="Times New Roman" w:eastAsia="Calibri" w:hAnsi="Times New Roman" w:cs="Times New Roman"/>
              </w:rPr>
            </w:pPr>
            <w:proofErr w:type="spellStart"/>
            <w:r w:rsidRPr="00580745">
              <w:rPr>
                <w:rFonts w:ascii="Times New Roman" w:eastAsia="Calibri" w:hAnsi="Times New Roman" w:cs="Times New Roman"/>
              </w:rPr>
              <w:t>Keluhan</w:t>
            </w:r>
            <w:proofErr w:type="spellEnd"/>
            <w:r w:rsidRPr="00580745">
              <w:rPr>
                <w:rFonts w:ascii="Times New Roman" w:eastAsia="Calibri" w:hAnsi="Times New Roman" w:cs="Times New Roman"/>
              </w:rPr>
              <w:t xml:space="preserve"> Lelah</w:t>
            </w:r>
          </w:p>
        </w:tc>
        <w:tc>
          <w:tcPr>
            <w:tcW w:w="538" w:type="dxa"/>
            <w:tcBorders>
              <w:top w:val="single" w:sz="4" w:space="0" w:color="auto"/>
              <w:left w:val="nil"/>
              <w:bottom w:val="nil"/>
              <w:right w:val="nil"/>
            </w:tcBorders>
          </w:tcPr>
          <w:p w14:paraId="344C7B9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752F387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2F96CFF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47B4947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75B158D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2FAB5E9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5C57CEB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2FA348B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262920F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12E396E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4021D61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6D1F21F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5E6628D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1039978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55BA5CD8" w14:textId="77777777" w:rsidTr="0045305C">
        <w:trPr>
          <w:jc w:val="center"/>
        </w:trPr>
        <w:tc>
          <w:tcPr>
            <w:tcW w:w="412" w:type="dxa"/>
            <w:tcBorders>
              <w:top w:val="nil"/>
              <w:left w:val="nil"/>
              <w:bottom w:val="nil"/>
              <w:right w:val="nil"/>
            </w:tcBorders>
          </w:tcPr>
          <w:p w14:paraId="6676D96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90" w:type="dxa"/>
            <w:tcBorders>
              <w:top w:val="nil"/>
              <w:left w:val="nil"/>
              <w:bottom w:val="nil"/>
              <w:right w:val="nil"/>
            </w:tcBorders>
            <w:vAlign w:val="center"/>
          </w:tcPr>
          <w:p w14:paraId="787E46D6" w14:textId="77777777" w:rsidR="006648BB" w:rsidRPr="00580745" w:rsidRDefault="006648BB" w:rsidP="005418A8">
            <w:pPr>
              <w:rPr>
                <w:rFonts w:ascii="Times New Roman" w:eastAsia="Calibri" w:hAnsi="Times New Roman" w:cs="Times New Roman"/>
              </w:rPr>
            </w:pPr>
            <w:proofErr w:type="spellStart"/>
            <w:r w:rsidRPr="00580745">
              <w:rPr>
                <w:rFonts w:ascii="Times New Roman" w:eastAsia="Calibri" w:hAnsi="Times New Roman" w:cs="Times New Roman"/>
              </w:rPr>
              <w:t>Dipsnea</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saat</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aktivitas</w:t>
            </w:r>
            <w:proofErr w:type="spellEnd"/>
          </w:p>
        </w:tc>
        <w:tc>
          <w:tcPr>
            <w:tcW w:w="538" w:type="dxa"/>
            <w:tcBorders>
              <w:top w:val="nil"/>
              <w:left w:val="nil"/>
              <w:bottom w:val="nil"/>
              <w:right w:val="nil"/>
            </w:tcBorders>
          </w:tcPr>
          <w:p w14:paraId="1F706F7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3770D51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7EAC8BC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C7C489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06FA5C5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4DB657D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6755B1B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D8ECF8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4ABC746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AC9EDF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6FBA8A5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625B4B7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636AA58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0D5D776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5FA27995" w14:textId="77777777" w:rsidTr="0045305C">
        <w:trPr>
          <w:jc w:val="center"/>
        </w:trPr>
        <w:tc>
          <w:tcPr>
            <w:tcW w:w="412" w:type="dxa"/>
            <w:tcBorders>
              <w:top w:val="nil"/>
              <w:left w:val="nil"/>
              <w:bottom w:val="nil"/>
              <w:right w:val="nil"/>
            </w:tcBorders>
          </w:tcPr>
          <w:p w14:paraId="6988ADA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990" w:type="dxa"/>
            <w:tcBorders>
              <w:top w:val="nil"/>
              <w:left w:val="nil"/>
              <w:bottom w:val="nil"/>
              <w:right w:val="nil"/>
            </w:tcBorders>
            <w:vAlign w:val="center"/>
          </w:tcPr>
          <w:p w14:paraId="3B7B8C35" w14:textId="77777777" w:rsidR="006648BB" w:rsidRPr="00580745" w:rsidRDefault="006648BB" w:rsidP="005418A8">
            <w:pPr>
              <w:rPr>
                <w:rFonts w:ascii="Times New Roman" w:eastAsia="Calibri" w:hAnsi="Times New Roman" w:cs="Times New Roman"/>
              </w:rPr>
            </w:pPr>
            <w:proofErr w:type="spellStart"/>
            <w:r w:rsidRPr="00580745">
              <w:rPr>
                <w:rFonts w:ascii="Times New Roman" w:eastAsia="Calibri" w:hAnsi="Times New Roman" w:cs="Times New Roman"/>
              </w:rPr>
              <w:t>Dipsnea</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setelah</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aktivitas</w:t>
            </w:r>
            <w:proofErr w:type="spellEnd"/>
          </w:p>
        </w:tc>
        <w:tc>
          <w:tcPr>
            <w:tcW w:w="538" w:type="dxa"/>
            <w:tcBorders>
              <w:top w:val="nil"/>
              <w:left w:val="nil"/>
              <w:bottom w:val="nil"/>
              <w:right w:val="nil"/>
            </w:tcBorders>
          </w:tcPr>
          <w:p w14:paraId="0DBE963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6396527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18E7655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0026C17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69D8174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2201784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2D70053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D8535D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A6F8D0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64819B5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B31E82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24A3B77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7C2633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3766038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6A64B617" w14:textId="77777777" w:rsidTr="0045305C">
        <w:trPr>
          <w:jc w:val="center"/>
        </w:trPr>
        <w:tc>
          <w:tcPr>
            <w:tcW w:w="412" w:type="dxa"/>
            <w:tcBorders>
              <w:top w:val="nil"/>
              <w:left w:val="nil"/>
              <w:bottom w:val="nil"/>
              <w:right w:val="nil"/>
            </w:tcBorders>
          </w:tcPr>
          <w:p w14:paraId="771F28A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990" w:type="dxa"/>
            <w:tcBorders>
              <w:top w:val="nil"/>
              <w:left w:val="nil"/>
              <w:bottom w:val="nil"/>
              <w:right w:val="nil"/>
            </w:tcBorders>
            <w:vAlign w:val="center"/>
          </w:tcPr>
          <w:p w14:paraId="0167CBF1" w14:textId="77777777" w:rsidR="006648BB" w:rsidRPr="00580745" w:rsidRDefault="006648BB" w:rsidP="005418A8">
            <w:pPr>
              <w:rPr>
                <w:rFonts w:ascii="Times New Roman" w:eastAsia="Calibri" w:hAnsi="Times New Roman" w:cs="Times New Roman"/>
              </w:rPr>
            </w:pPr>
            <w:proofErr w:type="spellStart"/>
            <w:r w:rsidRPr="00580745">
              <w:rPr>
                <w:rFonts w:ascii="Times New Roman" w:eastAsia="Calibri" w:hAnsi="Times New Roman" w:cs="Times New Roman"/>
              </w:rPr>
              <w:t>Perasaan</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lemah</w:t>
            </w:r>
            <w:proofErr w:type="spellEnd"/>
          </w:p>
        </w:tc>
        <w:tc>
          <w:tcPr>
            <w:tcW w:w="538" w:type="dxa"/>
            <w:tcBorders>
              <w:top w:val="nil"/>
              <w:left w:val="nil"/>
              <w:bottom w:val="nil"/>
              <w:right w:val="nil"/>
            </w:tcBorders>
          </w:tcPr>
          <w:p w14:paraId="0607897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6A30399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71E727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461B001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4DEAA8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D3FC2E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225AA1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09FAB30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71B2233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9FE373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08984BD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5A12B7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230CC02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B348F2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76B136F8" w14:textId="77777777" w:rsidTr="00467316">
        <w:trPr>
          <w:jc w:val="center"/>
        </w:trPr>
        <w:tc>
          <w:tcPr>
            <w:tcW w:w="412" w:type="dxa"/>
            <w:tcBorders>
              <w:top w:val="nil"/>
              <w:left w:val="nil"/>
              <w:bottom w:val="single" w:sz="4" w:space="0" w:color="auto"/>
              <w:right w:val="nil"/>
            </w:tcBorders>
          </w:tcPr>
          <w:p w14:paraId="34AA71E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990" w:type="dxa"/>
            <w:tcBorders>
              <w:top w:val="nil"/>
              <w:left w:val="nil"/>
              <w:bottom w:val="single" w:sz="4" w:space="0" w:color="auto"/>
              <w:right w:val="nil"/>
            </w:tcBorders>
            <w:vAlign w:val="center"/>
          </w:tcPr>
          <w:p w14:paraId="09E0E485" w14:textId="77777777" w:rsidR="006648BB" w:rsidRPr="00580745" w:rsidRDefault="006648BB" w:rsidP="005418A8">
            <w:pPr>
              <w:rPr>
                <w:rFonts w:ascii="Times New Roman" w:eastAsia="Calibri" w:hAnsi="Times New Roman" w:cs="Times New Roman"/>
              </w:rPr>
            </w:pPr>
            <w:proofErr w:type="spellStart"/>
            <w:r w:rsidRPr="00580745">
              <w:rPr>
                <w:rFonts w:ascii="Times New Roman" w:eastAsia="Calibri" w:hAnsi="Times New Roman" w:cs="Times New Roman"/>
              </w:rPr>
              <w:t>Sianosis</w:t>
            </w:r>
            <w:proofErr w:type="spellEnd"/>
          </w:p>
        </w:tc>
        <w:tc>
          <w:tcPr>
            <w:tcW w:w="538" w:type="dxa"/>
            <w:tcBorders>
              <w:top w:val="nil"/>
              <w:left w:val="nil"/>
              <w:bottom w:val="single" w:sz="4" w:space="0" w:color="auto"/>
              <w:right w:val="nil"/>
            </w:tcBorders>
          </w:tcPr>
          <w:p w14:paraId="13AB72D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3362A37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6A25C68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463DE8A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5013570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10FEE49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1D94330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5977240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4AAF1EF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3B443A4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 xml:space="preserve">4 </w:t>
            </w:r>
          </w:p>
        </w:tc>
        <w:tc>
          <w:tcPr>
            <w:tcW w:w="567" w:type="dxa"/>
            <w:tcBorders>
              <w:top w:val="nil"/>
              <w:left w:val="nil"/>
              <w:bottom w:val="single" w:sz="4" w:space="0" w:color="auto"/>
              <w:right w:val="nil"/>
            </w:tcBorders>
          </w:tcPr>
          <w:p w14:paraId="437BBCD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7D09175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60D05EA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34CB4F6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7A8EF531" w14:textId="77777777" w:rsidTr="00467316">
        <w:trPr>
          <w:jc w:val="center"/>
        </w:trPr>
        <w:tc>
          <w:tcPr>
            <w:tcW w:w="9311" w:type="dxa"/>
            <w:gridSpan w:val="16"/>
            <w:tcBorders>
              <w:top w:val="single" w:sz="4" w:space="0" w:color="auto"/>
              <w:left w:val="nil"/>
              <w:bottom w:val="single" w:sz="4" w:space="0" w:color="auto"/>
              <w:right w:val="nil"/>
            </w:tcBorders>
          </w:tcPr>
          <w:p w14:paraId="0796B62B"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Keterangan:</w:t>
            </w:r>
          </w:p>
          <w:p w14:paraId="3BD73CA7"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id-ID"/>
              </w:rPr>
              <w:t xml:space="preserve">1 : </w:t>
            </w:r>
            <w:proofErr w:type="spellStart"/>
            <w:r w:rsidRPr="00580745">
              <w:rPr>
                <w:rFonts w:ascii="Times New Roman" w:eastAsia="Calibri" w:hAnsi="Times New Roman" w:cs="Times New Roman"/>
                <w:lang w:val="id-ID"/>
              </w:rPr>
              <w:t>Me</w:t>
            </w:r>
            <w:r w:rsidRPr="00580745">
              <w:rPr>
                <w:rFonts w:ascii="Times New Roman" w:eastAsia="Calibri" w:hAnsi="Times New Roman" w:cs="Times New Roman"/>
                <w:lang w:val="sv-SE"/>
              </w:rPr>
              <w:t>ningkat</w:t>
            </w:r>
            <w:proofErr w:type="spellEnd"/>
          </w:p>
          <w:p w14:paraId="4B3EB2E0"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id-ID"/>
              </w:rPr>
              <w:t xml:space="preserve">2 : Cukup </w:t>
            </w:r>
            <w:proofErr w:type="spellStart"/>
            <w:r w:rsidRPr="00580745">
              <w:rPr>
                <w:rFonts w:ascii="Times New Roman" w:eastAsia="Calibri" w:hAnsi="Times New Roman" w:cs="Times New Roman"/>
                <w:lang w:val="id-ID"/>
              </w:rPr>
              <w:t>Me</w:t>
            </w:r>
            <w:r w:rsidRPr="00580745">
              <w:rPr>
                <w:rFonts w:ascii="Times New Roman" w:eastAsia="Calibri" w:hAnsi="Times New Roman" w:cs="Times New Roman"/>
                <w:lang w:val="sv-SE"/>
              </w:rPr>
              <w:t>ningkat</w:t>
            </w:r>
            <w:proofErr w:type="spellEnd"/>
          </w:p>
          <w:p w14:paraId="3F611DE8"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3: Sedang</w:t>
            </w:r>
          </w:p>
          <w:p w14:paraId="0BC521A7"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 xml:space="preserve">4 : Cukup </w:t>
            </w:r>
            <w:proofErr w:type="spellStart"/>
            <w:r w:rsidRPr="00580745">
              <w:rPr>
                <w:rFonts w:ascii="Times New Roman" w:eastAsia="Calibri" w:hAnsi="Times New Roman" w:cs="Times New Roman"/>
                <w:lang w:val="id-ID"/>
              </w:rPr>
              <w:t>Me</w:t>
            </w:r>
            <w:r w:rsidRPr="00580745">
              <w:rPr>
                <w:rFonts w:ascii="Times New Roman" w:eastAsia="Calibri" w:hAnsi="Times New Roman" w:cs="Times New Roman"/>
                <w:lang w:val="sv-SE"/>
              </w:rPr>
              <w:t>nurun</w:t>
            </w:r>
            <w:proofErr w:type="spellEnd"/>
            <w:r w:rsidRPr="00580745">
              <w:rPr>
                <w:rFonts w:ascii="Times New Roman" w:eastAsia="Calibri" w:hAnsi="Times New Roman" w:cs="Times New Roman"/>
                <w:lang w:val="id-ID"/>
              </w:rPr>
              <w:t xml:space="preserve"> </w:t>
            </w:r>
          </w:p>
          <w:p w14:paraId="24A8CB60"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 xml:space="preserve">5: </w:t>
            </w:r>
            <w:proofErr w:type="spellStart"/>
            <w:r w:rsidRPr="00580745">
              <w:rPr>
                <w:rFonts w:ascii="Times New Roman" w:eastAsia="Calibri" w:hAnsi="Times New Roman" w:cs="Times New Roman"/>
                <w:lang w:val="id-ID"/>
              </w:rPr>
              <w:t>Me</w:t>
            </w:r>
            <w:r w:rsidRPr="00580745">
              <w:rPr>
                <w:rFonts w:ascii="Times New Roman" w:eastAsia="Calibri" w:hAnsi="Times New Roman" w:cs="Times New Roman"/>
              </w:rPr>
              <w:t>nurun</w:t>
            </w:r>
            <w:proofErr w:type="spellEnd"/>
          </w:p>
        </w:tc>
      </w:tr>
      <w:tr w:rsidR="006648BB" w:rsidRPr="00580745" w14:paraId="343B635C" w14:textId="77777777" w:rsidTr="0045305C">
        <w:trPr>
          <w:jc w:val="center"/>
        </w:trPr>
        <w:tc>
          <w:tcPr>
            <w:tcW w:w="412" w:type="dxa"/>
            <w:tcBorders>
              <w:top w:val="single" w:sz="4" w:space="0" w:color="auto"/>
              <w:left w:val="nil"/>
              <w:bottom w:val="nil"/>
              <w:right w:val="nil"/>
            </w:tcBorders>
          </w:tcPr>
          <w:p w14:paraId="5961586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lastRenderedPageBreak/>
              <w:t>1</w:t>
            </w:r>
          </w:p>
        </w:tc>
        <w:tc>
          <w:tcPr>
            <w:tcW w:w="990" w:type="dxa"/>
            <w:tcBorders>
              <w:top w:val="single" w:sz="4" w:space="0" w:color="auto"/>
              <w:left w:val="nil"/>
              <w:bottom w:val="nil"/>
              <w:right w:val="nil"/>
            </w:tcBorders>
            <w:vAlign w:val="center"/>
          </w:tcPr>
          <w:p w14:paraId="06894E26" w14:textId="77777777" w:rsidR="006648BB" w:rsidRPr="00580745" w:rsidRDefault="006648BB" w:rsidP="005418A8">
            <w:pPr>
              <w:rPr>
                <w:rFonts w:ascii="Times New Roman" w:eastAsia="Calibri" w:hAnsi="Times New Roman" w:cs="Times New Roman"/>
              </w:rPr>
            </w:pPr>
            <w:proofErr w:type="spellStart"/>
            <w:r w:rsidRPr="00580745">
              <w:rPr>
                <w:rFonts w:ascii="Times New Roman" w:eastAsia="Calibri" w:hAnsi="Times New Roman" w:cs="Times New Roman"/>
              </w:rPr>
              <w:t>Frekuensi</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nadi</w:t>
            </w:r>
            <w:proofErr w:type="spellEnd"/>
          </w:p>
        </w:tc>
        <w:tc>
          <w:tcPr>
            <w:tcW w:w="538" w:type="dxa"/>
            <w:tcBorders>
              <w:top w:val="single" w:sz="4" w:space="0" w:color="auto"/>
              <w:left w:val="nil"/>
              <w:bottom w:val="nil"/>
              <w:right w:val="nil"/>
            </w:tcBorders>
          </w:tcPr>
          <w:p w14:paraId="5C87BC6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5E53A8E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4A82F4C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1CF4D70D"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77EACB0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057B224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5FDE14A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65CBC40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552C2D9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1ADCD22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247781D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17BC836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360AA52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single" w:sz="4" w:space="0" w:color="auto"/>
              <w:left w:val="nil"/>
              <w:bottom w:val="nil"/>
              <w:right w:val="nil"/>
            </w:tcBorders>
          </w:tcPr>
          <w:p w14:paraId="516F41C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3AFFD1FB" w14:textId="77777777" w:rsidTr="0045305C">
        <w:trPr>
          <w:jc w:val="center"/>
        </w:trPr>
        <w:tc>
          <w:tcPr>
            <w:tcW w:w="412" w:type="dxa"/>
            <w:tcBorders>
              <w:top w:val="nil"/>
              <w:left w:val="nil"/>
              <w:bottom w:val="nil"/>
              <w:right w:val="nil"/>
            </w:tcBorders>
          </w:tcPr>
          <w:p w14:paraId="655F81C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90" w:type="dxa"/>
            <w:tcBorders>
              <w:top w:val="nil"/>
              <w:left w:val="nil"/>
              <w:bottom w:val="nil"/>
              <w:right w:val="nil"/>
            </w:tcBorders>
            <w:vAlign w:val="center"/>
          </w:tcPr>
          <w:p w14:paraId="1C01D84E" w14:textId="77777777" w:rsidR="006648BB" w:rsidRPr="00580745" w:rsidRDefault="006648BB" w:rsidP="005418A8">
            <w:pPr>
              <w:rPr>
                <w:rFonts w:ascii="Times New Roman" w:eastAsia="Calibri" w:hAnsi="Times New Roman" w:cs="Times New Roman"/>
              </w:rPr>
            </w:pPr>
            <w:proofErr w:type="spellStart"/>
            <w:r w:rsidRPr="00580745">
              <w:rPr>
                <w:rFonts w:ascii="Times New Roman" w:eastAsia="Calibri" w:hAnsi="Times New Roman" w:cs="Times New Roman"/>
              </w:rPr>
              <w:t>Warna</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Kulit</w:t>
            </w:r>
            <w:proofErr w:type="spellEnd"/>
            <w:r w:rsidRPr="00580745">
              <w:rPr>
                <w:rFonts w:ascii="Times New Roman" w:eastAsia="Calibri" w:hAnsi="Times New Roman" w:cs="Times New Roman"/>
              </w:rPr>
              <w:t xml:space="preserve"> </w:t>
            </w:r>
          </w:p>
        </w:tc>
        <w:tc>
          <w:tcPr>
            <w:tcW w:w="538" w:type="dxa"/>
            <w:tcBorders>
              <w:top w:val="nil"/>
              <w:left w:val="nil"/>
              <w:bottom w:val="nil"/>
              <w:right w:val="nil"/>
            </w:tcBorders>
          </w:tcPr>
          <w:p w14:paraId="0DD3E03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44E249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4DF1AB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4E1182A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0CD164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26DCA00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78F4C8A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61C33FE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A78786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1AAF292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CCAD06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1BA9D65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5D906FB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0919B9F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6FD856B1" w14:textId="77777777" w:rsidTr="0045305C">
        <w:trPr>
          <w:jc w:val="center"/>
        </w:trPr>
        <w:tc>
          <w:tcPr>
            <w:tcW w:w="412" w:type="dxa"/>
            <w:tcBorders>
              <w:top w:val="nil"/>
              <w:left w:val="nil"/>
              <w:bottom w:val="nil"/>
              <w:right w:val="nil"/>
            </w:tcBorders>
          </w:tcPr>
          <w:p w14:paraId="03276C3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990" w:type="dxa"/>
            <w:tcBorders>
              <w:top w:val="nil"/>
              <w:left w:val="nil"/>
              <w:bottom w:val="nil"/>
              <w:right w:val="nil"/>
            </w:tcBorders>
            <w:vAlign w:val="center"/>
          </w:tcPr>
          <w:p w14:paraId="1A6E5DC2" w14:textId="77777777" w:rsidR="006648BB" w:rsidRPr="00580745" w:rsidRDefault="006648BB" w:rsidP="005418A8">
            <w:pPr>
              <w:rPr>
                <w:rFonts w:ascii="Times New Roman" w:eastAsia="Calibri" w:hAnsi="Times New Roman" w:cs="Times New Roman"/>
              </w:rPr>
            </w:pPr>
            <w:proofErr w:type="spellStart"/>
            <w:r w:rsidRPr="00580745">
              <w:rPr>
                <w:rFonts w:ascii="Times New Roman" w:eastAsia="Calibri" w:hAnsi="Times New Roman" w:cs="Times New Roman"/>
              </w:rPr>
              <w:t>Tekanan</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darah</w:t>
            </w:r>
            <w:proofErr w:type="spellEnd"/>
          </w:p>
        </w:tc>
        <w:tc>
          <w:tcPr>
            <w:tcW w:w="538" w:type="dxa"/>
            <w:tcBorders>
              <w:top w:val="nil"/>
              <w:left w:val="nil"/>
              <w:bottom w:val="nil"/>
              <w:right w:val="nil"/>
            </w:tcBorders>
          </w:tcPr>
          <w:p w14:paraId="170F99A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4C871CD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76698D1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4A576FC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768AC1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259DE28B"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508A43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2790DB4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7B37F71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2D0F538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004F73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198C5B7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389D81F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0D9031E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5C94A13D" w14:textId="77777777" w:rsidTr="0045305C">
        <w:trPr>
          <w:jc w:val="center"/>
        </w:trPr>
        <w:tc>
          <w:tcPr>
            <w:tcW w:w="412" w:type="dxa"/>
            <w:tcBorders>
              <w:top w:val="nil"/>
              <w:left w:val="nil"/>
              <w:bottom w:val="single" w:sz="4" w:space="0" w:color="auto"/>
              <w:right w:val="nil"/>
            </w:tcBorders>
          </w:tcPr>
          <w:p w14:paraId="5982BF5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990" w:type="dxa"/>
            <w:tcBorders>
              <w:top w:val="nil"/>
              <w:left w:val="nil"/>
              <w:bottom w:val="single" w:sz="4" w:space="0" w:color="auto"/>
              <w:right w:val="nil"/>
            </w:tcBorders>
            <w:vAlign w:val="center"/>
          </w:tcPr>
          <w:p w14:paraId="07F3039D" w14:textId="77777777" w:rsidR="006648BB" w:rsidRPr="00580745" w:rsidRDefault="006648BB" w:rsidP="005418A8">
            <w:pPr>
              <w:rPr>
                <w:rFonts w:ascii="Times New Roman" w:eastAsia="Calibri" w:hAnsi="Times New Roman" w:cs="Times New Roman"/>
              </w:rPr>
            </w:pPr>
            <w:proofErr w:type="spellStart"/>
            <w:r w:rsidRPr="00580745">
              <w:rPr>
                <w:rFonts w:ascii="Times New Roman" w:eastAsia="Calibri" w:hAnsi="Times New Roman" w:cs="Times New Roman"/>
              </w:rPr>
              <w:t>Frekuensi</w:t>
            </w:r>
            <w:proofErr w:type="spellEnd"/>
            <w:r w:rsidRPr="00580745">
              <w:rPr>
                <w:rFonts w:ascii="Times New Roman" w:eastAsia="Calibri" w:hAnsi="Times New Roman" w:cs="Times New Roman"/>
              </w:rPr>
              <w:t xml:space="preserve"> napas</w:t>
            </w:r>
          </w:p>
        </w:tc>
        <w:tc>
          <w:tcPr>
            <w:tcW w:w="538" w:type="dxa"/>
            <w:tcBorders>
              <w:top w:val="nil"/>
              <w:left w:val="nil"/>
              <w:bottom w:val="single" w:sz="4" w:space="0" w:color="auto"/>
              <w:right w:val="nil"/>
            </w:tcBorders>
          </w:tcPr>
          <w:p w14:paraId="10DE487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3A8E0FE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770536F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1E1A42A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707AC41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30C0DF7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724A056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1CBD9E6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31729D9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1513E72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3798438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6762480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4072667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7FD2FF2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29646D8C" w14:textId="77777777" w:rsidTr="0045305C">
        <w:trPr>
          <w:jc w:val="center"/>
        </w:trPr>
        <w:tc>
          <w:tcPr>
            <w:tcW w:w="9311" w:type="dxa"/>
            <w:gridSpan w:val="16"/>
            <w:tcBorders>
              <w:top w:val="single" w:sz="4" w:space="0" w:color="auto"/>
              <w:left w:val="nil"/>
              <w:bottom w:val="single" w:sz="4" w:space="0" w:color="auto"/>
              <w:right w:val="nil"/>
            </w:tcBorders>
          </w:tcPr>
          <w:p w14:paraId="4CFA820B" w14:textId="77777777" w:rsidR="006648BB" w:rsidRPr="00580745" w:rsidRDefault="006648BB" w:rsidP="005418A8">
            <w:pPr>
              <w:rPr>
                <w:rFonts w:ascii="Times New Roman" w:eastAsia="Calibri" w:hAnsi="Times New Roman" w:cs="Times New Roman"/>
                <w:lang w:val="sv-SE"/>
              </w:rPr>
            </w:pPr>
            <w:proofErr w:type="spellStart"/>
            <w:r w:rsidRPr="00580745">
              <w:rPr>
                <w:rFonts w:ascii="Times New Roman" w:eastAsia="Calibri" w:hAnsi="Times New Roman" w:cs="Times New Roman"/>
                <w:lang w:val="sv-SE"/>
              </w:rPr>
              <w:t>Keterangan</w:t>
            </w:r>
            <w:proofErr w:type="spellEnd"/>
            <w:r w:rsidRPr="00580745">
              <w:rPr>
                <w:rFonts w:ascii="Times New Roman" w:eastAsia="Calibri" w:hAnsi="Times New Roman" w:cs="Times New Roman"/>
                <w:lang w:val="sv-SE"/>
              </w:rPr>
              <w:t xml:space="preserve"> </w:t>
            </w:r>
            <w:proofErr w:type="spellStart"/>
            <w:r w:rsidRPr="00580745">
              <w:rPr>
                <w:rFonts w:ascii="Times New Roman" w:eastAsia="Calibri" w:hAnsi="Times New Roman" w:cs="Times New Roman"/>
                <w:lang w:val="sv-SE"/>
              </w:rPr>
              <w:t>untuk</w:t>
            </w:r>
            <w:proofErr w:type="spellEnd"/>
            <w:r w:rsidRPr="00580745">
              <w:rPr>
                <w:rFonts w:ascii="Times New Roman" w:eastAsia="Calibri" w:hAnsi="Times New Roman" w:cs="Times New Roman"/>
                <w:lang w:val="sv-SE"/>
              </w:rPr>
              <w:t xml:space="preserve"> </w:t>
            </w:r>
            <w:proofErr w:type="gramStart"/>
            <w:r w:rsidRPr="00580745">
              <w:rPr>
                <w:rFonts w:ascii="Times New Roman" w:eastAsia="Calibri" w:hAnsi="Times New Roman" w:cs="Times New Roman"/>
                <w:lang w:val="sv-SE"/>
              </w:rPr>
              <w:t>6 :</w:t>
            </w:r>
            <w:proofErr w:type="gramEnd"/>
          </w:p>
          <w:p w14:paraId="415BB484" w14:textId="77777777" w:rsidR="006648BB" w:rsidRPr="00580745" w:rsidRDefault="006648BB" w:rsidP="005418A8">
            <w:pPr>
              <w:rPr>
                <w:rFonts w:ascii="Times New Roman" w:eastAsia="Calibri" w:hAnsi="Times New Roman" w:cs="Times New Roman"/>
                <w:lang w:val="sv-SE"/>
              </w:rPr>
            </w:pPr>
            <w:proofErr w:type="gramStart"/>
            <w:r w:rsidRPr="00580745">
              <w:rPr>
                <w:rFonts w:ascii="Times New Roman" w:eastAsia="Calibri" w:hAnsi="Times New Roman" w:cs="Times New Roman"/>
                <w:lang w:val="sv-SE"/>
              </w:rPr>
              <w:t>1 :</w:t>
            </w:r>
            <w:proofErr w:type="gramEnd"/>
            <w:r w:rsidRPr="00580745">
              <w:rPr>
                <w:rFonts w:ascii="Times New Roman" w:eastAsia="Calibri" w:hAnsi="Times New Roman" w:cs="Times New Roman"/>
                <w:lang w:val="sv-SE"/>
              </w:rPr>
              <w:t xml:space="preserve"> </w:t>
            </w:r>
            <w:proofErr w:type="spellStart"/>
            <w:r w:rsidRPr="00580745">
              <w:rPr>
                <w:rFonts w:ascii="Times New Roman" w:eastAsia="Calibri" w:hAnsi="Times New Roman" w:cs="Times New Roman"/>
                <w:lang w:val="sv-SE"/>
              </w:rPr>
              <w:t>Meningkat</w:t>
            </w:r>
            <w:proofErr w:type="spellEnd"/>
          </w:p>
          <w:p w14:paraId="76290198" w14:textId="77777777" w:rsidR="006648BB" w:rsidRPr="00580745" w:rsidRDefault="006648BB" w:rsidP="005418A8">
            <w:pPr>
              <w:rPr>
                <w:rFonts w:ascii="Times New Roman" w:eastAsia="Calibri" w:hAnsi="Times New Roman" w:cs="Times New Roman"/>
                <w:lang w:val="sv-SE"/>
              </w:rPr>
            </w:pPr>
            <w:proofErr w:type="gramStart"/>
            <w:r w:rsidRPr="00580745">
              <w:rPr>
                <w:rFonts w:ascii="Times New Roman" w:eastAsia="Calibri" w:hAnsi="Times New Roman" w:cs="Times New Roman"/>
                <w:lang w:val="sv-SE"/>
              </w:rPr>
              <w:t>2 :</w:t>
            </w:r>
            <w:proofErr w:type="gramEnd"/>
            <w:r w:rsidRPr="00580745">
              <w:rPr>
                <w:rFonts w:ascii="Times New Roman" w:eastAsia="Calibri" w:hAnsi="Times New Roman" w:cs="Times New Roman"/>
                <w:lang w:val="sv-SE"/>
              </w:rPr>
              <w:t xml:space="preserve"> </w:t>
            </w:r>
            <w:proofErr w:type="spellStart"/>
            <w:r w:rsidRPr="00580745">
              <w:rPr>
                <w:rFonts w:ascii="Times New Roman" w:eastAsia="Calibri" w:hAnsi="Times New Roman" w:cs="Times New Roman"/>
                <w:lang w:val="sv-SE"/>
              </w:rPr>
              <w:t>Cukup</w:t>
            </w:r>
            <w:proofErr w:type="spellEnd"/>
            <w:r w:rsidRPr="00580745">
              <w:rPr>
                <w:rFonts w:ascii="Times New Roman" w:eastAsia="Calibri" w:hAnsi="Times New Roman" w:cs="Times New Roman"/>
                <w:lang w:val="sv-SE"/>
              </w:rPr>
              <w:t xml:space="preserve"> </w:t>
            </w:r>
            <w:proofErr w:type="spellStart"/>
            <w:r w:rsidRPr="00580745">
              <w:rPr>
                <w:rFonts w:ascii="Times New Roman" w:eastAsia="Calibri" w:hAnsi="Times New Roman" w:cs="Times New Roman"/>
                <w:lang w:val="sv-SE"/>
              </w:rPr>
              <w:t>Meningkat</w:t>
            </w:r>
            <w:proofErr w:type="spellEnd"/>
          </w:p>
          <w:p w14:paraId="1E2F15AA"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 xml:space="preserve">3: </w:t>
            </w:r>
            <w:proofErr w:type="spellStart"/>
            <w:r w:rsidRPr="00580745">
              <w:rPr>
                <w:rFonts w:ascii="Times New Roman" w:eastAsia="Calibri" w:hAnsi="Times New Roman" w:cs="Times New Roman"/>
                <w:lang w:val="sv-SE"/>
              </w:rPr>
              <w:t>Sedang</w:t>
            </w:r>
            <w:proofErr w:type="spellEnd"/>
          </w:p>
          <w:p w14:paraId="0F5ECE89" w14:textId="77777777" w:rsidR="006648BB" w:rsidRPr="00580745" w:rsidRDefault="006648BB" w:rsidP="005418A8">
            <w:pPr>
              <w:rPr>
                <w:rFonts w:ascii="Times New Roman" w:eastAsia="Calibri" w:hAnsi="Times New Roman" w:cs="Times New Roman"/>
              </w:rPr>
            </w:pPr>
            <w:proofErr w:type="gramStart"/>
            <w:r w:rsidRPr="00580745">
              <w:rPr>
                <w:rFonts w:ascii="Times New Roman" w:eastAsia="Calibri" w:hAnsi="Times New Roman" w:cs="Times New Roman"/>
              </w:rPr>
              <w:t>4 :</w:t>
            </w:r>
            <w:proofErr w:type="gram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Cukup</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Menurun</w:t>
            </w:r>
            <w:proofErr w:type="spellEnd"/>
            <w:r w:rsidRPr="00580745">
              <w:rPr>
                <w:rFonts w:ascii="Times New Roman" w:eastAsia="Calibri" w:hAnsi="Times New Roman" w:cs="Times New Roman"/>
              </w:rPr>
              <w:t xml:space="preserve"> </w:t>
            </w:r>
          </w:p>
          <w:p w14:paraId="432624F4"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 xml:space="preserve">5: </w:t>
            </w:r>
            <w:proofErr w:type="spellStart"/>
            <w:r w:rsidRPr="00580745">
              <w:rPr>
                <w:rFonts w:ascii="Times New Roman" w:eastAsia="Calibri" w:hAnsi="Times New Roman" w:cs="Times New Roman"/>
              </w:rPr>
              <w:t>Menurun</w:t>
            </w:r>
            <w:proofErr w:type="spellEnd"/>
          </w:p>
        </w:tc>
      </w:tr>
      <w:tr w:rsidR="006648BB" w:rsidRPr="00580745" w14:paraId="10D7C883" w14:textId="77777777" w:rsidTr="0045305C">
        <w:trPr>
          <w:jc w:val="center"/>
        </w:trPr>
        <w:tc>
          <w:tcPr>
            <w:tcW w:w="412" w:type="dxa"/>
            <w:tcBorders>
              <w:top w:val="single" w:sz="4" w:space="0" w:color="auto"/>
              <w:left w:val="nil"/>
              <w:bottom w:val="nil"/>
              <w:right w:val="nil"/>
            </w:tcBorders>
          </w:tcPr>
          <w:p w14:paraId="0CCB639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w:t>
            </w:r>
          </w:p>
        </w:tc>
        <w:tc>
          <w:tcPr>
            <w:tcW w:w="990" w:type="dxa"/>
            <w:tcBorders>
              <w:top w:val="single" w:sz="4" w:space="0" w:color="auto"/>
              <w:left w:val="nil"/>
              <w:bottom w:val="nil"/>
              <w:right w:val="nil"/>
            </w:tcBorders>
            <w:vAlign w:val="center"/>
          </w:tcPr>
          <w:p w14:paraId="71B82F28" w14:textId="77777777" w:rsidR="006648BB" w:rsidRPr="00580745" w:rsidRDefault="006648BB" w:rsidP="005418A8">
            <w:pPr>
              <w:rPr>
                <w:rFonts w:ascii="Times New Roman" w:eastAsia="Calibri" w:hAnsi="Times New Roman" w:cs="Times New Roman"/>
              </w:rPr>
            </w:pPr>
            <w:proofErr w:type="spellStart"/>
            <w:r w:rsidRPr="00580745">
              <w:rPr>
                <w:rFonts w:ascii="Times New Roman" w:eastAsia="Calibri" w:hAnsi="Times New Roman" w:cs="Times New Roman"/>
              </w:rPr>
              <w:t>Tekanan</w:t>
            </w:r>
            <w:proofErr w:type="spellEnd"/>
            <w:r w:rsidRPr="00580745">
              <w:rPr>
                <w:rFonts w:ascii="Times New Roman" w:eastAsia="Calibri" w:hAnsi="Times New Roman" w:cs="Times New Roman"/>
              </w:rPr>
              <w:t xml:space="preserve"> Darah</w:t>
            </w:r>
          </w:p>
        </w:tc>
        <w:tc>
          <w:tcPr>
            <w:tcW w:w="538" w:type="dxa"/>
            <w:tcBorders>
              <w:top w:val="single" w:sz="4" w:space="0" w:color="auto"/>
              <w:left w:val="nil"/>
              <w:bottom w:val="nil"/>
              <w:right w:val="nil"/>
            </w:tcBorders>
          </w:tcPr>
          <w:p w14:paraId="41F5FE2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110/74</w:t>
            </w:r>
          </w:p>
        </w:tc>
        <w:tc>
          <w:tcPr>
            <w:tcW w:w="567" w:type="dxa"/>
            <w:tcBorders>
              <w:top w:val="single" w:sz="4" w:space="0" w:color="auto"/>
              <w:left w:val="nil"/>
              <w:bottom w:val="nil"/>
              <w:right w:val="nil"/>
            </w:tcBorders>
          </w:tcPr>
          <w:p w14:paraId="1524ECE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136 /81</w:t>
            </w:r>
          </w:p>
        </w:tc>
        <w:tc>
          <w:tcPr>
            <w:tcW w:w="567" w:type="dxa"/>
            <w:tcBorders>
              <w:top w:val="single" w:sz="4" w:space="0" w:color="auto"/>
              <w:left w:val="nil"/>
              <w:bottom w:val="nil"/>
              <w:right w:val="nil"/>
            </w:tcBorders>
          </w:tcPr>
          <w:p w14:paraId="44A00FC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123/78</w:t>
            </w:r>
          </w:p>
        </w:tc>
        <w:tc>
          <w:tcPr>
            <w:tcW w:w="567" w:type="dxa"/>
            <w:tcBorders>
              <w:top w:val="single" w:sz="4" w:space="0" w:color="auto"/>
              <w:left w:val="nil"/>
              <w:bottom w:val="nil"/>
              <w:right w:val="nil"/>
            </w:tcBorders>
          </w:tcPr>
          <w:p w14:paraId="4B89832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125/76</w:t>
            </w:r>
          </w:p>
        </w:tc>
        <w:tc>
          <w:tcPr>
            <w:tcW w:w="567" w:type="dxa"/>
            <w:tcBorders>
              <w:top w:val="single" w:sz="4" w:space="0" w:color="auto"/>
              <w:left w:val="nil"/>
              <w:bottom w:val="nil"/>
              <w:right w:val="nil"/>
            </w:tcBorders>
          </w:tcPr>
          <w:p w14:paraId="75787A4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118/87</w:t>
            </w:r>
          </w:p>
        </w:tc>
        <w:tc>
          <w:tcPr>
            <w:tcW w:w="567" w:type="dxa"/>
            <w:tcBorders>
              <w:top w:val="single" w:sz="4" w:space="0" w:color="auto"/>
              <w:left w:val="nil"/>
              <w:bottom w:val="nil"/>
              <w:right w:val="nil"/>
            </w:tcBorders>
          </w:tcPr>
          <w:p w14:paraId="29F7E83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132/78</w:t>
            </w:r>
          </w:p>
        </w:tc>
        <w:tc>
          <w:tcPr>
            <w:tcW w:w="567" w:type="dxa"/>
            <w:tcBorders>
              <w:top w:val="single" w:sz="4" w:space="0" w:color="auto"/>
              <w:left w:val="nil"/>
              <w:bottom w:val="nil"/>
              <w:right w:val="nil"/>
            </w:tcBorders>
          </w:tcPr>
          <w:p w14:paraId="2694212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120/78</w:t>
            </w:r>
          </w:p>
        </w:tc>
        <w:tc>
          <w:tcPr>
            <w:tcW w:w="567" w:type="dxa"/>
            <w:tcBorders>
              <w:top w:val="single" w:sz="4" w:space="0" w:color="auto"/>
              <w:left w:val="nil"/>
              <w:bottom w:val="nil"/>
              <w:right w:val="nil"/>
            </w:tcBorders>
          </w:tcPr>
          <w:p w14:paraId="1BC9B91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125/80</w:t>
            </w:r>
          </w:p>
        </w:tc>
        <w:tc>
          <w:tcPr>
            <w:tcW w:w="567" w:type="dxa"/>
            <w:tcBorders>
              <w:top w:val="single" w:sz="4" w:space="0" w:color="auto"/>
              <w:left w:val="nil"/>
              <w:bottom w:val="nil"/>
              <w:right w:val="nil"/>
            </w:tcBorders>
          </w:tcPr>
          <w:p w14:paraId="24CE062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118/80</w:t>
            </w:r>
          </w:p>
        </w:tc>
        <w:tc>
          <w:tcPr>
            <w:tcW w:w="567" w:type="dxa"/>
            <w:tcBorders>
              <w:top w:val="single" w:sz="4" w:space="0" w:color="auto"/>
              <w:left w:val="nil"/>
              <w:bottom w:val="nil"/>
              <w:right w:val="nil"/>
            </w:tcBorders>
          </w:tcPr>
          <w:p w14:paraId="0ECF413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120/80</w:t>
            </w:r>
          </w:p>
        </w:tc>
        <w:tc>
          <w:tcPr>
            <w:tcW w:w="567" w:type="dxa"/>
            <w:tcBorders>
              <w:top w:val="single" w:sz="4" w:space="0" w:color="auto"/>
              <w:left w:val="nil"/>
              <w:bottom w:val="nil"/>
              <w:right w:val="nil"/>
            </w:tcBorders>
          </w:tcPr>
          <w:p w14:paraId="4004B6A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122/78</w:t>
            </w:r>
          </w:p>
        </w:tc>
        <w:tc>
          <w:tcPr>
            <w:tcW w:w="567" w:type="dxa"/>
            <w:tcBorders>
              <w:top w:val="single" w:sz="4" w:space="0" w:color="auto"/>
              <w:left w:val="nil"/>
              <w:bottom w:val="nil"/>
              <w:right w:val="nil"/>
            </w:tcBorders>
          </w:tcPr>
          <w:p w14:paraId="0FE064A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121/80</w:t>
            </w:r>
          </w:p>
        </w:tc>
        <w:tc>
          <w:tcPr>
            <w:tcW w:w="567" w:type="dxa"/>
            <w:tcBorders>
              <w:top w:val="single" w:sz="4" w:space="0" w:color="auto"/>
              <w:left w:val="nil"/>
              <w:bottom w:val="nil"/>
              <w:right w:val="nil"/>
            </w:tcBorders>
          </w:tcPr>
          <w:p w14:paraId="2E8182A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120/78</w:t>
            </w:r>
          </w:p>
        </w:tc>
        <w:tc>
          <w:tcPr>
            <w:tcW w:w="567" w:type="dxa"/>
            <w:tcBorders>
              <w:top w:val="single" w:sz="4" w:space="0" w:color="auto"/>
              <w:left w:val="nil"/>
              <w:bottom w:val="nil"/>
              <w:right w:val="nil"/>
            </w:tcBorders>
          </w:tcPr>
          <w:p w14:paraId="397D23E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122/80</w:t>
            </w:r>
          </w:p>
        </w:tc>
      </w:tr>
      <w:tr w:rsidR="006648BB" w:rsidRPr="00580745" w14:paraId="5F71DCCB" w14:textId="77777777" w:rsidTr="0045305C">
        <w:trPr>
          <w:jc w:val="center"/>
        </w:trPr>
        <w:tc>
          <w:tcPr>
            <w:tcW w:w="412" w:type="dxa"/>
            <w:tcBorders>
              <w:top w:val="nil"/>
              <w:left w:val="nil"/>
              <w:bottom w:val="single" w:sz="4" w:space="0" w:color="auto"/>
              <w:right w:val="nil"/>
            </w:tcBorders>
          </w:tcPr>
          <w:p w14:paraId="413410C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90" w:type="dxa"/>
            <w:tcBorders>
              <w:top w:val="nil"/>
              <w:left w:val="nil"/>
              <w:bottom w:val="single" w:sz="4" w:space="0" w:color="auto"/>
              <w:right w:val="nil"/>
            </w:tcBorders>
            <w:vAlign w:val="center"/>
          </w:tcPr>
          <w:p w14:paraId="057444D7" w14:textId="77777777" w:rsidR="006648BB" w:rsidRPr="00580745" w:rsidRDefault="006648BB" w:rsidP="005418A8">
            <w:pPr>
              <w:rPr>
                <w:rFonts w:ascii="Times New Roman" w:eastAsia="Calibri" w:hAnsi="Times New Roman" w:cs="Times New Roman"/>
              </w:rPr>
            </w:pPr>
            <w:proofErr w:type="spellStart"/>
            <w:r w:rsidRPr="00580745">
              <w:rPr>
                <w:rFonts w:ascii="Times New Roman" w:eastAsia="Calibri" w:hAnsi="Times New Roman" w:cs="Times New Roman"/>
              </w:rPr>
              <w:t>Nadi</w:t>
            </w:r>
            <w:proofErr w:type="spellEnd"/>
          </w:p>
        </w:tc>
        <w:tc>
          <w:tcPr>
            <w:tcW w:w="538" w:type="dxa"/>
            <w:tcBorders>
              <w:top w:val="nil"/>
              <w:left w:val="nil"/>
              <w:bottom w:val="single" w:sz="4" w:space="0" w:color="auto"/>
              <w:right w:val="nil"/>
            </w:tcBorders>
          </w:tcPr>
          <w:p w14:paraId="5881957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90</w:t>
            </w:r>
          </w:p>
        </w:tc>
        <w:tc>
          <w:tcPr>
            <w:tcW w:w="567" w:type="dxa"/>
            <w:tcBorders>
              <w:top w:val="nil"/>
              <w:left w:val="nil"/>
              <w:bottom w:val="single" w:sz="4" w:space="0" w:color="auto"/>
              <w:right w:val="nil"/>
            </w:tcBorders>
          </w:tcPr>
          <w:p w14:paraId="7E4FDA4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80</w:t>
            </w:r>
          </w:p>
        </w:tc>
        <w:tc>
          <w:tcPr>
            <w:tcW w:w="567" w:type="dxa"/>
            <w:tcBorders>
              <w:top w:val="nil"/>
              <w:left w:val="nil"/>
              <w:bottom w:val="single" w:sz="4" w:space="0" w:color="auto"/>
              <w:right w:val="nil"/>
            </w:tcBorders>
          </w:tcPr>
          <w:p w14:paraId="5875029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78</w:t>
            </w:r>
          </w:p>
        </w:tc>
        <w:tc>
          <w:tcPr>
            <w:tcW w:w="567" w:type="dxa"/>
            <w:tcBorders>
              <w:top w:val="nil"/>
              <w:left w:val="nil"/>
              <w:bottom w:val="single" w:sz="4" w:space="0" w:color="auto"/>
              <w:right w:val="nil"/>
            </w:tcBorders>
          </w:tcPr>
          <w:p w14:paraId="1BF2764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81</w:t>
            </w:r>
          </w:p>
        </w:tc>
        <w:tc>
          <w:tcPr>
            <w:tcW w:w="567" w:type="dxa"/>
            <w:tcBorders>
              <w:top w:val="nil"/>
              <w:left w:val="nil"/>
              <w:bottom w:val="single" w:sz="4" w:space="0" w:color="auto"/>
              <w:right w:val="nil"/>
            </w:tcBorders>
          </w:tcPr>
          <w:p w14:paraId="3FB0B74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87</w:t>
            </w:r>
          </w:p>
        </w:tc>
        <w:tc>
          <w:tcPr>
            <w:tcW w:w="567" w:type="dxa"/>
            <w:tcBorders>
              <w:top w:val="nil"/>
              <w:left w:val="nil"/>
              <w:bottom w:val="single" w:sz="4" w:space="0" w:color="auto"/>
              <w:right w:val="nil"/>
            </w:tcBorders>
          </w:tcPr>
          <w:p w14:paraId="7973A95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86</w:t>
            </w:r>
          </w:p>
        </w:tc>
        <w:tc>
          <w:tcPr>
            <w:tcW w:w="567" w:type="dxa"/>
            <w:tcBorders>
              <w:top w:val="nil"/>
              <w:left w:val="nil"/>
              <w:bottom w:val="single" w:sz="4" w:space="0" w:color="auto"/>
              <w:right w:val="nil"/>
            </w:tcBorders>
          </w:tcPr>
          <w:p w14:paraId="6534F95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82</w:t>
            </w:r>
          </w:p>
        </w:tc>
        <w:tc>
          <w:tcPr>
            <w:tcW w:w="567" w:type="dxa"/>
            <w:tcBorders>
              <w:top w:val="nil"/>
              <w:left w:val="nil"/>
              <w:bottom w:val="single" w:sz="4" w:space="0" w:color="auto"/>
              <w:right w:val="nil"/>
            </w:tcBorders>
          </w:tcPr>
          <w:p w14:paraId="3C4EBDC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90</w:t>
            </w:r>
          </w:p>
        </w:tc>
        <w:tc>
          <w:tcPr>
            <w:tcW w:w="567" w:type="dxa"/>
            <w:tcBorders>
              <w:top w:val="nil"/>
              <w:left w:val="nil"/>
              <w:bottom w:val="single" w:sz="4" w:space="0" w:color="auto"/>
              <w:right w:val="nil"/>
            </w:tcBorders>
          </w:tcPr>
          <w:p w14:paraId="33D2303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80</w:t>
            </w:r>
          </w:p>
        </w:tc>
        <w:tc>
          <w:tcPr>
            <w:tcW w:w="567" w:type="dxa"/>
            <w:tcBorders>
              <w:top w:val="nil"/>
              <w:left w:val="nil"/>
              <w:bottom w:val="single" w:sz="4" w:space="0" w:color="auto"/>
              <w:right w:val="nil"/>
            </w:tcBorders>
          </w:tcPr>
          <w:p w14:paraId="2191648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82</w:t>
            </w:r>
          </w:p>
        </w:tc>
        <w:tc>
          <w:tcPr>
            <w:tcW w:w="567" w:type="dxa"/>
            <w:tcBorders>
              <w:top w:val="nil"/>
              <w:left w:val="nil"/>
              <w:bottom w:val="single" w:sz="4" w:space="0" w:color="auto"/>
              <w:right w:val="nil"/>
            </w:tcBorders>
          </w:tcPr>
          <w:p w14:paraId="61CB97F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80</w:t>
            </w:r>
          </w:p>
        </w:tc>
        <w:tc>
          <w:tcPr>
            <w:tcW w:w="567" w:type="dxa"/>
            <w:tcBorders>
              <w:top w:val="nil"/>
              <w:left w:val="nil"/>
              <w:bottom w:val="single" w:sz="4" w:space="0" w:color="auto"/>
              <w:right w:val="nil"/>
            </w:tcBorders>
          </w:tcPr>
          <w:p w14:paraId="5A91CCA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78</w:t>
            </w:r>
          </w:p>
        </w:tc>
        <w:tc>
          <w:tcPr>
            <w:tcW w:w="567" w:type="dxa"/>
            <w:tcBorders>
              <w:top w:val="nil"/>
              <w:left w:val="nil"/>
              <w:bottom w:val="single" w:sz="4" w:space="0" w:color="auto"/>
              <w:right w:val="nil"/>
            </w:tcBorders>
          </w:tcPr>
          <w:p w14:paraId="2664E80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79</w:t>
            </w:r>
          </w:p>
        </w:tc>
        <w:tc>
          <w:tcPr>
            <w:tcW w:w="567" w:type="dxa"/>
            <w:tcBorders>
              <w:top w:val="nil"/>
              <w:left w:val="nil"/>
              <w:bottom w:val="single" w:sz="4" w:space="0" w:color="auto"/>
              <w:right w:val="nil"/>
            </w:tcBorders>
          </w:tcPr>
          <w:p w14:paraId="08271C3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81</w:t>
            </w:r>
          </w:p>
        </w:tc>
      </w:tr>
    </w:tbl>
    <w:p w14:paraId="2E3032C9" w14:textId="77777777" w:rsidR="006648BB" w:rsidRDefault="006648BB" w:rsidP="006648BB">
      <w:pPr>
        <w:spacing w:after="0" w:line="480" w:lineRule="auto"/>
        <w:rPr>
          <w:rFonts w:ascii="Times New Roman" w:hAnsi="Times New Roman" w:cs="Times New Roman"/>
          <w:sz w:val="24"/>
          <w:szCs w:val="24"/>
        </w:rPr>
      </w:pPr>
    </w:p>
    <w:tbl>
      <w:tblPr>
        <w:tblStyle w:val="TableGrid2"/>
        <w:tblW w:w="9322" w:type="dxa"/>
        <w:jc w:val="center"/>
        <w:tblLayout w:type="fixed"/>
        <w:tblLook w:val="04A0" w:firstRow="1" w:lastRow="0" w:firstColumn="1" w:lastColumn="0" w:noHBand="0" w:noVBand="1"/>
      </w:tblPr>
      <w:tblGrid>
        <w:gridCol w:w="412"/>
        <w:gridCol w:w="990"/>
        <w:gridCol w:w="661"/>
        <w:gridCol w:w="444"/>
        <w:gridCol w:w="567"/>
        <w:gridCol w:w="567"/>
        <w:gridCol w:w="567"/>
        <w:gridCol w:w="567"/>
        <w:gridCol w:w="567"/>
        <w:gridCol w:w="567"/>
        <w:gridCol w:w="567"/>
        <w:gridCol w:w="567"/>
        <w:gridCol w:w="567"/>
        <w:gridCol w:w="567"/>
        <w:gridCol w:w="567"/>
        <w:gridCol w:w="578"/>
      </w:tblGrid>
      <w:tr w:rsidR="006648BB" w:rsidRPr="00580745" w14:paraId="316D9A10" w14:textId="77777777" w:rsidTr="00467316">
        <w:trPr>
          <w:trHeight w:val="251"/>
          <w:jc w:val="center"/>
        </w:trPr>
        <w:tc>
          <w:tcPr>
            <w:tcW w:w="412" w:type="dxa"/>
            <w:vMerge w:val="restart"/>
            <w:tcBorders>
              <w:top w:val="single" w:sz="4" w:space="0" w:color="auto"/>
              <w:left w:val="nil"/>
              <w:bottom w:val="single" w:sz="4" w:space="0" w:color="auto"/>
              <w:right w:val="nil"/>
            </w:tcBorders>
            <w:hideMark/>
          </w:tcPr>
          <w:p w14:paraId="0A191719" w14:textId="77777777" w:rsidR="006648BB" w:rsidRPr="00580745" w:rsidRDefault="006648BB" w:rsidP="005418A8">
            <w:pPr>
              <w:jc w:val="center"/>
              <w:rPr>
                <w:rFonts w:ascii="Times New Roman" w:eastAsia="Calibri" w:hAnsi="Times New Roman" w:cs="Times New Roman"/>
                <w:lang w:val="id-ID"/>
              </w:rPr>
            </w:pPr>
            <w:proofErr w:type="spellStart"/>
            <w:r w:rsidRPr="00580745">
              <w:rPr>
                <w:rFonts w:ascii="Times New Roman" w:eastAsia="Calibri" w:hAnsi="Times New Roman" w:cs="Times New Roman"/>
                <w:lang w:val="id-ID"/>
              </w:rPr>
              <w:t>No</w:t>
            </w:r>
            <w:proofErr w:type="spellEnd"/>
          </w:p>
        </w:tc>
        <w:tc>
          <w:tcPr>
            <w:tcW w:w="990" w:type="dxa"/>
            <w:vMerge w:val="restart"/>
            <w:tcBorders>
              <w:top w:val="single" w:sz="4" w:space="0" w:color="auto"/>
              <w:left w:val="nil"/>
              <w:bottom w:val="single" w:sz="4" w:space="0" w:color="auto"/>
              <w:right w:val="nil"/>
            </w:tcBorders>
            <w:hideMark/>
          </w:tcPr>
          <w:p w14:paraId="7F97D7E5"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Indikator</w:t>
            </w:r>
          </w:p>
        </w:tc>
        <w:tc>
          <w:tcPr>
            <w:tcW w:w="7920" w:type="dxa"/>
            <w:gridSpan w:val="14"/>
            <w:tcBorders>
              <w:top w:val="single" w:sz="4" w:space="0" w:color="auto"/>
              <w:left w:val="nil"/>
              <w:bottom w:val="single" w:sz="4" w:space="0" w:color="auto"/>
              <w:right w:val="nil"/>
            </w:tcBorders>
            <w:hideMark/>
          </w:tcPr>
          <w:p w14:paraId="7F4266C5" w14:textId="77777777" w:rsidR="006648BB" w:rsidRPr="00580745" w:rsidRDefault="006648BB" w:rsidP="005418A8">
            <w:pPr>
              <w:jc w:val="center"/>
              <w:rPr>
                <w:rFonts w:ascii="Times New Roman" w:eastAsia="Calibri" w:hAnsi="Times New Roman" w:cs="Times New Roman"/>
                <w:lang w:val="sv-SE"/>
              </w:rPr>
            </w:pPr>
            <w:proofErr w:type="spellStart"/>
            <w:proofErr w:type="gramStart"/>
            <w:r w:rsidRPr="00580745">
              <w:rPr>
                <w:rFonts w:ascii="Times New Roman" w:eastAsia="Calibri" w:hAnsi="Times New Roman" w:cs="Times New Roman"/>
                <w:lang w:val="sv-SE"/>
              </w:rPr>
              <w:t>Nama</w:t>
            </w:r>
            <w:proofErr w:type="spellEnd"/>
            <w:r w:rsidRPr="00580745">
              <w:rPr>
                <w:rFonts w:ascii="Times New Roman" w:eastAsia="Calibri" w:hAnsi="Times New Roman" w:cs="Times New Roman"/>
                <w:lang w:val="sv-SE"/>
              </w:rPr>
              <w:t xml:space="preserve"> :</w:t>
            </w:r>
            <w:proofErr w:type="gramEnd"/>
            <w:r w:rsidRPr="00580745">
              <w:rPr>
                <w:rFonts w:ascii="Times New Roman" w:eastAsia="Calibri" w:hAnsi="Times New Roman" w:cs="Times New Roman"/>
                <w:lang w:val="sv-SE"/>
              </w:rPr>
              <w:t xml:space="preserve"> </w:t>
            </w:r>
            <w:proofErr w:type="spellStart"/>
            <w:r w:rsidRPr="00580745">
              <w:rPr>
                <w:rFonts w:ascii="Times New Roman" w:eastAsia="Calibri" w:hAnsi="Times New Roman" w:cs="Times New Roman"/>
                <w:lang w:val="sv-SE"/>
              </w:rPr>
              <w:t>Nn.F</w:t>
            </w:r>
            <w:proofErr w:type="spellEnd"/>
            <w:r w:rsidRPr="00580745">
              <w:rPr>
                <w:rFonts w:ascii="Times New Roman" w:eastAsia="Calibri" w:hAnsi="Times New Roman" w:cs="Times New Roman"/>
                <w:lang w:val="sv-SE"/>
              </w:rPr>
              <w:t xml:space="preserve">              </w:t>
            </w:r>
            <w:proofErr w:type="spellStart"/>
            <w:r w:rsidRPr="00580745">
              <w:rPr>
                <w:rFonts w:ascii="Times New Roman" w:eastAsia="Calibri" w:hAnsi="Times New Roman" w:cs="Times New Roman"/>
                <w:lang w:val="sv-SE"/>
              </w:rPr>
              <w:t>waktu</w:t>
            </w:r>
            <w:proofErr w:type="spellEnd"/>
            <w:r w:rsidRPr="00580745">
              <w:rPr>
                <w:rFonts w:ascii="Times New Roman" w:eastAsia="Calibri" w:hAnsi="Times New Roman" w:cs="Times New Roman"/>
                <w:lang w:val="sv-SE"/>
              </w:rPr>
              <w:t xml:space="preserve"> ; </w:t>
            </w:r>
            <w:proofErr w:type="spellStart"/>
            <w:r w:rsidRPr="00580745">
              <w:rPr>
                <w:rFonts w:ascii="Times New Roman" w:eastAsia="Calibri" w:hAnsi="Times New Roman" w:cs="Times New Roman"/>
                <w:lang w:val="sv-SE"/>
              </w:rPr>
              <w:t>pagi</w:t>
            </w:r>
            <w:proofErr w:type="spellEnd"/>
          </w:p>
        </w:tc>
      </w:tr>
      <w:tr w:rsidR="006648BB" w:rsidRPr="00580745" w14:paraId="0534DF22" w14:textId="77777777" w:rsidTr="00467316">
        <w:trPr>
          <w:jc w:val="center"/>
        </w:trPr>
        <w:tc>
          <w:tcPr>
            <w:tcW w:w="412" w:type="dxa"/>
            <w:vMerge/>
            <w:tcBorders>
              <w:top w:val="single" w:sz="4" w:space="0" w:color="auto"/>
              <w:left w:val="nil"/>
              <w:bottom w:val="single" w:sz="4" w:space="0" w:color="auto"/>
              <w:right w:val="nil"/>
            </w:tcBorders>
            <w:vAlign w:val="center"/>
            <w:hideMark/>
          </w:tcPr>
          <w:p w14:paraId="54BC3373" w14:textId="77777777" w:rsidR="006648BB" w:rsidRPr="00580745" w:rsidRDefault="006648BB" w:rsidP="005418A8">
            <w:pPr>
              <w:rPr>
                <w:rFonts w:ascii="Times New Roman" w:eastAsia="Calibri" w:hAnsi="Times New Roman" w:cs="Times New Roman"/>
                <w:kern w:val="2"/>
                <w:lang w:val="id-ID"/>
                <w14:ligatures w14:val="standardContextual"/>
              </w:rPr>
            </w:pPr>
          </w:p>
        </w:tc>
        <w:tc>
          <w:tcPr>
            <w:tcW w:w="990" w:type="dxa"/>
            <w:vMerge/>
            <w:tcBorders>
              <w:top w:val="single" w:sz="4" w:space="0" w:color="auto"/>
              <w:left w:val="nil"/>
              <w:bottom w:val="single" w:sz="4" w:space="0" w:color="auto"/>
              <w:right w:val="nil"/>
            </w:tcBorders>
            <w:vAlign w:val="center"/>
            <w:hideMark/>
          </w:tcPr>
          <w:p w14:paraId="530EA23C" w14:textId="77777777" w:rsidR="006648BB" w:rsidRPr="00580745" w:rsidRDefault="006648BB" w:rsidP="005418A8">
            <w:pPr>
              <w:rPr>
                <w:rFonts w:ascii="Times New Roman" w:eastAsia="Calibri" w:hAnsi="Times New Roman" w:cs="Times New Roman"/>
                <w:kern w:val="2"/>
                <w:lang w:val="id-ID"/>
                <w14:ligatures w14:val="standardContextual"/>
              </w:rPr>
            </w:pPr>
          </w:p>
        </w:tc>
        <w:tc>
          <w:tcPr>
            <w:tcW w:w="661" w:type="dxa"/>
            <w:tcBorders>
              <w:top w:val="single" w:sz="4" w:space="0" w:color="auto"/>
              <w:left w:val="nil"/>
              <w:bottom w:val="single" w:sz="4" w:space="0" w:color="auto"/>
              <w:right w:val="nil"/>
            </w:tcBorders>
            <w:hideMark/>
          </w:tcPr>
          <w:p w14:paraId="7372C15E"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H1</w:t>
            </w:r>
          </w:p>
        </w:tc>
        <w:tc>
          <w:tcPr>
            <w:tcW w:w="444" w:type="dxa"/>
            <w:tcBorders>
              <w:top w:val="single" w:sz="4" w:space="0" w:color="auto"/>
              <w:left w:val="nil"/>
              <w:bottom w:val="single" w:sz="4" w:space="0" w:color="auto"/>
              <w:right w:val="nil"/>
            </w:tcBorders>
            <w:hideMark/>
          </w:tcPr>
          <w:p w14:paraId="147130BB"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H2</w:t>
            </w:r>
          </w:p>
        </w:tc>
        <w:tc>
          <w:tcPr>
            <w:tcW w:w="567" w:type="dxa"/>
            <w:tcBorders>
              <w:top w:val="single" w:sz="4" w:space="0" w:color="auto"/>
              <w:left w:val="nil"/>
              <w:bottom w:val="single" w:sz="4" w:space="0" w:color="auto"/>
              <w:right w:val="nil"/>
            </w:tcBorders>
            <w:hideMark/>
          </w:tcPr>
          <w:p w14:paraId="556739E4"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H3</w:t>
            </w:r>
          </w:p>
        </w:tc>
        <w:tc>
          <w:tcPr>
            <w:tcW w:w="567" w:type="dxa"/>
            <w:tcBorders>
              <w:top w:val="single" w:sz="4" w:space="0" w:color="auto"/>
              <w:left w:val="nil"/>
              <w:bottom w:val="single" w:sz="4" w:space="0" w:color="auto"/>
              <w:right w:val="nil"/>
            </w:tcBorders>
            <w:hideMark/>
          </w:tcPr>
          <w:p w14:paraId="7424D65D"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H4</w:t>
            </w:r>
          </w:p>
        </w:tc>
        <w:tc>
          <w:tcPr>
            <w:tcW w:w="567" w:type="dxa"/>
            <w:tcBorders>
              <w:top w:val="single" w:sz="4" w:space="0" w:color="auto"/>
              <w:left w:val="nil"/>
              <w:bottom w:val="single" w:sz="4" w:space="0" w:color="auto"/>
              <w:right w:val="nil"/>
            </w:tcBorders>
            <w:hideMark/>
          </w:tcPr>
          <w:p w14:paraId="4440954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5</w:t>
            </w:r>
          </w:p>
        </w:tc>
        <w:tc>
          <w:tcPr>
            <w:tcW w:w="567" w:type="dxa"/>
            <w:tcBorders>
              <w:top w:val="single" w:sz="4" w:space="0" w:color="auto"/>
              <w:left w:val="nil"/>
              <w:bottom w:val="single" w:sz="4" w:space="0" w:color="auto"/>
              <w:right w:val="nil"/>
            </w:tcBorders>
            <w:hideMark/>
          </w:tcPr>
          <w:p w14:paraId="7CAAFF5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6</w:t>
            </w:r>
          </w:p>
        </w:tc>
        <w:tc>
          <w:tcPr>
            <w:tcW w:w="567" w:type="dxa"/>
            <w:tcBorders>
              <w:top w:val="single" w:sz="4" w:space="0" w:color="auto"/>
              <w:left w:val="nil"/>
              <w:bottom w:val="single" w:sz="4" w:space="0" w:color="auto"/>
              <w:right w:val="nil"/>
            </w:tcBorders>
            <w:hideMark/>
          </w:tcPr>
          <w:p w14:paraId="4712517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7</w:t>
            </w:r>
          </w:p>
        </w:tc>
        <w:tc>
          <w:tcPr>
            <w:tcW w:w="567" w:type="dxa"/>
            <w:tcBorders>
              <w:top w:val="single" w:sz="4" w:space="0" w:color="auto"/>
              <w:left w:val="nil"/>
              <w:bottom w:val="single" w:sz="4" w:space="0" w:color="auto"/>
              <w:right w:val="nil"/>
            </w:tcBorders>
            <w:hideMark/>
          </w:tcPr>
          <w:p w14:paraId="24CC508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8</w:t>
            </w:r>
          </w:p>
        </w:tc>
        <w:tc>
          <w:tcPr>
            <w:tcW w:w="567" w:type="dxa"/>
            <w:tcBorders>
              <w:top w:val="single" w:sz="4" w:space="0" w:color="auto"/>
              <w:left w:val="nil"/>
              <w:bottom w:val="single" w:sz="4" w:space="0" w:color="auto"/>
              <w:right w:val="nil"/>
            </w:tcBorders>
          </w:tcPr>
          <w:p w14:paraId="4D39D5A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H9</w:t>
            </w:r>
          </w:p>
        </w:tc>
        <w:tc>
          <w:tcPr>
            <w:tcW w:w="567" w:type="dxa"/>
            <w:tcBorders>
              <w:top w:val="single" w:sz="4" w:space="0" w:color="auto"/>
              <w:left w:val="nil"/>
              <w:bottom w:val="single" w:sz="4" w:space="0" w:color="auto"/>
              <w:right w:val="nil"/>
            </w:tcBorders>
          </w:tcPr>
          <w:p w14:paraId="3EC76C7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H10</w:t>
            </w:r>
          </w:p>
        </w:tc>
        <w:tc>
          <w:tcPr>
            <w:tcW w:w="567" w:type="dxa"/>
            <w:tcBorders>
              <w:top w:val="single" w:sz="4" w:space="0" w:color="auto"/>
              <w:left w:val="nil"/>
              <w:bottom w:val="single" w:sz="4" w:space="0" w:color="auto"/>
              <w:right w:val="nil"/>
            </w:tcBorders>
          </w:tcPr>
          <w:p w14:paraId="039925E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H11</w:t>
            </w:r>
          </w:p>
        </w:tc>
        <w:tc>
          <w:tcPr>
            <w:tcW w:w="567" w:type="dxa"/>
            <w:tcBorders>
              <w:top w:val="single" w:sz="4" w:space="0" w:color="auto"/>
              <w:left w:val="nil"/>
              <w:bottom w:val="single" w:sz="4" w:space="0" w:color="auto"/>
              <w:right w:val="nil"/>
            </w:tcBorders>
          </w:tcPr>
          <w:p w14:paraId="254F5DB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H12</w:t>
            </w:r>
          </w:p>
        </w:tc>
        <w:tc>
          <w:tcPr>
            <w:tcW w:w="567" w:type="dxa"/>
            <w:tcBorders>
              <w:top w:val="single" w:sz="4" w:space="0" w:color="auto"/>
              <w:left w:val="nil"/>
              <w:bottom w:val="single" w:sz="4" w:space="0" w:color="auto"/>
              <w:right w:val="nil"/>
            </w:tcBorders>
          </w:tcPr>
          <w:p w14:paraId="70CA1C2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H13</w:t>
            </w:r>
          </w:p>
        </w:tc>
        <w:tc>
          <w:tcPr>
            <w:tcW w:w="578" w:type="dxa"/>
            <w:tcBorders>
              <w:top w:val="single" w:sz="4" w:space="0" w:color="auto"/>
              <w:left w:val="nil"/>
              <w:bottom w:val="single" w:sz="4" w:space="0" w:color="auto"/>
              <w:right w:val="nil"/>
            </w:tcBorders>
          </w:tcPr>
          <w:p w14:paraId="14A7D22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H14</w:t>
            </w:r>
          </w:p>
        </w:tc>
      </w:tr>
      <w:tr w:rsidR="006648BB" w:rsidRPr="00580745" w14:paraId="28BD6AE4" w14:textId="77777777" w:rsidTr="00467316">
        <w:trPr>
          <w:jc w:val="center"/>
        </w:trPr>
        <w:tc>
          <w:tcPr>
            <w:tcW w:w="412" w:type="dxa"/>
            <w:tcBorders>
              <w:top w:val="single" w:sz="4" w:space="0" w:color="auto"/>
              <w:left w:val="nil"/>
              <w:bottom w:val="nil"/>
              <w:right w:val="nil"/>
            </w:tcBorders>
            <w:hideMark/>
          </w:tcPr>
          <w:p w14:paraId="5860D61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w:t>
            </w:r>
          </w:p>
        </w:tc>
        <w:tc>
          <w:tcPr>
            <w:tcW w:w="990" w:type="dxa"/>
            <w:tcBorders>
              <w:top w:val="single" w:sz="4" w:space="0" w:color="auto"/>
              <w:left w:val="nil"/>
              <w:bottom w:val="nil"/>
              <w:right w:val="nil"/>
            </w:tcBorders>
            <w:vAlign w:val="center"/>
            <w:hideMark/>
          </w:tcPr>
          <w:p w14:paraId="16024025" w14:textId="77777777" w:rsidR="006648BB" w:rsidRPr="00580745" w:rsidRDefault="006648BB" w:rsidP="005418A8">
            <w:pPr>
              <w:rPr>
                <w:rFonts w:ascii="Times New Roman" w:eastAsia="Calibri" w:hAnsi="Times New Roman" w:cs="Times New Roman"/>
                <w:lang w:val="sv-SE"/>
              </w:rPr>
            </w:pPr>
            <w:proofErr w:type="spellStart"/>
            <w:r w:rsidRPr="00580745">
              <w:rPr>
                <w:rFonts w:ascii="Times New Roman" w:eastAsia="Calibri" w:hAnsi="Times New Roman" w:cs="Times New Roman"/>
                <w:lang w:val="sv-SE"/>
              </w:rPr>
              <w:t>Kemudahan</w:t>
            </w:r>
            <w:proofErr w:type="spellEnd"/>
            <w:r w:rsidRPr="00580745">
              <w:rPr>
                <w:rFonts w:ascii="Times New Roman" w:eastAsia="Calibri" w:hAnsi="Times New Roman" w:cs="Times New Roman"/>
                <w:lang w:val="sv-SE"/>
              </w:rPr>
              <w:t xml:space="preserve"> </w:t>
            </w:r>
            <w:proofErr w:type="spellStart"/>
            <w:r w:rsidRPr="00580745">
              <w:rPr>
                <w:rFonts w:ascii="Times New Roman" w:eastAsia="Calibri" w:hAnsi="Times New Roman" w:cs="Times New Roman"/>
                <w:lang w:val="sv-SE"/>
              </w:rPr>
              <w:t>dalam</w:t>
            </w:r>
            <w:proofErr w:type="spellEnd"/>
            <w:r w:rsidRPr="00580745">
              <w:rPr>
                <w:rFonts w:ascii="Times New Roman" w:eastAsia="Calibri" w:hAnsi="Times New Roman" w:cs="Times New Roman"/>
                <w:lang w:val="sv-SE"/>
              </w:rPr>
              <w:t xml:space="preserve"> </w:t>
            </w:r>
            <w:proofErr w:type="spellStart"/>
            <w:r w:rsidRPr="00580745">
              <w:rPr>
                <w:rFonts w:ascii="Times New Roman" w:eastAsia="Calibri" w:hAnsi="Times New Roman" w:cs="Times New Roman"/>
                <w:lang w:val="sv-SE"/>
              </w:rPr>
              <w:t>melakukan</w:t>
            </w:r>
            <w:proofErr w:type="spellEnd"/>
            <w:r w:rsidRPr="00580745">
              <w:rPr>
                <w:rFonts w:ascii="Times New Roman" w:eastAsia="Calibri" w:hAnsi="Times New Roman" w:cs="Times New Roman"/>
                <w:lang w:val="sv-SE"/>
              </w:rPr>
              <w:t xml:space="preserve"> </w:t>
            </w:r>
            <w:proofErr w:type="spellStart"/>
            <w:r w:rsidRPr="00580745">
              <w:rPr>
                <w:rFonts w:ascii="Times New Roman" w:eastAsia="Calibri" w:hAnsi="Times New Roman" w:cs="Times New Roman"/>
                <w:lang w:val="sv-SE"/>
              </w:rPr>
              <w:t>aktivitas</w:t>
            </w:r>
            <w:proofErr w:type="spellEnd"/>
            <w:r w:rsidRPr="00580745">
              <w:rPr>
                <w:rFonts w:ascii="Times New Roman" w:eastAsia="Calibri" w:hAnsi="Times New Roman" w:cs="Times New Roman"/>
                <w:lang w:val="sv-SE"/>
              </w:rPr>
              <w:t xml:space="preserve"> </w:t>
            </w:r>
            <w:proofErr w:type="spellStart"/>
            <w:r w:rsidRPr="00580745">
              <w:rPr>
                <w:rFonts w:ascii="Times New Roman" w:eastAsia="Calibri" w:hAnsi="Times New Roman" w:cs="Times New Roman"/>
                <w:lang w:val="sv-SE"/>
              </w:rPr>
              <w:t>sehari-hari</w:t>
            </w:r>
            <w:proofErr w:type="spellEnd"/>
          </w:p>
        </w:tc>
        <w:tc>
          <w:tcPr>
            <w:tcW w:w="661" w:type="dxa"/>
            <w:tcBorders>
              <w:top w:val="single" w:sz="4" w:space="0" w:color="auto"/>
              <w:left w:val="nil"/>
              <w:bottom w:val="nil"/>
              <w:right w:val="nil"/>
            </w:tcBorders>
          </w:tcPr>
          <w:p w14:paraId="6F6394B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single" w:sz="4" w:space="0" w:color="auto"/>
              <w:left w:val="nil"/>
              <w:bottom w:val="nil"/>
              <w:right w:val="nil"/>
            </w:tcBorders>
          </w:tcPr>
          <w:p w14:paraId="5A4D496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620610A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1DB9591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6A9AB3D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4BF1668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06F7A18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64FBEF3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3014D58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2A50F0B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7E2E7CC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5876E81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64B3955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78" w:type="dxa"/>
            <w:tcBorders>
              <w:top w:val="single" w:sz="4" w:space="0" w:color="auto"/>
              <w:left w:val="nil"/>
              <w:bottom w:val="nil"/>
              <w:right w:val="nil"/>
            </w:tcBorders>
          </w:tcPr>
          <w:p w14:paraId="587557F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4B7F7C30" w14:textId="77777777" w:rsidTr="00467316">
        <w:trPr>
          <w:jc w:val="center"/>
        </w:trPr>
        <w:tc>
          <w:tcPr>
            <w:tcW w:w="412" w:type="dxa"/>
            <w:tcBorders>
              <w:top w:val="nil"/>
              <w:left w:val="nil"/>
              <w:bottom w:val="nil"/>
              <w:right w:val="nil"/>
            </w:tcBorders>
            <w:hideMark/>
          </w:tcPr>
          <w:p w14:paraId="05BA687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90" w:type="dxa"/>
            <w:tcBorders>
              <w:top w:val="nil"/>
              <w:left w:val="nil"/>
              <w:bottom w:val="nil"/>
              <w:right w:val="nil"/>
            </w:tcBorders>
            <w:vAlign w:val="center"/>
            <w:hideMark/>
          </w:tcPr>
          <w:p w14:paraId="5B46B3E9" w14:textId="77777777" w:rsidR="006648BB" w:rsidRPr="00580745" w:rsidRDefault="006648BB" w:rsidP="005418A8">
            <w:pPr>
              <w:rPr>
                <w:rFonts w:ascii="Times New Roman" w:eastAsia="Calibri" w:hAnsi="Times New Roman" w:cs="Times New Roman"/>
              </w:rPr>
            </w:pPr>
            <w:proofErr w:type="spellStart"/>
            <w:r w:rsidRPr="00580745">
              <w:rPr>
                <w:rFonts w:ascii="Times New Roman" w:eastAsia="Calibri" w:hAnsi="Times New Roman" w:cs="Times New Roman"/>
              </w:rPr>
              <w:t>Kecepatan</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berjalan</w:t>
            </w:r>
            <w:proofErr w:type="spellEnd"/>
          </w:p>
        </w:tc>
        <w:tc>
          <w:tcPr>
            <w:tcW w:w="661" w:type="dxa"/>
            <w:tcBorders>
              <w:top w:val="nil"/>
              <w:left w:val="nil"/>
              <w:bottom w:val="nil"/>
              <w:right w:val="nil"/>
            </w:tcBorders>
          </w:tcPr>
          <w:p w14:paraId="4270D63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nil"/>
              <w:left w:val="nil"/>
              <w:bottom w:val="nil"/>
              <w:right w:val="nil"/>
            </w:tcBorders>
          </w:tcPr>
          <w:p w14:paraId="7DD6333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1D78039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202EE20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41A1A0B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709EC66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62EFD7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23BDBA9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0ABBA8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171E883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095C2C9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026DCA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5DEB663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78" w:type="dxa"/>
            <w:tcBorders>
              <w:top w:val="nil"/>
              <w:left w:val="nil"/>
              <w:bottom w:val="nil"/>
              <w:right w:val="nil"/>
            </w:tcBorders>
          </w:tcPr>
          <w:p w14:paraId="2ABDB96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2EFE7BCF" w14:textId="77777777" w:rsidTr="00467316">
        <w:trPr>
          <w:jc w:val="center"/>
        </w:trPr>
        <w:tc>
          <w:tcPr>
            <w:tcW w:w="412" w:type="dxa"/>
            <w:tcBorders>
              <w:top w:val="nil"/>
              <w:left w:val="nil"/>
              <w:bottom w:val="nil"/>
              <w:right w:val="nil"/>
            </w:tcBorders>
            <w:hideMark/>
          </w:tcPr>
          <w:p w14:paraId="74CC255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990" w:type="dxa"/>
            <w:tcBorders>
              <w:top w:val="nil"/>
              <w:left w:val="nil"/>
              <w:bottom w:val="nil"/>
              <w:right w:val="nil"/>
            </w:tcBorders>
            <w:vAlign w:val="center"/>
            <w:hideMark/>
          </w:tcPr>
          <w:p w14:paraId="56C23827" w14:textId="77777777" w:rsidR="006648BB" w:rsidRPr="00580745" w:rsidRDefault="006648BB" w:rsidP="005418A8">
            <w:pPr>
              <w:rPr>
                <w:rFonts w:ascii="Times New Roman" w:eastAsia="Calibri" w:hAnsi="Times New Roman" w:cs="Times New Roman"/>
              </w:rPr>
            </w:pPr>
            <w:proofErr w:type="spellStart"/>
            <w:r w:rsidRPr="00580745">
              <w:rPr>
                <w:rFonts w:ascii="Times New Roman" w:eastAsia="Calibri" w:hAnsi="Times New Roman" w:cs="Times New Roman"/>
              </w:rPr>
              <w:t>Kekuata</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tubuh</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bagian</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atas</w:t>
            </w:r>
            <w:proofErr w:type="spellEnd"/>
          </w:p>
        </w:tc>
        <w:tc>
          <w:tcPr>
            <w:tcW w:w="661" w:type="dxa"/>
            <w:tcBorders>
              <w:top w:val="nil"/>
              <w:left w:val="nil"/>
              <w:bottom w:val="nil"/>
              <w:right w:val="nil"/>
            </w:tcBorders>
          </w:tcPr>
          <w:p w14:paraId="73F1023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nil"/>
              <w:right w:val="nil"/>
            </w:tcBorders>
          </w:tcPr>
          <w:p w14:paraId="7FEECDD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075BDDF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6A5F285E"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F9C7D9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18B8CE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1A8915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2ADBBAC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A9827E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A40703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251D9B8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7BE4C16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11DC056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78" w:type="dxa"/>
            <w:tcBorders>
              <w:top w:val="nil"/>
              <w:left w:val="nil"/>
              <w:bottom w:val="nil"/>
              <w:right w:val="nil"/>
            </w:tcBorders>
          </w:tcPr>
          <w:p w14:paraId="40C70B0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7A5EBB9A" w14:textId="77777777" w:rsidTr="00467316">
        <w:trPr>
          <w:jc w:val="center"/>
        </w:trPr>
        <w:tc>
          <w:tcPr>
            <w:tcW w:w="412" w:type="dxa"/>
            <w:tcBorders>
              <w:top w:val="nil"/>
              <w:left w:val="nil"/>
              <w:bottom w:val="nil"/>
              <w:right w:val="nil"/>
            </w:tcBorders>
            <w:hideMark/>
          </w:tcPr>
          <w:p w14:paraId="73E0887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990" w:type="dxa"/>
            <w:tcBorders>
              <w:top w:val="nil"/>
              <w:left w:val="nil"/>
              <w:bottom w:val="nil"/>
              <w:right w:val="nil"/>
            </w:tcBorders>
            <w:vAlign w:val="center"/>
            <w:hideMark/>
          </w:tcPr>
          <w:p w14:paraId="07E130E1" w14:textId="77777777" w:rsidR="006648BB" w:rsidRPr="00580745" w:rsidRDefault="006648BB" w:rsidP="005418A8">
            <w:pPr>
              <w:rPr>
                <w:rFonts w:ascii="Times New Roman" w:eastAsia="Calibri" w:hAnsi="Times New Roman" w:cs="Times New Roman"/>
                <w:lang w:val="id-ID"/>
              </w:rPr>
            </w:pPr>
            <w:proofErr w:type="spellStart"/>
            <w:r w:rsidRPr="00580745">
              <w:rPr>
                <w:rFonts w:ascii="Times New Roman" w:eastAsia="Calibri" w:hAnsi="Times New Roman" w:cs="Times New Roman"/>
              </w:rPr>
              <w:t>Kekuata</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tubuh</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bagian</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bawah</w:t>
            </w:r>
            <w:proofErr w:type="spellEnd"/>
          </w:p>
        </w:tc>
        <w:tc>
          <w:tcPr>
            <w:tcW w:w="661" w:type="dxa"/>
            <w:tcBorders>
              <w:top w:val="nil"/>
              <w:left w:val="nil"/>
              <w:bottom w:val="nil"/>
              <w:right w:val="nil"/>
            </w:tcBorders>
          </w:tcPr>
          <w:p w14:paraId="651CD8D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nil"/>
              <w:left w:val="nil"/>
              <w:bottom w:val="nil"/>
              <w:right w:val="nil"/>
            </w:tcBorders>
          </w:tcPr>
          <w:p w14:paraId="1EB6A2C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5F90098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33CB753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1F5B7BC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13A8EDE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52BC1BA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157E846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1A9507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4781775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4CCB493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2DC3FD2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2D3698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78" w:type="dxa"/>
            <w:tcBorders>
              <w:top w:val="nil"/>
              <w:left w:val="nil"/>
              <w:bottom w:val="nil"/>
              <w:right w:val="nil"/>
            </w:tcBorders>
          </w:tcPr>
          <w:p w14:paraId="138542C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1E4A64DB" w14:textId="77777777" w:rsidTr="00467316">
        <w:trPr>
          <w:jc w:val="center"/>
        </w:trPr>
        <w:tc>
          <w:tcPr>
            <w:tcW w:w="412" w:type="dxa"/>
            <w:tcBorders>
              <w:top w:val="nil"/>
              <w:left w:val="nil"/>
              <w:bottom w:val="single" w:sz="4" w:space="0" w:color="auto"/>
              <w:right w:val="nil"/>
            </w:tcBorders>
          </w:tcPr>
          <w:p w14:paraId="1F500CD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990" w:type="dxa"/>
            <w:tcBorders>
              <w:top w:val="nil"/>
              <w:left w:val="nil"/>
              <w:bottom w:val="single" w:sz="4" w:space="0" w:color="auto"/>
              <w:right w:val="nil"/>
            </w:tcBorders>
            <w:vAlign w:val="center"/>
          </w:tcPr>
          <w:p w14:paraId="5D0869CB" w14:textId="77777777" w:rsidR="006648BB" w:rsidRPr="00580745" w:rsidRDefault="006648BB" w:rsidP="005418A8">
            <w:pPr>
              <w:rPr>
                <w:rFonts w:ascii="Times New Roman" w:eastAsia="Calibri" w:hAnsi="Times New Roman" w:cs="Times New Roman"/>
              </w:rPr>
            </w:pPr>
            <w:proofErr w:type="spellStart"/>
            <w:r w:rsidRPr="00580745">
              <w:rPr>
                <w:rFonts w:ascii="Times New Roman" w:eastAsia="Calibri" w:hAnsi="Times New Roman" w:cs="Times New Roman"/>
              </w:rPr>
              <w:t>Toleransi</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dalam</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menaiki</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tangga</w:t>
            </w:r>
            <w:proofErr w:type="spellEnd"/>
          </w:p>
        </w:tc>
        <w:tc>
          <w:tcPr>
            <w:tcW w:w="661" w:type="dxa"/>
            <w:tcBorders>
              <w:top w:val="nil"/>
              <w:left w:val="nil"/>
              <w:bottom w:val="single" w:sz="4" w:space="0" w:color="auto"/>
              <w:right w:val="nil"/>
            </w:tcBorders>
          </w:tcPr>
          <w:p w14:paraId="26CF6F9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nil"/>
              <w:left w:val="nil"/>
              <w:bottom w:val="single" w:sz="4" w:space="0" w:color="auto"/>
              <w:right w:val="nil"/>
            </w:tcBorders>
          </w:tcPr>
          <w:p w14:paraId="7EF9657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40B7B15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621A7E1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2D650AE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185F4C9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1B0A9B3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00F2779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70E1813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1626F3C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6F62BB6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39BB913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6BBFCE1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78" w:type="dxa"/>
            <w:tcBorders>
              <w:top w:val="nil"/>
              <w:left w:val="nil"/>
              <w:bottom w:val="single" w:sz="4" w:space="0" w:color="auto"/>
              <w:right w:val="nil"/>
            </w:tcBorders>
          </w:tcPr>
          <w:p w14:paraId="3851342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437465E8" w14:textId="77777777" w:rsidTr="00467316">
        <w:trPr>
          <w:jc w:val="center"/>
        </w:trPr>
        <w:tc>
          <w:tcPr>
            <w:tcW w:w="9322" w:type="dxa"/>
            <w:gridSpan w:val="16"/>
            <w:tcBorders>
              <w:top w:val="single" w:sz="4" w:space="0" w:color="auto"/>
              <w:left w:val="nil"/>
              <w:bottom w:val="single" w:sz="4" w:space="0" w:color="auto"/>
              <w:right w:val="nil"/>
            </w:tcBorders>
            <w:vAlign w:val="center"/>
            <w:hideMark/>
          </w:tcPr>
          <w:p w14:paraId="270BF13D" w14:textId="77777777" w:rsidR="006648BB" w:rsidRPr="00580745" w:rsidRDefault="006648BB" w:rsidP="005418A8">
            <w:pPr>
              <w:tabs>
                <w:tab w:val="left" w:pos="785"/>
              </w:tabs>
              <w:rPr>
                <w:rFonts w:ascii="Times New Roman" w:eastAsia="Calibri" w:hAnsi="Times New Roman" w:cs="Times New Roman"/>
                <w:lang w:val="id-ID"/>
              </w:rPr>
            </w:pPr>
            <w:r w:rsidRPr="00580745">
              <w:rPr>
                <w:rFonts w:ascii="Times New Roman" w:eastAsia="Calibri" w:hAnsi="Times New Roman" w:cs="Times New Roman"/>
                <w:lang w:val="id-ID"/>
              </w:rPr>
              <w:t xml:space="preserve">Keterangan </w:t>
            </w:r>
          </w:p>
          <w:p w14:paraId="1032762C" w14:textId="77777777" w:rsidR="006648BB" w:rsidRPr="00580745" w:rsidRDefault="006648BB" w:rsidP="005418A8">
            <w:pPr>
              <w:tabs>
                <w:tab w:val="left" w:pos="785"/>
              </w:tabs>
              <w:rPr>
                <w:rFonts w:ascii="Times New Roman" w:eastAsia="Calibri" w:hAnsi="Times New Roman" w:cs="Times New Roman"/>
                <w:lang w:val="sv-SE"/>
              </w:rPr>
            </w:pPr>
            <w:r w:rsidRPr="00580745">
              <w:rPr>
                <w:rFonts w:ascii="Times New Roman" w:eastAsia="Calibri" w:hAnsi="Times New Roman" w:cs="Times New Roman"/>
                <w:lang w:val="id-ID"/>
              </w:rPr>
              <w:t xml:space="preserve">1 : </w:t>
            </w:r>
            <w:proofErr w:type="spellStart"/>
            <w:r w:rsidRPr="00580745">
              <w:rPr>
                <w:rFonts w:ascii="Times New Roman" w:eastAsia="Calibri" w:hAnsi="Times New Roman" w:cs="Times New Roman"/>
                <w:lang w:val="sv-SE"/>
              </w:rPr>
              <w:t>menurun</w:t>
            </w:r>
            <w:proofErr w:type="spellEnd"/>
          </w:p>
          <w:p w14:paraId="7AEC349F" w14:textId="77777777" w:rsidR="006648BB" w:rsidRPr="00580745" w:rsidRDefault="006648BB" w:rsidP="005418A8">
            <w:pPr>
              <w:tabs>
                <w:tab w:val="left" w:pos="785"/>
              </w:tabs>
              <w:rPr>
                <w:rFonts w:ascii="Times New Roman" w:eastAsia="Calibri" w:hAnsi="Times New Roman" w:cs="Times New Roman"/>
                <w:lang w:val="sv-SE"/>
              </w:rPr>
            </w:pPr>
            <w:r w:rsidRPr="00580745">
              <w:rPr>
                <w:rFonts w:ascii="Times New Roman" w:eastAsia="Calibri" w:hAnsi="Times New Roman" w:cs="Times New Roman"/>
                <w:lang w:val="id-ID"/>
              </w:rPr>
              <w:t xml:space="preserve">2 : cukup </w:t>
            </w:r>
            <w:proofErr w:type="spellStart"/>
            <w:r w:rsidRPr="00580745">
              <w:rPr>
                <w:rFonts w:ascii="Times New Roman" w:eastAsia="Calibri" w:hAnsi="Times New Roman" w:cs="Times New Roman"/>
                <w:lang w:val="sv-SE"/>
              </w:rPr>
              <w:t>menurun</w:t>
            </w:r>
            <w:proofErr w:type="spellEnd"/>
          </w:p>
          <w:p w14:paraId="52ABB245" w14:textId="77777777" w:rsidR="006648BB" w:rsidRPr="00580745" w:rsidRDefault="006648BB" w:rsidP="005418A8">
            <w:pPr>
              <w:tabs>
                <w:tab w:val="left" w:pos="785"/>
              </w:tabs>
              <w:rPr>
                <w:rFonts w:ascii="Times New Roman" w:eastAsia="Calibri" w:hAnsi="Times New Roman" w:cs="Times New Roman"/>
                <w:lang w:val="id-ID"/>
              </w:rPr>
            </w:pPr>
            <w:r w:rsidRPr="00580745">
              <w:rPr>
                <w:rFonts w:ascii="Times New Roman" w:eastAsia="Calibri" w:hAnsi="Times New Roman" w:cs="Times New Roman"/>
                <w:lang w:val="id-ID"/>
              </w:rPr>
              <w:t>3 : Sedang</w:t>
            </w:r>
          </w:p>
          <w:p w14:paraId="1FE2DA4F" w14:textId="77777777" w:rsidR="006648BB" w:rsidRPr="00580745" w:rsidRDefault="006648BB" w:rsidP="005418A8">
            <w:pPr>
              <w:tabs>
                <w:tab w:val="left" w:pos="785"/>
              </w:tabs>
              <w:rPr>
                <w:rFonts w:ascii="Times New Roman" w:eastAsia="Calibri" w:hAnsi="Times New Roman" w:cs="Times New Roman"/>
                <w:lang w:val="sv-SE"/>
              </w:rPr>
            </w:pPr>
            <w:r w:rsidRPr="00580745">
              <w:rPr>
                <w:rFonts w:ascii="Times New Roman" w:eastAsia="Calibri" w:hAnsi="Times New Roman" w:cs="Times New Roman"/>
                <w:lang w:val="id-ID"/>
              </w:rPr>
              <w:lastRenderedPageBreak/>
              <w:t xml:space="preserve">4 : Cukup </w:t>
            </w:r>
            <w:proofErr w:type="spellStart"/>
            <w:r w:rsidRPr="00580745">
              <w:rPr>
                <w:rFonts w:ascii="Times New Roman" w:eastAsia="Calibri" w:hAnsi="Times New Roman" w:cs="Times New Roman"/>
                <w:lang w:val="id-ID"/>
              </w:rPr>
              <w:t>men</w:t>
            </w:r>
            <w:r w:rsidRPr="00580745">
              <w:rPr>
                <w:rFonts w:ascii="Times New Roman" w:eastAsia="Calibri" w:hAnsi="Times New Roman" w:cs="Times New Roman"/>
                <w:lang w:val="sv-SE"/>
              </w:rPr>
              <w:t>ingkat</w:t>
            </w:r>
            <w:proofErr w:type="spellEnd"/>
          </w:p>
          <w:p w14:paraId="5CDDC8FC" w14:textId="77777777" w:rsidR="006648BB" w:rsidRPr="00580745" w:rsidRDefault="006648BB" w:rsidP="005418A8">
            <w:pPr>
              <w:tabs>
                <w:tab w:val="left" w:pos="785"/>
              </w:tabs>
              <w:rPr>
                <w:rFonts w:ascii="Times New Roman" w:eastAsia="Calibri" w:hAnsi="Times New Roman" w:cs="Times New Roman"/>
                <w:lang w:val="id-ID"/>
              </w:rPr>
            </w:pPr>
            <w:r w:rsidRPr="00580745">
              <w:rPr>
                <w:rFonts w:ascii="Times New Roman" w:eastAsia="Calibri" w:hAnsi="Times New Roman" w:cs="Times New Roman"/>
                <w:lang w:val="id-ID"/>
              </w:rPr>
              <w:t xml:space="preserve">5 : </w:t>
            </w:r>
            <w:proofErr w:type="spellStart"/>
            <w:r w:rsidRPr="00580745">
              <w:rPr>
                <w:rFonts w:ascii="Times New Roman" w:eastAsia="Calibri" w:hAnsi="Times New Roman" w:cs="Times New Roman"/>
                <w:lang w:val="id-ID"/>
              </w:rPr>
              <w:t>Men</w:t>
            </w:r>
            <w:r w:rsidRPr="00580745">
              <w:rPr>
                <w:rFonts w:ascii="Times New Roman" w:eastAsia="Calibri" w:hAnsi="Times New Roman" w:cs="Times New Roman"/>
              </w:rPr>
              <w:t>ingkat</w:t>
            </w:r>
            <w:proofErr w:type="spellEnd"/>
          </w:p>
        </w:tc>
      </w:tr>
      <w:tr w:rsidR="006648BB" w:rsidRPr="00580745" w14:paraId="5D79F05B" w14:textId="77777777" w:rsidTr="00467316">
        <w:trPr>
          <w:jc w:val="center"/>
        </w:trPr>
        <w:tc>
          <w:tcPr>
            <w:tcW w:w="412" w:type="dxa"/>
            <w:tcBorders>
              <w:top w:val="single" w:sz="4" w:space="0" w:color="auto"/>
              <w:left w:val="nil"/>
              <w:bottom w:val="nil"/>
              <w:right w:val="nil"/>
            </w:tcBorders>
            <w:hideMark/>
          </w:tcPr>
          <w:p w14:paraId="6376408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lastRenderedPageBreak/>
              <w:t>1</w:t>
            </w:r>
          </w:p>
        </w:tc>
        <w:tc>
          <w:tcPr>
            <w:tcW w:w="990" w:type="dxa"/>
            <w:tcBorders>
              <w:top w:val="single" w:sz="4" w:space="0" w:color="auto"/>
              <w:left w:val="nil"/>
              <w:bottom w:val="nil"/>
              <w:right w:val="nil"/>
            </w:tcBorders>
            <w:vAlign w:val="center"/>
            <w:hideMark/>
          </w:tcPr>
          <w:p w14:paraId="4A95A327" w14:textId="77777777" w:rsidR="006648BB" w:rsidRPr="00580745" w:rsidRDefault="006648BB" w:rsidP="005418A8">
            <w:pPr>
              <w:rPr>
                <w:rFonts w:ascii="Times New Roman" w:eastAsia="Calibri" w:hAnsi="Times New Roman" w:cs="Times New Roman"/>
              </w:rPr>
            </w:pPr>
            <w:proofErr w:type="spellStart"/>
            <w:r w:rsidRPr="00580745">
              <w:rPr>
                <w:rFonts w:ascii="Times New Roman" w:eastAsia="Calibri" w:hAnsi="Times New Roman" w:cs="Times New Roman"/>
              </w:rPr>
              <w:t>Keluhan</w:t>
            </w:r>
            <w:proofErr w:type="spellEnd"/>
            <w:r w:rsidRPr="00580745">
              <w:rPr>
                <w:rFonts w:ascii="Times New Roman" w:eastAsia="Calibri" w:hAnsi="Times New Roman" w:cs="Times New Roman"/>
              </w:rPr>
              <w:t xml:space="preserve"> Lelah</w:t>
            </w:r>
          </w:p>
        </w:tc>
        <w:tc>
          <w:tcPr>
            <w:tcW w:w="661" w:type="dxa"/>
            <w:tcBorders>
              <w:top w:val="single" w:sz="4" w:space="0" w:color="auto"/>
              <w:left w:val="nil"/>
              <w:bottom w:val="nil"/>
              <w:right w:val="nil"/>
            </w:tcBorders>
          </w:tcPr>
          <w:p w14:paraId="69A0E68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single" w:sz="4" w:space="0" w:color="auto"/>
              <w:left w:val="nil"/>
              <w:bottom w:val="nil"/>
              <w:right w:val="nil"/>
            </w:tcBorders>
          </w:tcPr>
          <w:p w14:paraId="5CB8E7A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3C9C530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542B01F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10F6942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5E9E83F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0238A45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52059E1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3C8F5F5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634A05F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29D3C1C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3BBCC79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54424B8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78" w:type="dxa"/>
            <w:tcBorders>
              <w:top w:val="single" w:sz="4" w:space="0" w:color="auto"/>
              <w:left w:val="nil"/>
              <w:bottom w:val="nil"/>
              <w:right w:val="nil"/>
            </w:tcBorders>
          </w:tcPr>
          <w:p w14:paraId="0E57E85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62B56D4B" w14:textId="77777777" w:rsidTr="00467316">
        <w:trPr>
          <w:jc w:val="center"/>
        </w:trPr>
        <w:tc>
          <w:tcPr>
            <w:tcW w:w="412" w:type="dxa"/>
            <w:tcBorders>
              <w:top w:val="nil"/>
              <w:left w:val="nil"/>
              <w:bottom w:val="nil"/>
              <w:right w:val="nil"/>
            </w:tcBorders>
          </w:tcPr>
          <w:p w14:paraId="2A06B23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90" w:type="dxa"/>
            <w:tcBorders>
              <w:top w:val="nil"/>
              <w:left w:val="nil"/>
              <w:bottom w:val="nil"/>
              <w:right w:val="nil"/>
            </w:tcBorders>
            <w:vAlign w:val="center"/>
          </w:tcPr>
          <w:p w14:paraId="5DEFDC0B" w14:textId="77777777" w:rsidR="006648BB" w:rsidRPr="00580745" w:rsidRDefault="006648BB" w:rsidP="005418A8">
            <w:pPr>
              <w:rPr>
                <w:rFonts w:ascii="Times New Roman" w:eastAsia="Calibri" w:hAnsi="Times New Roman" w:cs="Times New Roman"/>
              </w:rPr>
            </w:pPr>
            <w:proofErr w:type="spellStart"/>
            <w:r w:rsidRPr="00580745">
              <w:rPr>
                <w:rFonts w:ascii="Times New Roman" w:eastAsia="Calibri" w:hAnsi="Times New Roman" w:cs="Times New Roman"/>
              </w:rPr>
              <w:t>Dipsnea</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saat</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aktivitas</w:t>
            </w:r>
            <w:proofErr w:type="spellEnd"/>
          </w:p>
        </w:tc>
        <w:tc>
          <w:tcPr>
            <w:tcW w:w="661" w:type="dxa"/>
            <w:tcBorders>
              <w:top w:val="nil"/>
              <w:left w:val="nil"/>
              <w:bottom w:val="nil"/>
              <w:right w:val="nil"/>
            </w:tcBorders>
          </w:tcPr>
          <w:p w14:paraId="55D979B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nil"/>
              <w:right w:val="nil"/>
            </w:tcBorders>
          </w:tcPr>
          <w:p w14:paraId="131E8A7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5B3BBA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2B337C4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713415A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76304BC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5D94CC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6C63E6A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F95805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56A8A5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34AE10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7AA8DD0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3B345AE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78" w:type="dxa"/>
            <w:tcBorders>
              <w:top w:val="nil"/>
              <w:left w:val="nil"/>
              <w:bottom w:val="nil"/>
              <w:right w:val="nil"/>
            </w:tcBorders>
          </w:tcPr>
          <w:p w14:paraId="6290A92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2EB3F459" w14:textId="77777777" w:rsidTr="00467316">
        <w:trPr>
          <w:jc w:val="center"/>
        </w:trPr>
        <w:tc>
          <w:tcPr>
            <w:tcW w:w="412" w:type="dxa"/>
            <w:tcBorders>
              <w:top w:val="nil"/>
              <w:left w:val="nil"/>
              <w:bottom w:val="nil"/>
              <w:right w:val="nil"/>
            </w:tcBorders>
          </w:tcPr>
          <w:p w14:paraId="652EBE5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990" w:type="dxa"/>
            <w:tcBorders>
              <w:top w:val="nil"/>
              <w:left w:val="nil"/>
              <w:bottom w:val="nil"/>
              <w:right w:val="nil"/>
            </w:tcBorders>
            <w:vAlign w:val="center"/>
          </w:tcPr>
          <w:p w14:paraId="4D483517" w14:textId="77777777" w:rsidR="006648BB" w:rsidRPr="00580745" w:rsidRDefault="006648BB" w:rsidP="005418A8">
            <w:pPr>
              <w:rPr>
                <w:rFonts w:ascii="Times New Roman" w:eastAsia="Calibri" w:hAnsi="Times New Roman" w:cs="Times New Roman"/>
              </w:rPr>
            </w:pPr>
            <w:proofErr w:type="spellStart"/>
            <w:r w:rsidRPr="00580745">
              <w:rPr>
                <w:rFonts w:ascii="Times New Roman" w:eastAsia="Calibri" w:hAnsi="Times New Roman" w:cs="Times New Roman"/>
              </w:rPr>
              <w:t>Dipsnea</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setelah</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aktivitas</w:t>
            </w:r>
            <w:proofErr w:type="spellEnd"/>
          </w:p>
        </w:tc>
        <w:tc>
          <w:tcPr>
            <w:tcW w:w="661" w:type="dxa"/>
            <w:tcBorders>
              <w:top w:val="nil"/>
              <w:left w:val="nil"/>
              <w:bottom w:val="nil"/>
              <w:right w:val="nil"/>
            </w:tcBorders>
          </w:tcPr>
          <w:p w14:paraId="6629A35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nil"/>
              <w:right w:val="nil"/>
            </w:tcBorders>
          </w:tcPr>
          <w:p w14:paraId="666D628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0D6AC2C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3BEC99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948B7B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5BDC09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6B929FD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730B21B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0D1A750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B0862E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1BC6740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275E416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65FF045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78" w:type="dxa"/>
            <w:tcBorders>
              <w:top w:val="nil"/>
              <w:left w:val="nil"/>
              <w:bottom w:val="nil"/>
              <w:right w:val="nil"/>
            </w:tcBorders>
          </w:tcPr>
          <w:p w14:paraId="0356A99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52A05131" w14:textId="77777777" w:rsidTr="00467316">
        <w:trPr>
          <w:jc w:val="center"/>
        </w:trPr>
        <w:tc>
          <w:tcPr>
            <w:tcW w:w="412" w:type="dxa"/>
            <w:tcBorders>
              <w:top w:val="nil"/>
              <w:left w:val="nil"/>
              <w:bottom w:val="nil"/>
              <w:right w:val="nil"/>
            </w:tcBorders>
          </w:tcPr>
          <w:p w14:paraId="48B1B78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990" w:type="dxa"/>
            <w:tcBorders>
              <w:top w:val="nil"/>
              <w:left w:val="nil"/>
              <w:bottom w:val="nil"/>
              <w:right w:val="nil"/>
            </w:tcBorders>
            <w:vAlign w:val="center"/>
          </w:tcPr>
          <w:p w14:paraId="64DB5F0F" w14:textId="77777777" w:rsidR="006648BB" w:rsidRPr="00580745" w:rsidRDefault="006648BB" w:rsidP="005418A8">
            <w:pPr>
              <w:rPr>
                <w:rFonts w:ascii="Times New Roman" w:eastAsia="Calibri" w:hAnsi="Times New Roman" w:cs="Times New Roman"/>
              </w:rPr>
            </w:pPr>
            <w:proofErr w:type="spellStart"/>
            <w:r w:rsidRPr="00580745">
              <w:rPr>
                <w:rFonts w:ascii="Times New Roman" w:eastAsia="Calibri" w:hAnsi="Times New Roman" w:cs="Times New Roman"/>
              </w:rPr>
              <w:t>Perasaan</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lemah</w:t>
            </w:r>
            <w:proofErr w:type="spellEnd"/>
          </w:p>
        </w:tc>
        <w:tc>
          <w:tcPr>
            <w:tcW w:w="661" w:type="dxa"/>
            <w:tcBorders>
              <w:top w:val="nil"/>
              <w:left w:val="nil"/>
              <w:bottom w:val="nil"/>
              <w:right w:val="nil"/>
            </w:tcBorders>
          </w:tcPr>
          <w:p w14:paraId="4EDA9D3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nil"/>
              <w:left w:val="nil"/>
              <w:bottom w:val="nil"/>
              <w:right w:val="nil"/>
            </w:tcBorders>
          </w:tcPr>
          <w:p w14:paraId="33CD130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5D5EDBA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1B1DDB7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6379C58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19C206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6D936D5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4BD5F08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697A448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2A42A8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EFFCF4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76BF17D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1C02F03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78" w:type="dxa"/>
            <w:tcBorders>
              <w:top w:val="nil"/>
              <w:left w:val="nil"/>
              <w:bottom w:val="nil"/>
              <w:right w:val="nil"/>
            </w:tcBorders>
          </w:tcPr>
          <w:p w14:paraId="37C66F1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367FCE03" w14:textId="77777777" w:rsidTr="00467316">
        <w:trPr>
          <w:jc w:val="center"/>
        </w:trPr>
        <w:tc>
          <w:tcPr>
            <w:tcW w:w="412" w:type="dxa"/>
            <w:tcBorders>
              <w:top w:val="nil"/>
              <w:left w:val="nil"/>
              <w:bottom w:val="single" w:sz="4" w:space="0" w:color="auto"/>
              <w:right w:val="nil"/>
            </w:tcBorders>
          </w:tcPr>
          <w:p w14:paraId="6B57B97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990" w:type="dxa"/>
            <w:tcBorders>
              <w:top w:val="nil"/>
              <w:left w:val="nil"/>
              <w:bottom w:val="single" w:sz="4" w:space="0" w:color="auto"/>
              <w:right w:val="nil"/>
            </w:tcBorders>
            <w:vAlign w:val="center"/>
          </w:tcPr>
          <w:p w14:paraId="1F72DCF4" w14:textId="77777777" w:rsidR="006648BB" w:rsidRPr="00580745" w:rsidRDefault="006648BB" w:rsidP="005418A8">
            <w:pPr>
              <w:rPr>
                <w:rFonts w:ascii="Times New Roman" w:eastAsia="Calibri" w:hAnsi="Times New Roman" w:cs="Times New Roman"/>
              </w:rPr>
            </w:pPr>
            <w:proofErr w:type="spellStart"/>
            <w:r w:rsidRPr="00580745">
              <w:rPr>
                <w:rFonts w:ascii="Times New Roman" w:eastAsia="Calibri" w:hAnsi="Times New Roman" w:cs="Times New Roman"/>
              </w:rPr>
              <w:t>Sianosis</w:t>
            </w:r>
            <w:proofErr w:type="spellEnd"/>
          </w:p>
        </w:tc>
        <w:tc>
          <w:tcPr>
            <w:tcW w:w="661" w:type="dxa"/>
            <w:tcBorders>
              <w:top w:val="nil"/>
              <w:left w:val="nil"/>
              <w:bottom w:val="single" w:sz="4" w:space="0" w:color="auto"/>
              <w:right w:val="nil"/>
            </w:tcBorders>
          </w:tcPr>
          <w:p w14:paraId="1493448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single" w:sz="4" w:space="0" w:color="auto"/>
              <w:right w:val="nil"/>
            </w:tcBorders>
          </w:tcPr>
          <w:p w14:paraId="70B79D6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4F1DFCB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4C73D36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12825D6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2E47093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7639956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1A24F45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16BDC34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08F984A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676329A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6240BDF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68C544B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78" w:type="dxa"/>
            <w:tcBorders>
              <w:top w:val="nil"/>
              <w:left w:val="nil"/>
              <w:bottom w:val="single" w:sz="4" w:space="0" w:color="auto"/>
              <w:right w:val="nil"/>
            </w:tcBorders>
          </w:tcPr>
          <w:p w14:paraId="72EAD87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39EEA8DD" w14:textId="77777777" w:rsidTr="00467316">
        <w:trPr>
          <w:jc w:val="center"/>
        </w:trPr>
        <w:tc>
          <w:tcPr>
            <w:tcW w:w="9322" w:type="dxa"/>
            <w:gridSpan w:val="16"/>
            <w:tcBorders>
              <w:top w:val="single" w:sz="4" w:space="0" w:color="auto"/>
              <w:left w:val="nil"/>
              <w:bottom w:val="single" w:sz="4" w:space="0" w:color="auto"/>
              <w:right w:val="nil"/>
            </w:tcBorders>
          </w:tcPr>
          <w:p w14:paraId="600F0F25"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Keterangan:</w:t>
            </w:r>
          </w:p>
          <w:p w14:paraId="3CC4F846"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id-ID"/>
              </w:rPr>
              <w:t xml:space="preserve">1 : </w:t>
            </w:r>
            <w:proofErr w:type="spellStart"/>
            <w:r w:rsidRPr="00580745">
              <w:rPr>
                <w:rFonts w:ascii="Times New Roman" w:eastAsia="Calibri" w:hAnsi="Times New Roman" w:cs="Times New Roman"/>
                <w:lang w:val="id-ID"/>
              </w:rPr>
              <w:t>Me</w:t>
            </w:r>
            <w:r w:rsidRPr="00580745">
              <w:rPr>
                <w:rFonts w:ascii="Times New Roman" w:eastAsia="Calibri" w:hAnsi="Times New Roman" w:cs="Times New Roman"/>
                <w:lang w:val="sv-SE"/>
              </w:rPr>
              <w:t>ningkat</w:t>
            </w:r>
            <w:proofErr w:type="spellEnd"/>
          </w:p>
          <w:p w14:paraId="6B757C9B"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id-ID"/>
              </w:rPr>
              <w:t xml:space="preserve">2 : Cukup </w:t>
            </w:r>
            <w:proofErr w:type="spellStart"/>
            <w:r w:rsidRPr="00580745">
              <w:rPr>
                <w:rFonts w:ascii="Times New Roman" w:eastAsia="Calibri" w:hAnsi="Times New Roman" w:cs="Times New Roman"/>
                <w:lang w:val="id-ID"/>
              </w:rPr>
              <w:t>Me</w:t>
            </w:r>
            <w:r w:rsidRPr="00580745">
              <w:rPr>
                <w:rFonts w:ascii="Times New Roman" w:eastAsia="Calibri" w:hAnsi="Times New Roman" w:cs="Times New Roman"/>
                <w:lang w:val="sv-SE"/>
              </w:rPr>
              <w:t>ningkat</w:t>
            </w:r>
            <w:proofErr w:type="spellEnd"/>
          </w:p>
          <w:p w14:paraId="153A24B9"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3: Sedang</w:t>
            </w:r>
          </w:p>
          <w:p w14:paraId="729F7B96"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 xml:space="preserve">4 : Cukup </w:t>
            </w:r>
            <w:proofErr w:type="spellStart"/>
            <w:r w:rsidRPr="00580745">
              <w:rPr>
                <w:rFonts w:ascii="Times New Roman" w:eastAsia="Calibri" w:hAnsi="Times New Roman" w:cs="Times New Roman"/>
                <w:lang w:val="id-ID"/>
              </w:rPr>
              <w:t>Me</w:t>
            </w:r>
            <w:r w:rsidRPr="00580745">
              <w:rPr>
                <w:rFonts w:ascii="Times New Roman" w:eastAsia="Calibri" w:hAnsi="Times New Roman" w:cs="Times New Roman"/>
                <w:lang w:val="sv-SE"/>
              </w:rPr>
              <w:t>nurun</w:t>
            </w:r>
            <w:proofErr w:type="spellEnd"/>
            <w:r w:rsidRPr="00580745">
              <w:rPr>
                <w:rFonts w:ascii="Times New Roman" w:eastAsia="Calibri" w:hAnsi="Times New Roman" w:cs="Times New Roman"/>
                <w:lang w:val="id-ID"/>
              </w:rPr>
              <w:t xml:space="preserve"> </w:t>
            </w:r>
          </w:p>
          <w:p w14:paraId="6B55140A"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 xml:space="preserve">5: </w:t>
            </w:r>
            <w:proofErr w:type="spellStart"/>
            <w:r w:rsidRPr="00580745">
              <w:rPr>
                <w:rFonts w:ascii="Times New Roman" w:eastAsia="Calibri" w:hAnsi="Times New Roman" w:cs="Times New Roman"/>
                <w:lang w:val="id-ID"/>
              </w:rPr>
              <w:t>Me</w:t>
            </w:r>
            <w:r w:rsidRPr="00580745">
              <w:rPr>
                <w:rFonts w:ascii="Times New Roman" w:eastAsia="Calibri" w:hAnsi="Times New Roman" w:cs="Times New Roman"/>
              </w:rPr>
              <w:t>nurun</w:t>
            </w:r>
            <w:proofErr w:type="spellEnd"/>
          </w:p>
        </w:tc>
      </w:tr>
      <w:tr w:rsidR="006648BB" w:rsidRPr="00580745" w14:paraId="42F2050F" w14:textId="77777777" w:rsidTr="00467316">
        <w:trPr>
          <w:jc w:val="center"/>
        </w:trPr>
        <w:tc>
          <w:tcPr>
            <w:tcW w:w="412" w:type="dxa"/>
            <w:tcBorders>
              <w:top w:val="single" w:sz="4" w:space="0" w:color="auto"/>
              <w:left w:val="nil"/>
              <w:bottom w:val="nil"/>
              <w:right w:val="nil"/>
            </w:tcBorders>
          </w:tcPr>
          <w:p w14:paraId="13D0E90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w:t>
            </w:r>
          </w:p>
        </w:tc>
        <w:tc>
          <w:tcPr>
            <w:tcW w:w="990" w:type="dxa"/>
            <w:tcBorders>
              <w:top w:val="single" w:sz="4" w:space="0" w:color="auto"/>
              <w:left w:val="nil"/>
              <w:bottom w:val="nil"/>
              <w:right w:val="nil"/>
            </w:tcBorders>
            <w:vAlign w:val="center"/>
          </w:tcPr>
          <w:p w14:paraId="50894521" w14:textId="77777777" w:rsidR="006648BB" w:rsidRPr="00580745" w:rsidRDefault="006648BB" w:rsidP="005418A8">
            <w:pPr>
              <w:rPr>
                <w:rFonts w:ascii="Times New Roman" w:eastAsia="Calibri" w:hAnsi="Times New Roman" w:cs="Times New Roman"/>
              </w:rPr>
            </w:pPr>
            <w:proofErr w:type="spellStart"/>
            <w:r w:rsidRPr="00580745">
              <w:rPr>
                <w:rFonts w:ascii="Times New Roman" w:eastAsia="Calibri" w:hAnsi="Times New Roman" w:cs="Times New Roman"/>
              </w:rPr>
              <w:t>Frekuensi</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nadi</w:t>
            </w:r>
            <w:proofErr w:type="spellEnd"/>
          </w:p>
        </w:tc>
        <w:tc>
          <w:tcPr>
            <w:tcW w:w="661" w:type="dxa"/>
            <w:tcBorders>
              <w:top w:val="single" w:sz="4" w:space="0" w:color="auto"/>
              <w:left w:val="nil"/>
              <w:bottom w:val="nil"/>
              <w:right w:val="nil"/>
            </w:tcBorders>
          </w:tcPr>
          <w:p w14:paraId="3D2DDFA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single" w:sz="4" w:space="0" w:color="auto"/>
              <w:left w:val="nil"/>
              <w:bottom w:val="nil"/>
              <w:right w:val="nil"/>
            </w:tcBorders>
          </w:tcPr>
          <w:p w14:paraId="23EABDC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7F7F2B2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4CA8137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66FEDBF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5A48C37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347F329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0EC5024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36F550C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7C29E81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6EB8D05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431D25F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504673E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78" w:type="dxa"/>
            <w:tcBorders>
              <w:top w:val="single" w:sz="4" w:space="0" w:color="auto"/>
              <w:left w:val="nil"/>
              <w:bottom w:val="nil"/>
              <w:right w:val="nil"/>
            </w:tcBorders>
          </w:tcPr>
          <w:p w14:paraId="39D8884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59D73474" w14:textId="77777777" w:rsidTr="00467316">
        <w:trPr>
          <w:jc w:val="center"/>
        </w:trPr>
        <w:tc>
          <w:tcPr>
            <w:tcW w:w="412" w:type="dxa"/>
            <w:tcBorders>
              <w:top w:val="nil"/>
              <w:left w:val="nil"/>
              <w:bottom w:val="nil"/>
              <w:right w:val="nil"/>
            </w:tcBorders>
          </w:tcPr>
          <w:p w14:paraId="59B8D96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90" w:type="dxa"/>
            <w:tcBorders>
              <w:top w:val="nil"/>
              <w:left w:val="nil"/>
              <w:bottom w:val="nil"/>
              <w:right w:val="nil"/>
            </w:tcBorders>
            <w:vAlign w:val="center"/>
          </w:tcPr>
          <w:p w14:paraId="237A27A8" w14:textId="77777777" w:rsidR="006648BB" w:rsidRPr="00580745" w:rsidRDefault="006648BB" w:rsidP="005418A8">
            <w:pPr>
              <w:rPr>
                <w:rFonts w:ascii="Times New Roman" w:eastAsia="Calibri" w:hAnsi="Times New Roman" w:cs="Times New Roman"/>
              </w:rPr>
            </w:pPr>
            <w:proofErr w:type="spellStart"/>
            <w:r w:rsidRPr="00580745">
              <w:rPr>
                <w:rFonts w:ascii="Times New Roman" w:eastAsia="Calibri" w:hAnsi="Times New Roman" w:cs="Times New Roman"/>
              </w:rPr>
              <w:t>Warna</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Kulit</w:t>
            </w:r>
            <w:proofErr w:type="spellEnd"/>
            <w:r w:rsidRPr="00580745">
              <w:rPr>
                <w:rFonts w:ascii="Times New Roman" w:eastAsia="Calibri" w:hAnsi="Times New Roman" w:cs="Times New Roman"/>
              </w:rPr>
              <w:t xml:space="preserve"> </w:t>
            </w:r>
          </w:p>
        </w:tc>
        <w:tc>
          <w:tcPr>
            <w:tcW w:w="661" w:type="dxa"/>
            <w:tcBorders>
              <w:top w:val="nil"/>
              <w:left w:val="nil"/>
              <w:bottom w:val="nil"/>
              <w:right w:val="nil"/>
            </w:tcBorders>
          </w:tcPr>
          <w:p w14:paraId="2050119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nil"/>
              <w:right w:val="nil"/>
            </w:tcBorders>
          </w:tcPr>
          <w:p w14:paraId="3ABF216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172111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2006659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07326B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4CA13FC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6118947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0703F3D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DAE66C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66AAD5A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2D392A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9ADFDD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2EFED8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78" w:type="dxa"/>
            <w:tcBorders>
              <w:top w:val="nil"/>
              <w:left w:val="nil"/>
              <w:bottom w:val="nil"/>
              <w:right w:val="nil"/>
            </w:tcBorders>
          </w:tcPr>
          <w:p w14:paraId="39785EB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04C21384" w14:textId="77777777" w:rsidTr="00467316">
        <w:trPr>
          <w:jc w:val="center"/>
        </w:trPr>
        <w:tc>
          <w:tcPr>
            <w:tcW w:w="412" w:type="dxa"/>
            <w:tcBorders>
              <w:top w:val="nil"/>
              <w:left w:val="nil"/>
              <w:bottom w:val="nil"/>
              <w:right w:val="nil"/>
            </w:tcBorders>
          </w:tcPr>
          <w:p w14:paraId="30041E0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990" w:type="dxa"/>
            <w:tcBorders>
              <w:top w:val="nil"/>
              <w:left w:val="nil"/>
              <w:bottom w:val="nil"/>
              <w:right w:val="nil"/>
            </w:tcBorders>
            <w:vAlign w:val="center"/>
          </w:tcPr>
          <w:p w14:paraId="2900F538" w14:textId="77777777" w:rsidR="006648BB" w:rsidRPr="00580745" w:rsidRDefault="006648BB" w:rsidP="005418A8">
            <w:pPr>
              <w:rPr>
                <w:rFonts w:ascii="Times New Roman" w:eastAsia="Calibri" w:hAnsi="Times New Roman" w:cs="Times New Roman"/>
              </w:rPr>
            </w:pPr>
            <w:proofErr w:type="spellStart"/>
            <w:r w:rsidRPr="00580745">
              <w:rPr>
                <w:rFonts w:ascii="Times New Roman" w:eastAsia="Calibri" w:hAnsi="Times New Roman" w:cs="Times New Roman"/>
              </w:rPr>
              <w:t>Tekanan</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darah</w:t>
            </w:r>
            <w:proofErr w:type="spellEnd"/>
          </w:p>
        </w:tc>
        <w:tc>
          <w:tcPr>
            <w:tcW w:w="661" w:type="dxa"/>
            <w:tcBorders>
              <w:top w:val="nil"/>
              <w:left w:val="nil"/>
              <w:bottom w:val="nil"/>
              <w:right w:val="nil"/>
            </w:tcBorders>
          </w:tcPr>
          <w:p w14:paraId="24CC36C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nil"/>
              <w:right w:val="nil"/>
            </w:tcBorders>
          </w:tcPr>
          <w:p w14:paraId="495ECE3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51A880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75E118C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78193B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210DB21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 xml:space="preserve"> 4</w:t>
            </w:r>
          </w:p>
        </w:tc>
        <w:tc>
          <w:tcPr>
            <w:tcW w:w="567" w:type="dxa"/>
            <w:tcBorders>
              <w:top w:val="nil"/>
              <w:left w:val="nil"/>
              <w:bottom w:val="nil"/>
              <w:right w:val="nil"/>
            </w:tcBorders>
          </w:tcPr>
          <w:p w14:paraId="2575326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1C1B9FC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6ACCEFD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31978B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133A246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8938EA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0FD3C96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78" w:type="dxa"/>
            <w:tcBorders>
              <w:top w:val="nil"/>
              <w:left w:val="nil"/>
              <w:bottom w:val="nil"/>
              <w:right w:val="nil"/>
            </w:tcBorders>
          </w:tcPr>
          <w:p w14:paraId="4AE315A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506650FE" w14:textId="77777777" w:rsidTr="00467316">
        <w:trPr>
          <w:jc w:val="center"/>
        </w:trPr>
        <w:tc>
          <w:tcPr>
            <w:tcW w:w="412" w:type="dxa"/>
            <w:tcBorders>
              <w:top w:val="nil"/>
              <w:left w:val="nil"/>
              <w:bottom w:val="single" w:sz="4" w:space="0" w:color="auto"/>
              <w:right w:val="nil"/>
            </w:tcBorders>
          </w:tcPr>
          <w:p w14:paraId="247367C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990" w:type="dxa"/>
            <w:tcBorders>
              <w:top w:val="nil"/>
              <w:left w:val="nil"/>
              <w:bottom w:val="single" w:sz="4" w:space="0" w:color="auto"/>
              <w:right w:val="nil"/>
            </w:tcBorders>
            <w:vAlign w:val="center"/>
          </w:tcPr>
          <w:p w14:paraId="7A5FFE73" w14:textId="77777777" w:rsidR="006648BB" w:rsidRPr="00580745" w:rsidRDefault="006648BB" w:rsidP="005418A8">
            <w:pPr>
              <w:rPr>
                <w:rFonts w:ascii="Times New Roman" w:eastAsia="Calibri" w:hAnsi="Times New Roman" w:cs="Times New Roman"/>
              </w:rPr>
            </w:pPr>
            <w:proofErr w:type="spellStart"/>
            <w:r w:rsidRPr="00580745">
              <w:rPr>
                <w:rFonts w:ascii="Times New Roman" w:eastAsia="Calibri" w:hAnsi="Times New Roman" w:cs="Times New Roman"/>
              </w:rPr>
              <w:t>Frekuensi</w:t>
            </w:r>
            <w:proofErr w:type="spellEnd"/>
            <w:r w:rsidRPr="00580745">
              <w:rPr>
                <w:rFonts w:ascii="Times New Roman" w:eastAsia="Calibri" w:hAnsi="Times New Roman" w:cs="Times New Roman"/>
              </w:rPr>
              <w:t xml:space="preserve"> napas</w:t>
            </w:r>
          </w:p>
        </w:tc>
        <w:tc>
          <w:tcPr>
            <w:tcW w:w="661" w:type="dxa"/>
            <w:tcBorders>
              <w:top w:val="nil"/>
              <w:left w:val="nil"/>
              <w:bottom w:val="single" w:sz="4" w:space="0" w:color="auto"/>
              <w:right w:val="nil"/>
            </w:tcBorders>
          </w:tcPr>
          <w:p w14:paraId="4FB1697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444" w:type="dxa"/>
            <w:tcBorders>
              <w:top w:val="nil"/>
              <w:left w:val="nil"/>
              <w:bottom w:val="single" w:sz="4" w:space="0" w:color="auto"/>
              <w:right w:val="nil"/>
            </w:tcBorders>
          </w:tcPr>
          <w:p w14:paraId="6428562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7A7DA7B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41976B3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68F8500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192307D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6FF0A12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7D62BA5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4F939AE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6CAAA77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69E89E9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1C18A641"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78AEC33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78" w:type="dxa"/>
            <w:tcBorders>
              <w:top w:val="nil"/>
              <w:left w:val="nil"/>
              <w:bottom w:val="single" w:sz="4" w:space="0" w:color="auto"/>
              <w:right w:val="nil"/>
            </w:tcBorders>
          </w:tcPr>
          <w:p w14:paraId="6383BFE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7BA923E8" w14:textId="77777777" w:rsidTr="004A13A3">
        <w:trPr>
          <w:jc w:val="center"/>
        </w:trPr>
        <w:tc>
          <w:tcPr>
            <w:tcW w:w="9322" w:type="dxa"/>
            <w:gridSpan w:val="16"/>
            <w:tcBorders>
              <w:top w:val="single" w:sz="4" w:space="0" w:color="auto"/>
              <w:left w:val="nil"/>
              <w:bottom w:val="single" w:sz="4" w:space="0" w:color="auto"/>
              <w:right w:val="nil"/>
            </w:tcBorders>
          </w:tcPr>
          <w:p w14:paraId="003E0A14" w14:textId="77777777" w:rsidR="006648BB" w:rsidRPr="00580745" w:rsidRDefault="006648BB" w:rsidP="005418A8">
            <w:pPr>
              <w:rPr>
                <w:rFonts w:ascii="Times New Roman" w:eastAsia="Calibri" w:hAnsi="Times New Roman" w:cs="Times New Roman"/>
                <w:lang w:val="sv-SE"/>
              </w:rPr>
            </w:pPr>
            <w:proofErr w:type="spellStart"/>
            <w:r w:rsidRPr="00580745">
              <w:rPr>
                <w:rFonts w:ascii="Times New Roman" w:eastAsia="Calibri" w:hAnsi="Times New Roman" w:cs="Times New Roman"/>
                <w:lang w:val="sv-SE"/>
              </w:rPr>
              <w:t>Keterangan</w:t>
            </w:r>
            <w:proofErr w:type="spellEnd"/>
            <w:r w:rsidRPr="00580745">
              <w:rPr>
                <w:rFonts w:ascii="Times New Roman" w:eastAsia="Calibri" w:hAnsi="Times New Roman" w:cs="Times New Roman"/>
                <w:lang w:val="sv-SE"/>
              </w:rPr>
              <w:t xml:space="preserve"> </w:t>
            </w:r>
            <w:proofErr w:type="spellStart"/>
            <w:r w:rsidRPr="00580745">
              <w:rPr>
                <w:rFonts w:ascii="Times New Roman" w:eastAsia="Calibri" w:hAnsi="Times New Roman" w:cs="Times New Roman"/>
                <w:lang w:val="sv-SE"/>
              </w:rPr>
              <w:t>untuk</w:t>
            </w:r>
            <w:proofErr w:type="spellEnd"/>
            <w:r w:rsidRPr="00580745">
              <w:rPr>
                <w:rFonts w:ascii="Times New Roman" w:eastAsia="Calibri" w:hAnsi="Times New Roman" w:cs="Times New Roman"/>
                <w:lang w:val="sv-SE"/>
              </w:rPr>
              <w:t xml:space="preserve"> </w:t>
            </w:r>
            <w:proofErr w:type="gramStart"/>
            <w:r w:rsidRPr="00580745">
              <w:rPr>
                <w:rFonts w:ascii="Times New Roman" w:eastAsia="Calibri" w:hAnsi="Times New Roman" w:cs="Times New Roman"/>
                <w:lang w:val="sv-SE"/>
              </w:rPr>
              <w:t>6 :</w:t>
            </w:r>
            <w:proofErr w:type="gramEnd"/>
          </w:p>
          <w:p w14:paraId="671540A9" w14:textId="77777777" w:rsidR="006648BB" w:rsidRPr="00580745" w:rsidRDefault="006648BB" w:rsidP="005418A8">
            <w:pPr>
              <w:rPr>
                <w:rFonts w:ascii="Times New Roman" w:eastAsia="Calibri" w:hAnsi="Times New Roman" w:cs="Times New Roman"/>
                <w:lang w:val="sv-SE"/>
              </w:rPr>
            </w:pPr>
            <w:proofErr w:type="gramStart"/>
            <w:r w:rsidRPr="00580745">
              <w:rPr>
                <w:rFonts w:ascii="Times New Roman" w:eastAsia="Calibri" w:hAnsi="Times New Roman" w:cs="Times New Roman"/>
                <w:lang w:val="sv-SE"/>
              </w:rPr>
              <w:t>1 :</w:t>
            </w:r>
            <w:proofErr w:type="gramEnd"/>
            <w:r w:rsidRPr="00580745">
              <w:rPr>
                <w:rFonts w:ascii="Times New Roman" w:eastAsia="Calibri" w:hAnsi="Times New Roman" w:cs="Times New Roman"/>
                <w:lang w:val="sv-SE"/>
              </w:rPr>
              <w:t xml:space="preserve"> </w:t>
            </w:r>
            <w:proofErr w:type="spellStart"/>
            <w:r w:rsidRPr="00580745">
              <w:rPr>
                <w:rFonts w:ascii="Times New Roman" w:eastAsia="Calibri" w:hAnsi="Times New Roman" w:cs="Times New Roman"/>
                <w:lang w:val="sv-SE"/>
              </w:rPr>
              <w:t>Meningkat</w:t>
            </w:r>
            <w:proofErr w:type="spellEnd"/>
          </w:p>
          <w:p w14:paraId="355E715B" w14:textId="77777777" w:rsidR="006648BB" w:rsidRPr="00580745" w:rsidRDefault="006648BB" w:rsidP="005418A8">
            <w:pPr>
              <w:rPr>
                <w:rFonts w:ascii="Times New Roman" w:eastAsia="Calibri" w:hAnsi="Times New Roman" w:cs="Times New Roman"/>
                <w:lang w:val="sv-SE"/>
              </w:rPr>
            </w:pPr>
            <w:proofErr w:type="gramStart"/>
            <w:r w:rsidRPr="00580745">
              <w:rPr>
                <w:rFonts w:ascii="Times New Roman" w:eastAsia="Calibri" w:hAnsi="Times New Roman" w:cs="Times New Roman"/>
                <w:lang w:val="sv-SE"/>
              </w:rPr>
              <w:t>2 :</w:t>
            </w:r>
            <w:proofErr w:type="gramEnd"/>
            <w:r w:rsidRPr="00580745">
              <w:rPr>
                <w:rFonts w:ascii="Times New Roman" w:eastAsia="Calibri" w:hAnsi="Times New Roman" w:cs="Times New Roman"/>
                <w:lang w:val="sv-SE"/>
              </w:rPr>
              <w:t xml:space="preserve"> </w:t>
            </w:r>
            <w:proofErr w:type="spellStart"/>
            <w:r w:rsidRPr="00580745">
              <w:rPr>
                <w:rFonts w:ascii="Times New Roman" w:eastAsia="Calibri" w:hAnsi="Times New Roman" w:cs="Times New Roman"/>
                <w:lang w:val="sv-SE"/>
              </w:rPr>
              <w:t>Cukup</w:t>
            </w:r>
            <w:proofErr w:type="spellEnd"/>
            <w:r w:rsidRPr="00580745">
              <w:rPr>
                <w:rFonts w:ascii="Times New Roman" w:eastAsia="Calibri" w:hAnsi="Times New Roman" w:cs="Times New Roman"/>
                <w:lang w:val="sv-SE"/>
              </w:rPr>
              <w:t xml:space="preserve"> </w:t>
            </w:r>
            <w:proofErr w:type="spellStart"/>
            <w:r w:rsidRPr="00580745">
              <w:rPr>
                <w:rFonts w:ascii="Times New Roman" w:eastAsia="Calibri" w:hAnsi="Times New Roman" w:cs="Times New Roman"/>
                <w:lang w:val="sv-SE"/>
              </w:rPr>
              <w:t>Meningkat</w:t>
            </w:r>
            <w:proofErr w:type="spellEnd"/>
          </w:p>
          <w:p w14:paraId="032F8FBF"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 xml:space="preserve">3: </w:t>
            </w:r>
            <w:proofErr w:type="spellStart"/>
            <w:r w:rsidRPr="00580745">
              <w:rPr>
                <w:rFonts w:ascii="Times New Roman" w:eastAsia="Calibri" w:hAnsi="Times New Roman" w:cs="Times New Roman"/>
                <w:lang w:val="sv-SE"/>
              </w:rPr>
              <w:t>Sedang</w:t>
            </w:r>
            <w:proofErr w:type="spellEnd"/>
          </w:p>
          <w:p w14:paraId="52AA4423" w14:textId="77777777" w:rsidR="006648BB" w:rsidRPr="00580745" w:rsidRDefault="006648BB" w:rsidP="005418A8">
            <w:pPr>
              <w:rPr>
                <w:rFonts w:ascii="Times New Roman" w:eastAsia="Calibri" w:hAnsi="Times New Roman" w:cs="Times New Roman"/>
              </w:rPr>
            </w:pPr>
            <w:proofErr w:type="gramStart"/>
            <w:r w:rsidRPr="00580745">
              <w:rPr>
                <w:rFonts w:ascii="Times New Roman" w:eastAsia="Calibri" w:hAnsi="Times New Roman" w:cs="Times New Roman"/>
              </w:rPr>
              <w:t>4 :</w:t>
            </w:r>
            <w:proofErr w:type="gram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Cukup</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Menurun</w:t>
            </w:r>
            <w:proofErr w:type="spellEnd"/>
            <w:r w:rsidRPr="00580745">
              <w:rPr>
                <w:rFonts w:ascii="Times New Roman" w:eastAsia="Calibri" w:hAnsi="Times New Roman" w:cs="Times New Roman"/>
              </w:rPr>
              <w:t xml:space="preserve"> </w:t>
            </w:r>
          </w:p>
          <w:p w14:paraId="6904E3EF"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 xml:space="preserve">5: </w:t>
            </w:r>
            <w:proofErr w:type="spellStart"/>
            <w:r w:rsidRPr="00580745">
              <w:rPr>
                <w:rFonts w:ascii="Times New Roman" w:eastAsia="Calibri" w:hAnsi="Times New Roman" w:cs="Times New Roman"/>
              </w:rPr>
              <w:t>Menurun</w:t>
            </w:r>
            <w:proofErr w:type="spellEnd"/>
          </w:p>
        </w:tc>
      </w:tr>
      <w:tr w:rsidR="006648BB" w:rsidRPr="00580745" w14:paraId="3CC2D585" w14:textId="77777777" w:rsidTr="004A13A3">
        <w:trPr>
          <w:jc w:val="center"/>
        </w:trPr>
        <w:tc>
          <w:tcPr>
            <w:tcW w:w="412" w:type="dxa"/>
            <w:tcBorders>
              <w:top w:val="single" w:sz="4" w:space="0" w:color="auto"/>
              <w:left w:val="nil"/>
              <w:bottom w:val="nil"/>
              <w:right w:val="nil"/>
            </w:tcBorders>
          </w:tcPr>
          <w:p w14:paraId="22D3848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w:t>
            </w:r>
          </w:p>
        </w:tc>
        <w:tc>
          <w:tcPr>
            <w:tcW w:w="990" w:type="dxa"/>
            <w:tcBorders>
              <w:top w:val="single" w:sz="4" w:space="0" w:color="auto"/>
              <w:left w:val="nil"/>
              <w:bottom w:val="nil"/>
              <w:right w:val="nil"/>
            </w:tcBorders>
            <w:vAlign w:val="center"/>
          </w:tcPr>
          <w:p w14:paraId="2790E612" w14:textId="77777777" w:rsidR="006648BB" w:rsidRPr="00580745" w:rsidRDefault="006648BB" w:rsidP="005418A8">
            <w:pPr>
              <w:rPr>
                <w:rFonts w:ascii="Times New Roman" w:eastAsia="Calibri" w:hAnsi="Times New Roman" w:cs="Times New Roman"/>
              </w:rPr>
            </w:pPr>
            <w:proofErr w:type="spellStart"/>
            <w:r w:rsidRPr="00580745">
              <w:rPr>
                <w:rFonts w:ascii="Times New Roman" w:eastAsia="Calibri" w:hAnsi="Times New Roman" w:cs="Times New Roman"/>
              </w:rPr>
              <w:t>Tekanan</w:t>
            </w:r>
            <w:proofErr w:type="spellEnd"/>
            <w:r w:rsidRPr="00580745">
              <w:rPr>
                <w:rFonts w:ascii="Times New Roman" w:eastAsia="Calibri" w:hAnsi="Times New Roman" w:cs="Times New Roman"/>
              </w:rPr>
              <w:t xml:space="preserve"> Darah</w:t>
            </w:r>
          </w:p>
        </w:tc>
        <w:tc>
          <w:tcPr>
            <w:tcW w:w="661" w:type="dxa"/>
            <w:tcBorders>
              <w:top w:val="single" w:sz="4" w:space="0" w:color="auto"/>
              <w:left w:val="nil"/>
              <w:bottom w:val="nil"/>
              <w:right w:val="nil"/>
            </w:tcBorders>
          </w:tcPr>
          <w:p w14:paraId="7CD71A0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124/85</w:t>
            </w:r>
          </w:p>
        </w:tc>
        <w:tc>
          <w:tcPr>
            <w:tcW w:w="444" w:type="dxa"/>
            <w:tcBorders>
              <w:top w:val="single" w:sz="4" w:space="0" w:color="auto"/>
              <w:left w:val="nil"/>
              <w:bottom w:val="nil"/>
              <w:right w:val="nil"/>
            </w:tcBorders>
          </w:tcPr>
          <w:p w14:paraId="630D6D8E"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95/63</w:t>
            </w:r>
          </w:p>
        </w:tc>
        <w:tc>
          <w:tcPr>
            <w:tcW w:w="567" w:type="dxa"/>
            <w:tcBorders>
              <w:top w:val="single" w:sz="4" w:space="0" w:color="auto"/>
              <w:left w:val="nil"/>
              <w:bottom w:val="nil"/>
              <w:right w:val="nil"/>
            </w:tcBorders>
          </w:tcPr>
          <w:p w14:paraId="1530CEA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94/68</w:t>
            </w:r>
          </w:p>
        </w:tc>
        <w:tc>
          <w:tcPr>
            <w:tcW w:w="567" w:type="dxa"/>
            <w:tcBorders>
              <w:top w:val="single" w:sz="4" w:space="0" w:color="auto"/>
              <w:left w:val="nil"/>
              <w:bottom w:val="nil"/>
              <w:right w:val="nil"/>
            </w:tcBorders>
          </w:tcPr>
          <w:p w14:paraId="0C74D65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98/66</w:t>
            </w:r>
          </w:p>
        </w:tc>
        <w:tc>
          <w:tcPr>
            <w:tcW w:w="567" w:type="dxa"/>
            <w:tcBorders>
              <w:top w:val="single" w:sz="4" w:space="0" w:color="auto"/>
              <w:left w:val="nil"/>
              <w:bottom w:val="nil"/>
              <w:right w:val="nil"/>
            </w:tcBorders>
          </w:tcPr>
          <w:p w14:paraId="795013E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97/60</w:t>
            </w:r>
          </w:p>
        </w:tc>
        <w:tc>
          <w:tcPr>
            <w:tcW w:w="567" w:type="dxa"/>
            <w:tcBorders>
              <w:top w:val="single" w:sz="4" w:space="0" w:color="auto"/>
              <w:left w:val="nil"/>
              <w:bottom w:val="nil"/>
              <w:right w:val="nil"/>
            </w:tcBorders>
          </w:tcPr>
          <w:p w14:paraId="10199E7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100/69</w:t>
            </w:r>
          </w:p>
        </w:tc>
        <w:tc>
          <w:tcPr>
            <w:tcW w:w="567" w:type="dxa"/>
            <w:tcBorders>
              <w:top w:val="single" w:sz="4" w:space="0" w:color="auto"/>
              <w:left w:val="nil"/>
              <w:bottom w:val="nil"/>
              <w:right w:val="nil"/>
            </w:tcBorders>
          </w:tcPr>
          <w:p w14:paraId="41E1827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101/78</w:t>
            </w:r>
          </w:p>
        </w:tc>
        <w:tc>
          <w:tcPr>
            <w:tcW w:w="567" w:type="dxa"/>
            <w:tcBorders>
              <w:top w:val="single" w:sz="4" w:space="0" w:color="auto"/>
              <w:left w:val="nil"/>
              <w:bottom w:val="nil"/>
              <w:right w:val="nil"/>
            </w:tcBorders>
          </w:tcPr>
          <w:p w14:paraId="0356E86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98/65</w:t>
            </w:r>
          </w:p>
        </w:tc>
        <w:tc>
          <w:tcPr>
            <w:tcW w:w="567" w:type="dxa"/>
            <w:tcBorders>
              <w:top w:val="single" w:sz="4" w:space="0" w:color="auto"/>
              <w:left w:val="nil"/>
              <w:bottom w:val="nil"/>
              <w:right w:val="nil"/>
            </w:tcBorders>
          </w:tcPr>
          <w:p w14:paraId="381E4A6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101/75</w:t>
            </w:r>
          </w:p>
        </w:tc>
        <w:tc>
          <w:tcPr>
            <w:tcW w:w="567" w:type="dxa"/>
            <w:tcBorders>
              <w:top w:val="single" w:sz="4" w:space="0" w:color="auto"/>
              <w:left w:val="nil"/>
              <w:bottom w:val="nil"/>
              <w:right w:val="nil"/>
            </w:tcBorders>
          </w:tcPr>
          <w:p w14:paraId="7D181CF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113/79</w:t>
            </w:r>
          </w:p>
        </w:tc>
        <w:tc>
          <w:tcPr>
            <w:tcW w:w="567" w:type="dxa"/>
            <w:tcBorders>
              <w:top w:val="single" w:sz="4" w:space="0" w:color="auto"/>
              <w:left w:val="nil"/>
              <w:bottom w:val="nil"/>
              <w:right w:val="nil"/>
            </w:tcBorders>
          </w:tcPr>
          <w:p w14:paraId="211D072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115/80</w:t>
            </w:r>
          </w:p>
        </w:tc>
        <w:tc>
          <w:tcPr>
            <w:tcW w:w="567" w:type="dxa"/>
            <w:tcBorders>
              <w:top w:val="single" w:sz="4" w:space="0" w:color="auto"/>
              <w:left w:val="nil"/>
              <w:bottom w:val="nil"/>
              <w:right w:val="nil"/>
            </w:tcBorders>
          </w:tcPr>
          <w:p w14:paraId="71A74225"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111/76</w:t>
            </w:r>
          </w:p>
        </w:tc>
        <w:tc>
          <w:tcPr>
            <w:tcW w:w="567" w:type="dxa"/>
            <w:tcBorders>
              <w:top w:val="single" w:sz="4" w:space="0" w:color="auto"/>
              <w:left w:val="nil"/>
              <w:bottom w:val="nil"/>
              <w:right w:val="nil"/>
            </w:tcBorders>
          </w:tcPr>
          <w:p w14:paraId="38A17862"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112/79</w:t>
            </w:r>
          </w:p>
        </w:tc>
        <w:tc>
          <w:tcPr>
            <w:tcW w:w="578" w:type="dxa"/>
            <w:tcBorders>
              <w:top w:val="single" w:sz="4" w:space="0" w:color="auto"/>
              <w:left w:val="nil"/>
              <w:bottom w:val="nil"/>
              <w:right w:val="nil"/>
            </w:tcBorders>
          </w:tcPr>
          <w:p w14:paraId="259413A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118/76</w:t>
            </w:r>
          </w:p>
        </w:tc>
      </w:tr>
      <w:tr w:rsidR="006648BB" w:rsidRPr="00580745" w14:paraId="3C8C779E" w14:textId="77777777" w:rsidTr="004A13A3">
        <w:trPr>
          <w:jc w:val="center"/>
        </w:trPr>
        <w:tc>
          <w:tcPr>
            <w:tcW w:w="412" w:type="dxa"/>
            <w:tcBorders>
              <w:top w:val="nil"/>
              <w:left w:val="nil"/>
              <w:bottom w:val="single" w:sz="4" w:space="0" w:color="auto"/>
              <w:right w:val="nil"/>
            </w:tcBorders>
          </w:tcPr>
          <w:p w14:paraId="19861FB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90" w:type="dxa"/>
            <w:tcBorders>
              <w:top w:val="nil"/>
              <w:left w:val="nil"/>
              <w:bottom w:val="single" w:sz="4" w:space="0" w:color="auto"/>
              <w:right w:val="nil"/>
            </w:tcBorders>
            <w:vAlign w:val="center"/>
          </w:tcPr>
          <w:p w14:paraId="497B857F" w14:textId="77777777" w:rsidR="006648BB" w:rsidRPr="00580745" w:rsidRDefault="006648BB" w:rsidP="005418A8">
            <w:pPr>
              <w:rPr>
                <w:rFonts w:ascii="Times New Roman" w:eastAsia="Calibri" w:hAnsi="Times New Roman" w:cs="Times New Roman"/>
              </w:rPr>
            </w:pPr>
            <w:proofErr w:type="spellStart"/>
            <w:r w:rsidRPr="00580745">
              <w:rPr>
                <w:rFonts w:ascii="Times New Roman" w:eastAsia="Calibri" w:hAnsi="Times New Roman" w:cs="Times New Roman"/>
              </w:rPr>
              <w:t>Nadi</w:t>
            </w:r>
            <w:proofErr w:type="spellEnd"/>
          </w:p>
        </w:tc>
        <w:tc>
          <w:tcPr>
            <w:tcW w:w="661" w:type="dxa"/>
            <w:tcBorders>
              <w:top w:val="nil"/>
              <w:left w:val="nil"/>
              <w:bottom w:val="single" w:sz="4" w:space="0" w:color="auto"/>
              <w:right w:val="nil"/>
            </w:tcBorders>
          </w:tcPr>
          <w:p w14:paraId="22BD470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95</w:t>
            </w:r>
          </w:p>
        </w:tc>
        <w:tc>
          <w:tcPr>
            <w:tcW w:w="444" w:type="dxa"/>
            <w:tcBorders>
              <w:top w:val="nil"/>
              <w:left w:val="nil"/>
              <w:bottom w:val="single" w:sz="4" w:space="0" w:color="auto"/>
              <w:right w:val="nil"/>
            </w:tcBorders>
          </w:tcPr>
          <w:p w14:paraId="525BCFD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65</w:t>
            </w:r>
          </w:p>
        </w:tc>
        <w:tc>
          <w:tcPr>
            <w:tcW w:w="567" w:type="dxa"/>
            <w:tcBorders>
              <w:top w:val="nil"/>
              <w:left w:val="nil"/>
              <w:bottom w:val="single" w:sz="4" w:space="0" w:color="auto"/>
              <w:right w:val="nil"/>
            </w:tcBorders>
          </w:tcPr>
          <w:p w14:paraId="2740FFD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70</w:t>
            </w:r>
          </w:p>
        </w:tc>
        <w:tc>
          <w:tcPr>
            <w:tcW w:w="567" w:type="dxa"/>
            <w:tcBorders>
              <w:top w:val="nil"/>
              <w:left w:val="nil"/>
              <w:bottom w:val="single" w:sz="4" w:space="0" w:color="auto"/>
              <w:right w:val="nil"/>
            </w:tcBorders>
          </w:tcPr>
          <w:p w14:paraId="03A480D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78</w:t>
            </w:r>
          </w:p>
        </w:tc>
        <w:tc>
          <w:tcPr>
            <w:tcW w:w="567" w:type="dxa"/>
            <w:tcBorders>
              <w:top w:val="nil"/>
              <w:left w:val="nil"/>
              <w:bottom w:val="single" w:sz="4" w:space="0" w:color="auto"/>
              <w:right w:val="nil"/>
            </w:tcBorders>
          </w:tcPr>
          <w:p w14:paraId="58EEF9B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53</w:t>
            </w:r>
          </w:p>
        </w:tc>
        <w:tc>
          <w:tcPr>
            <w:tcW w:w="567" w:type="dxa"/>
            <w:tcBorders>
              <w:top w:val="nil"/>
              <w:left w:val="nil"/>
              <w:bottom w:val="single" w:sz="4" w:space="0" w:color="auto"/>
              <w:right w:val="nil"/>
            </w:tcBorders>
          </w:tcPr>
          <w:p w14:paraId="62EDC96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65</w:t>
            </w:r>
          </w:p>
        </w:tc>
        <w:tc>
          <w:tcPr>
            <w:tcW w:w="567" w:type="dxa"/>
            <w:tcBorders>
              <w:top w:val="nil"/>
              <w:left w:val="nil"/>
              <w:bottom w:val="single" w:sz="4" w:space="0" w:color="auto"/>
              <w:right w:val="nil"/>
            </w:tcBorders>
          </w:tcPr>
          <w:p w14:paraId="57534C0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74</w:t>
            </w:r>
          </w:p>
        </w:tc>
        <w:tc>
          <w:tcPr>
            <w:tcW w:w="567" w:type="dxa"/>
            <w:tcBorders>
              <w:top w:val="nil"/>
              <w:left w:val="nil"/>
              <w:bottom w:val="single" w:sz="4" w:space="0" w:color="auto"/>
              <w:right w:val="nil"/>
            </w:tcBorders>
          </w:tcPr>
          <w:p w14:paraId="3199894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76</w:t>
            </w:r>
          </w:p>
        </w:tc>
        <w:tc>
          <w:tcPr>
            <w:tcW w:w="567" w:type="dxa"/>
            <w:tcBorders>
              <w:top w:val="nil"/>
              <w:left w:val="nil"/>
              <w:bottom w:val="single" w:sz="4" w:space="0" w:color="auto"/>
              <w:right w:val="nil"/>
            </w:tcBorders>
          </w:tcPr>
          <w:p w14:paraId="6A35557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70</w:t>
            </w:r>
          </w:p>
        </w:tc>
        <w:tc>
          <w:tcPr>
            <w:tcW w:w="567" w:type="dxa"/>
            <w:tcBorders>
              <w:top w:val="nil"/>
              <w:left w:val="nil"/>
              <w:bottom w:val="single" w:sz="4" w:space="0" w:color="auto"/>
              <w:right w:val="nil"/>
            </w:tcBorders>
          </w:tcPr>
          <w:p w14:paraId="1B1CB82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78</w:t>
            </w:r>
          </w:p>
        </w:tc>
        <w:tc>
          <w:tcPr>
            <w:tcW w:w="567" w:type="dxa"/>
            <w:tcBorders>
              <w:top w:val="nil"/>
              <w:left w:val="nil"/>
              <w:bottom w:val="single" w:sz="4" w:space="0" w:color="auto"/>
              <w:right w:val="nil"/>
            </w:tcBorders>
          </w:tcPr>
          <w:p w14:paraId="37D1AF0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75</w:t>
            </w:r>
          </w:p>
        </w:tc>
        <w:tc>
          <w:tcPr>
            <w:tcW w:w="567" w:type="dxa"/>
            <w:tcBorders>
              <w:top w:val="nil"/>
              <w:left w:val="nil"/>
              <w:bottom w:val="single" w:sz="4" w:space="0" w:color="auto"/>
              <w:right w:val="nil"/>
            </w:tcBorders>
          </w:tcPr>
          <w:p w14:paraId="02344084"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78</w:t>
            </w:r>
          </w:p>
        </w:tc>
        <w:tc>
          <w:tcPr>
            <w:tcW w:w="567" w:type="dxa"/>
            <w:tcBorders>
              <w:top w:val="nil"/>
              <w:left w:val="nil"/>
              <w:bottom w:val="single" w:sz="4" w:space="0" w:color="auto"/>
              <w:right w:val="nil"/>
            </w:tcBorders>
          </w:tcPr>
          <w:p w14:paraId="299BB86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76</w:t>
            </w:r>
          </w:p>
        </w:tc>
        <w:tc>
          <w:tcPr>
            <w:tcW w:w="578" w:type="dxa"/>
            <w:tcBorders>
              <w:top w:val="nil"/>
              <w:left w:val="nil"/>
              <w:bottom w:val="single" w:sz="4" w:space="0" w:color="auto"/>
              <w:right w:val="nil"/>
            </w:tcBorders>
          </w:tcPr>
          <w:p w14:paraId="55FF41C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80</w:t>
            </w:r>
          </w:p>
        </w:tc>
      </w:tr>
    </w:tbl>
    <w:p w14:paraId="73D5C4EF" w14:textId="77777777" w:rsidR="006648BB" w:rsidRDefault="006648BB" w:rsidP="006648BB">
      <w:pPr>
        <w:spacing w:after="0" w:line="480" w:lineRule="auto"/>
        <w:rPr>
          <w:rFonts w:ascii="Times New Roman" w:hAnsi="Times New Roman" w:cs="Times New Roman"/>
          <w:sz w:val="24"/>
          <w:szCs w:val="24"/>
        </w:rPr>
      </w:pPr>
    </w:p>
    <w:tbl>
      <w:tblPr>
        <w:tblStyle w:val="TableGrid3"/>
        <w:tblW w:w="9311" w:type="dxa"/>
        <w:jc w:val="center"/>
        <w:tblLayout w:type="fixed"/>
        <w:tblLook w:val="04A0" w:firstRow="1" w:lastRow="0" w:firstColumn="1" w:lastColumn="0" w:noHBand="0" w:noVBand="1"/>
      </w:tblPr>
      <w:tblGrid>
        <w:gridCol w:w="412"/>
        <w:gridCol w:w="990"/>
        <w:gridCol w:w="661"/>
        <w:gridCol w:w="444"/>
        <w:gridCol w:w="567"/>
        <w:gridCol w:w="567"/>
        <w:gridCol w:w="567"/>
        <w:gridCol w:w="567"/>
        <w:gridCol w:w="567"/>
        <w:gridCol w:w="567"/>
        <w:gridCol w:w="567"/>
        <w:gridCol w:w="567"/>
        <w:gridCol w:w="567"/>
        <w:gridCol w:w="567"/>
        <w:gridCol w:w="567"/>
        <w:gridCol w:w="567"/>
      </w:tblGrid>
      <w:tr w:rsidR="006648BB" w:rsidRPr="00580745" w14:paraId="1C4C6A70" w14:textId="77777777" w:rsidTr="004A13A3">
        <w:trPr>
          <w:trHeight w:val="251"/>
          <w:jc w:val="center"/>
        </w:trPr>
        <w:tc>
          <w:tcPr>
            <w:tcW w:w="412" w:type="dxa"/>
            <w:vMerge w:val="restart"/>
            <w:tcBorders>
              <w:top w:val="single" w:sz="4" w:space="0" w:color="auto"/>
              <w:left w:val="nil"/>
              <w:bottom w:val="single" w:sz="4" w:space="0" w:color="auto"/>
              <w:right w:val="nil"/>
            </w:tcBorders>
            <w:hideMark/>
          </w:tcPr>
          <w:p w14:paraId="6AF0EB2D" w14:textId="77777777" w:rsidR="006648BB" w:rsidRPr="00580745" w:rsidRDefault="006648BB" w:rsidP="005418A8">
            <w:pPr>
              <w:jc w:val="center"/>
              <w:rPr>
                <w:rFonts w:ascii="Times New Roman" w:eastAsia="Calibri" w:hAnsi="Times New Roman" w:cs="Times New Roman"/>
                <w:lang w:val="id-ID"/>
              </w:rPr>
            </w:pPr>
            <w:proofErr w:type="spellStart"/>
            <w:r w:rsidRPr="00580745">
              <w:rPr>
                <w:rFonts w:ascii="Times New Roman" w:eastAsia="Calibri" w:hAnsi="Times New Roman" w:cs="Times New Roman"/>
                <w:lang w:val="id-ID"/>
              </w:rPr>
              <w:t>No</w:t>
            </w:r>
            <w:proofErr w:type="spellEnd"/>
          </w:p>
        </w:tc>
        <w:tc>
          <w:tcPr>
            <w:tcW w:w="990" w:type="dxa"/>
            <w:vMerge w:val="restart"/>
            <w:tcBorders>
              <w:top w:val="single" w:sz="4" w:space="0" w:color="auto"/>
              <w:left w:val="nil"/>
              <w:bottom w:val="single" w:sz="4" w:space="0" w:color="auto"/>
              <w:right w:val="nil"/>
            </w:tcBorders>
            <w:hideMark/>
          </w:tcPr>
          <w:p w14:paraId="377AFBFC"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Indikator</w:t>
            </w:r>
          </w:p>
        </w:tc>
        <w:tc>
          <w:tcPr>
            <w:tcW w:w="7909" w:type="dxa"/>
            <w:gridSpan w:val="14"/>
            <w:tcBorders>
              <w:top w:val="single" w:sz="4" w:space="0" w:color="auto"/>
              <w:left w:val="nil"/>
              <w:bottom w:val="single" w:sz="4" w:space="0" w:color="auto"/>
              <w:right w:val="nil"/>
            </w:tcBorders>
            <w:hideMark/>
          </w:tcPr>
          <w:p w14:paraId="0421B5E9" w14:textId="77777777" w:rsidR="006648BB" w:rsidRPr="00580745" w:rsidRDefault="006648BB" w:rsidP="005418A8">
            <w:pPr>
              <w:jc w:val="center"/>
              <w:rPr>
                <w:rFonts w:ascii="Times New Roman" w:eastAsia="Calibri" w:hAnsi="Times New Roman" w:cs="Times New Roman"/>
                <w:lang w:val="sv-SE"/>
              </w:rPr>
            </w:pPr>
            <w:proofErr w:type="spellStart"/>
            <w:proofErr w:type="gramStart"/>
            <w:r w:rsidRPr="00580745">
              <w:rPr>
                <w:rFonts w:ascii="Times New Roman" w:eastAsia="Calibri" w:hAnsi="Times New Roman" w:cs="Times New Roman"/>
                <w:lang w:val="sv-SE"/>
              </w:rPr>
              <w:t>Nama</w:t>
            </w:r>
            <w:proofErr w:type="spellEnd"/>
            <w:r w:rsidRPr="00580745">
              <w:rPr>
                <w:rFonts w:ascii="Times New Roman" w:eastAsia="Calibri" w:hAnsi="Times New Roman" w:cs="Times New Roman"/>
                <w:lang w:val="sv-SE"/>
              </w:rPr>
              <w:t xml:space="preserve"> :</w:t>
            </w:r>
            <w:proofErr w:type="gramEnd"/>
            <w:r w:rsidRPr="00580745">
              <w:rPr>
                <w:rFonts w:ascii="Times New Roman" w:eastAsia="Calibri" w:hAnsi="Times New Roman" w:cs="Times New Roman"/>
                <w:lang w:val="sv-SE"/>
              </w:rPr>
              <w:t xml:space="preserve"> </w:t>
            </w:r>
            <w:proofErr w:type="spellStart"/>
            <w:r w:rsidRPr="00580745">
              <w:rPr>
                <w:rFonts w:ascii="Times New Roman" w:eastAsia="Calibri" w:hAnsi="Times New Roman" w:cs="Times New Roman"/>
                <w:lang w:val="sv-SE"/>
              </w:rPr>
              <w:t>Nn.F</w:t>
            </w:r>
            <w:proofErr w:type="spellEnd"/>
            <w:r w:rsidRPr="00580745">
              <w:rPr>
                <w:rFonts w:ascii="Times New Roman" w:eastAsia="Calibri" w:hAnsi="Times New Roman" w:cs="Times New Roman"/>
                <w:lang w:val="sv-SE"/>
              </w:rPr>
              <w:t xml:space="preserve">     </w:t>
            </w:r>
            <w:proofErr w:type="spellStart"/>
            <w:r w:rsidRPr="00580745">
              <w:rPr>
                <w:rFonts w:ascii="Times New Roman" w:eastAsia="Calibri" w:hAnsi="Times New Roman" w:cs="Times New Roman"/>
                <w:lang w:val="sv-SE"/>
              </w:rPr>
              <w:t>Waktu</w:t>
            </w:r>
            <w:proofErr w:type="spellEnd"/>
            <w:r w:rsidRPr="00580745">
              <w:rPr>
                <w:rFonts w:ascii="Times New Roman" w:eastAsia="Calibri" w:hAnsi="Times New Roman" w:cs="Times New Roman"/>
                <w:lang w:val="sv-SE"/>
              </w:rPr>
              <w:t xml:space="preserve"> : </w:t>
            </w:r>
            <w:proofErr w:type="spellStart"/>
            <w:r w:rsidRPr="00580745">
              <w:rPr>
                <w:rFonts w:ascii="Times New Roman" w:eastAsia="Calibri" w:hAnsi="Times New Roman" w:cs="Times New Roman"/>
                <w:lang w:val="sv-SE"/>
              </w:rPr>
              <w:t>Siang</w:t>
            </w:r>
            <w:proofErr w:type="spellEnd"/>
            <w:r w:rsidRPr="00580745">
              <w:rPr>
                <w:rFonts w:ascii="Times New Roman" w:eastAsia="Calibri" w:hAnsi="Times New Roman" w:cs="Times New Roman"/>
                <w:lang w:val="sv-SE"/>
              </w:rPr>
              <w:t xml:space="preserve"> </w:t>
            </w:r>
          </w:p>
        </w:tc>
      </w:tr>
      <w:tr w:rsidR="006648BB" w:rsidRPr="00580745" w14:paraId="6C57B1BB" w14:textId="77777777" w:rsidTr="004A13A3">
        <w:trPr>
          <w:jc w:val="center"/>
        </w:trPr>
        <w:tc>
          <w:tcPr>
            <w:tcW w:w="412" w:type="dxa"/>
            <w:vMerge/>
            <w:tcBorders>
              <w:top w:val="single" w:sz="4" w:space="0" w:color="auto"/>
              <w:left w:val="nil"/>
              <w:bottom w:val="single" w:sz="4" w:space="0" w:color="auto"/>
              <w:right w:val="nil"/>
            </w:tcBorders>
            <w:vAlign w:val="center"/>
            <w:hideMark/>
          </w:tcPr>
          <w:p w14:paraId="3A9C0668" w14:textId="77777777" w:rsidR="006648BB" w:rsidRPr="00580745" w:rsidRDefault="006648BB" w:rsidP="005418A8">
            <w:pPr>
              <w:rPr>
                <w:rFonts w:ascii="Times New Roman" w:eastAsia="Calibri" w:hAnsi="Times New Roman" w:cs="Times New Roman"/>
                <w:kern w:val="2"/>
                <w:lang w:val="id-ID"/>
                <w14:ligatures w14:val="standardContextual"/>
              </w:rPr>
            </w:pPr>
          </w:p>
        </w:tc>
        <w:tc>
          <w:tcPr>
            <w:tcW w:w="990" w:type="dxa"/>
            <w:vMerge/>
            <w:tcBorders>
              <w:top w:val="single" w:sz="4" w:space="0" w:color="auto"/>
              <w:left w:val="nil"/>
              <w:bottom w:val="single" w:sz="4" w:space="0" w:color="auto"/>
              <w:right w:val="nil"/>
            </w:tcBorders>
            <w:vAlign w:val="center"/>
            <w:hideMark/>
          </w:tcPr>
          <w:p w14:paraId="0EAE94B5" w14:textId="77777777" w:rsidR="006648BB" w:rsidRPr="00580745" w:rsidRDefault="006648BB" w:rsidP="005418A8">
            <w:pPr>
              <w:rPr>
                <w:rFonts w:ascii="Times New Roman" w:eastAsia="Calibri" w:hAnsi="Times New Roman" w:cs="Times New Roman"/>
                <w:kern w:val="2"/>
                <w:lang w:val="id-ID"/>
                <w14:ligatures w14:val="standardContextual"/>
              </w:rPr>
            </w:pPr>
          </w:p>
        </w:tc>
        <w:tc>
          <w:tcPr>
            <w:tcW w:w="661" w:type="dxa"/>
            <w:tcBorders>
              <w:top w:val="single" w:sz="4" w:space="0" w:color="auto"/>
              <w:left w:val="nil"/>
              <w:bottom w:val="single" w:sz="4" w:space="0" w:color="auto"/>
              <w:right w:val="nil"/>
            </w:tcBorders>
            <w:hideMark/>
          </w:tcPr>
          <w:p w14:paraId="5A8B9DD2"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H1</w:t>
            </w:r>
          </w:p>
        </w:tc>
        <w:tc>
          <w:tcPr>
            <w:tcW w:w="444" w:type="dxa"/>
            <w:tcBorders>
              <w:top w:val="single" w:sz="4" w:space="0" w:color="auto"/>
              <w:left w:val="nil"/>
              <w:bottom w:val="single" w:sz="4" w:space="0" w:color="auto"/>
              <w:right w:val="nil"/>
            </w:tcBorders>
            <w:hideMark/>
          </w:tcPr>
          <w:p w14:paraId="393278BA"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H2</w:t>
            </w:r>
          </w:p>
        </w:tc>
        <w:tc>
          <w:tcPr>
            <w:tcW w:w="567" w:type="dxa"/>
            <w:tcBorders>
              <w:top w:val="single" w:sz="4" w:space="0" w:color="auto"/>
              <w:left w:val="nil"/>
              <w:bottom w:val="single" w:sz="4" w:space="0" w:color="auto"/>
              <w:right w:val="nil"/>
            </w:tcBorders>
            <w:hideMark/>
          </w:tcPr>
          <w:p w14:paraId="604E3F93"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H3</w:t>
            </w:r>
          </w:p>
        </w:tc>
        <w:tc>
          <w:tcPr>
            <w:tcW w:w="567" w:type="dxa"/>
            <w:tcBorders>
              <w:top w:val="single" w:sz="4" w:space="0" w:color="auto"/>
              <w:left w:val="nil"/>
              <w:bottom w:val="single" w:sz="4" w:space="0" w:color="auto"/>
              <w:right w:val="nil"/>
            </w:tcBorders>
            <w:hideMark/>
          </w:tcPr>
          <w:p w14:paraId="34E9D999"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H4</w:t>
            </w:r>
          </w:p>
        </w:tc>
        <w:tc>
          <w:tcPr>
            <w:tcW w:w="567" w:type="dxa"/>
            <w:tcBorders>
              <w:top w:val="single" w:sz="4" w:space="0" w:color="auto"/>
              <w:left w:val="nil"/>
              <w:bottom w:val="single" w:sz="4" w:space="0" w:color="auto"/>
              <w:right w:val="nil"/>
            </w:tcBorders>
            <w:hideMark/>
          </w:tcPr>
          <w:p w14:paraId="0A4D8B5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5</w:t>
            </w:r>
          </w:p>
        </w:tc>
        <w:tc>
          <w:tcPr>
            <w:tcW w:w="567" w:type="dxa"/>
            <w:tcBorders>
              <w:top w:val="single" w:sz="4" w:space="0" w:color="auto"/>
              <w:left w:val="nil"/>
              <w:bottom w:val="single" w:sz="4" w:space="0" w:color="auto"/>
              <w:right w:val="nil"/>
            </w:tcBorders>
            <w:hideMark/>
          </w:tcPr>
          <w:p w14:paraId="5BE74A6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6</w:t>
            </w:r>
          </w:p>
        </w:tc>
        <w:tc>
          <w:tcPr>
            <w:tcW w:w="567" w:type="dxa"/>
            <w:tcBorders>
              <w:top w:val="single" w:sz="4" w:space="0" w:color="auto"/>
              <w:left w:val="nil"/>
              <w:bottom w:val="single" w:sz="4" w:space="0" w:color="auto"/>
              <w:right w:val="nil"/>
            </w:tcBorders>
            <w:hideMark/>
          </w:tcPr>
          <w:p w14:paraId="531DCA9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7</w:t>
            </w:r>
          </w:p>
        </w:tc>
        <w:tc>
          <w:tcPr>
            <w:tcW w:w="567" w:type="dxa"/>
            <w:tcBorders>
              <w:top w:val="single" w:sz="4" w:space="0" w:color="auto"/>
              <w:left w:val="nil"/>
              <w:bottom w:val="single" w:sz="4" w:space="0" w:color="auto"/>
              <w:right w:val="nil"/>
            </w:tcBorders>
            <w:hideMark/>
          </w:tcPr>
          <w:p w14:paraId="38F23B7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8</w:t>
            </w:r>
          </w:p>
        </w:tc>
        <w:tc>
          <w:tcPr>
            <w:tcW w:w="567" w:type="dxa"/>
            <w:tcBorders>
              <w:top w:val="single" w:sz="4" w:space="0" w:color="auto"/>
              <w:left w:val="nil"/>
              <w:bottom w:val="single" w:sz="4" w:space="0" w:color="auto"/>
              <w:right w:val="nil"/>
            </w:tcBorders>
          </w:tcPr>
          <w:p w14:paraId="3FE0A6B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H9</w:t>
            </w:r>
          </w:p>
        </w:tc>
        <w:tc>
          <w:tcPr>
            <w:tcW w:w="567" w:type="dxa"/>
            <w:tcBorders>
              <w:top w:val="single" w:sz="4" w:space="0" w:color="auto"/>
              <w:left w:val="nil"/>
              <w:bottom w:val="single" w:sz="4" w:space="0" w:color="auto"/>
              <w:right w:val="nil"/>
            </w:tcBorders>
          </w:tcPr>
          <w:p w14:paraId="28697E5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H10</w:t>
            </w:r>
          </w:p>
        </w:tc>
        <w:tc>
          <w:tcPr>
            <w:tcW w:w="567" w:type="dxa"/>
            <w:tcBorders>
              <w:top w:val="single" w:sz="4" w:space="0" w:color="auto"/>
              <w:left w:val="nil"/>
              <w:bottom w:val="single" w:sz="4" w:space="0" w:color="auto"/>
              <w:right w:val="nil"/>
            </w:tcBorders>
          </w:tcPr>
          <w:p w14:paraId="721FEB9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H11</w:t>
            </w:r>
          </w:p>
        </w:tc>
        <w:tc>
          <w:tcPr>
            <w:tcW w:w="567" w:type="dxa"/>
            <w:tcBorders>
              <w:top w:val="single" w:sz="4" w:space="0" w:color="auto"/>
              <w:left w:val="nil"/>
              <w:bottom w:val="single" w:sz="4" w:space="0" w:color="auto"/>
              <w:right w:val="nil"/>
            </w:tcBorders>
          </w:tcPr>
          <w:p w14:paraId="4D9D53C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H12</w:t>
            </w:r>
          </w:p>
        </w:tc>
        <w:tc>
          <w:tcPr>
            <w:tcW w:w="567" w:type="dxa"/>
            <w:tcBorders>
              <w:top w:val="single" w:sz="4" w:space="0" w:color="auto"/>
              <w:left w:val="nil"/>
              <w:bottom w:val="single" w:sz="4" w:space="0" w:color="auto"/>
              <w:right w:val="nil"/>
            </w:tcBorders>
          </w:tcPr>
          <w:p w14:paraId="27A49A7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H13</w:t>
            </w:r>
          </w:p>
        </w:tc>
        <w:tc>
          <w:tcPr>
            <w:tcW w:w="567" w:type="dxa"/>
            <w:tcBorders>
              <w:top w:val="single" w:sz="4" w:space="0" w:color="auto"/>
              <w:left w:val="nil"/>
              <w:bottom w:val="single" w:sz="4" w:space="0" w:color="auto"/>
              <w:right w:val="nil"/>
            </w:tcBorders>
          </w:tcPr>
          <w:p w14:paraId="70C5B90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H14</w:t>
            </w:r>
          </w:p>
        </w:tc>
      </w:tr>
      <w:tr w:rsidR="006648BB" w:rsidRPr="00580745" w14:paraId="52B141B8" w14:textId="77777777" w:rsidTr="004A13A3">
        <w:trPr>
          <w:jc w:val="center"/>
        </w:trPr>
        <w:tc>
          <w:tcPr>
            <w:tcW w:w="412" w:type="dxa"/>
            <w:tcBorders>
              <w:top w:val="single" w:sz="4" w:space="0" w:color="auto"/>
              <w:left w:val="nil"/>
              <w:bottom w:val="nil"/>
              <w:right w:val="nil"/>
            </w:tcBorders>
            <w:hideMark/>
          </w:tcPr>
          <w:p w14:paraId="7B4A46B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w:t>
            </w:r>
          </w:p>
        </w:tc>
        <w:tc>
          <w:tcPr>
            <w:tcW w:w="990" w:type="dxa"/>
            <w:tcBorders>
              <w:top w:val="single" w:sz="4" w:space="0" w:color="auto"/>
              <w:left w:val="nil"/>
              <w:bottom w:val="nil"/>
              <w:right w:val="nil"/>
            </w:tcBorders>
            <w:vAlign w:val="center"/>
            <w:hideMark/>
          </w:tcPr>
          <w:p w14:paraId="6B870CED" w14:textId="77777777" w:rsidR="006648BB" w:rsidRPr="00580745" w:rsidRDefault="006648BB" w:rsidP="005418A8">
            <w:pPr>
              <w:rPr>
                <w:rFonts w:ascii="Times New Roman" w:eastAsia="Calibri" w:hAnsi="Times New Roman" w:cs="Times New Roman"/>
                <w:lang w:val="sv-SE"/>
              </w:rPr>
            </w:pPr>
            <w:proofErr w:type="spellStart"/>
            <w:r w:rsidRPr="00580745">
              <w:rPr>
                <w:rFonts w:ascii="Times New Roman" w:eastAsia="Calibri" w:hAnsi="Times New Roman" w:cs="Times New Roman"/>
                <w:lang w:val="sv-SE"/>
              </w:rPr>
              <w:t>Kemudahan</w:t>
            </w:r>
            <w:proofErr w:type="spellEnd"/>
            <w:r w:rsidRPr="00580745">
              <w:rPr>
                <w:rFonts w:ascii="Times New Roman" w:eastAsia="Calibri" w:hAnsi="Times New Roman" w:cs="Times New Roman"/>
                <w:lang w:val="sv-SE"/>
              </w:rPr>
              <w:t xml:space="preserve"> </w:t>
            </w:r>
            <w:proofErr w:type="spellStart"/>
            <w:r w:rsidRPr="00580745">
              <w:rPr>
                <w:rFonts w:ascii="Times New Roman" w:eastAsia="Calibri" w:hAnsi="Times New Roman" w:cs="Times New Roman"/>
                <w:lang w:val="sv-SE"/>
              </w:rPr>
              <w:t>dalam</w:t>
            </w:r>
            <w:proofErr w:type="spellEnd"/>
            <w:r w:rsidRPr="00580745">
              <w:rPr>
                <w:rFonts w:ascii="Times New Roman" w:eastAsia="Calibri" w:hAnsi="Times New Roman" w:cs="Times New Roman"/>
                <w:lang w:val="sv-SE"/>
              </w:rPr>
              <w:t xml:space="preserve"> </w:t>
            </w:r>
            <w:proofErr w:type="spellStart"/>
            <w:r w:rsidRPr="00580745">
              <w:rPr>
                <w:rFonts w:ascii="Times New Roman" w:eastAsia="Calibri" w:hAnsi="Times New Roman" w:cs="Times New Roman"/>
                <w:lang w:val="sv-SE"/>
              </w:rPr>
              <w:t>melakukan</w:t>
            </w:r>
            <w:proofErr w:type="spellEnd"/>
            <w:r w:rsidRPr="00580745">
              <w:rPr>
                <w:rFonts w:ascii="Times New Roman" w:eastAsia="Calibri" w:hAnsi="Times New Roman" w:cs="Times New Roman"/>
                <w:lang w:val="sv-SE"/>
              </w:rPr>
              <w:t xml:space="preserve"> </w:t>
            </w:r>
            <w:proofErr w:type="spellStart"/>
            <w:r w:rsidRPr="00580745">
              <w:rPr>
                <w:rFonts w:ascii="Times New Roman" w:eastAsia="Calibri" w:hAnsi="Times New Roman" w:cs="Times New Roman"/>
                <w:lang w:val="sv-SE"/>
              </w:rPr>
              <w:t>aktivitas</w:t>
            </w:r>
            <w:proofErr w:type="spellEnd"/>
            <w:r w:rsidRPr="00580745">
              <w:rPr>
                <w:rFonts w:ascii="Times New Roman" w:eastAsia="Calibri" w:hAnsi="Times New Roman" w:cs="Times New Roman"/>
                <w:lang w:val="sv-SE"/>
              </w:rPr>
              <w:t xml:space="preserve"> </w:t>
            </w:r>
            <w:proofErr w:type="spellStart"/>
            <w:r w:rsidRPr="00580745">
              <w:rPr>
                <w:rFonts w:ascii="Times New Roman" w:eastAsia="Calibri" w:hAnsi="Times New Roman" w:cs="Times New Roman"/>
                <w:lang w:val="sv-SE"/>
              </w:rPr>
              <w:t>sehari-hari</w:t>
            </w:r>
            <w:proofErr w:type="spellEnd"/>
          </w:p>
        </w:tc>
        <w:tc>
          <w:tcPr>
            <w:tcW w:w="661" w:type="dxa"/>
            <w:tcBorders>
              <w:top w:val="single" w:sz="4" w:space="0" w:color="auto"/>
              <w:left w:val="nil"/>
              <w:bottom w:val="nil"/>
              <w:right w:val="nil"/>
            </w:tcBorders>
          </w:tcPr>
          <w:p w14:paraId="3707E07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single" w:sz="4" w:space="0" w:color="auto"/>
              <w:left w:val="nil"/>
              <w:bottom w:val="nil"/>
              <w:right w:val="nil"/>
            </w:tcBorders>
          </w:tcPr>
          <w:p w14:paraId="443A7B7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129F35F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00E6CF6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31AF678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3122857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14674E7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5A3AACD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1806C39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568A281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0D31931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41E58A5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1DF8038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4EACB53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33FEA6C6" w14:textId="77777777" w:rsidTr="004A13A3">
        <w:trPr>
          <w:jc w:val="center"/>
        </w:trPr>
        <w:tc>
          <w:tcPr>
            <w:tcW w:w="412" w:type="dxa"/>
            <w:tcBorders>
              <w:top w:val="nil"/>
              <w:left w:val="nil"/>
              <w:bottom w:val="nil"/>
              <w:right w:val="nil"/>
            </w:tcBorders>
            <w:hideMark/>
          </w:tcPr>
          <w:p w14:paraId="75330CE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lastRenderedPageBreak/>
              <w:t>2</w:t>
            </w:r>
          </w:p>
        </w:tc>
        <w:tc>
          <w:tcPr>
            <w:tcW w:w="990" w:type="dxa"/>
            <w:tcBorders>
              <w:top w:val="nil"/>
              <w:left w:val="nil"/>
              <w:bottom w:val="nil"/>
              <w:right w:val="nil"/>
            </w:tcBorders>
            <w:vAlign w:val="center"/>
            <w:hideMark/>
          </w:tcPr>
          <w:p w14:paraId="4282EAAF" w14:textId="77777777" w:rsidR="006648BB" w:rsidRPr="00580745" w:rsidRDefault="006648BB" w:rsidP="005418A8">
            <w:pPr>
              <w:rPr>
                <w:rFonts w:ascii="Times New Roman" w:eastAsia="Calibri" w:hAnsi="Times New Roman" w:cs="Times New Roman"/>
              </w:rPr>
            </w:pPr>
            <w:proofErr w:type="spellStart"/>
            <w:r w:rsidRPr="00580745">
              <w:rPr>
                <w:rFonts w:ascii="Times New Roman" w:eastAsia="Calibri" w:hAnsi="Times New Roman" w:cs="Times New Roman"/>
              </w:rPr>
              <w:t>Kecepatan</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berjalan</w:t>
            </w:r>
            <w:proofErr w:type="spellEnd"/>
          </w:p>
        </w:tc>
        <w:tc>
          <w:tcPr>
            <w:tcW w:w="661" w:type="dxa"/>
            <w:tcBorders>
              <w:top w:val="nil"/>
              <w:left w:val="nil"/>
              <w:bottom w:val="nil"/>
              <w:right w:val="nil"/>
            </w:tcBorders>
          </w:tcPr>
          <w:p w14:paraId="337223A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nil"/>
              <w:left w:val="nil"/>
              <w:bottom w:val="nil"/>
              <w:right w:val="nil"/>
            </w:tcBorders>
          </w:tcPr>
          <w:p w14:paraId="3CCE7C9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588F365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0923FD3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44B5485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79A5485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4D5DCF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2B89FC9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67AB198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29FFE5A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91A10A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7FEDB5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6730B92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533BB0E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333112E2" w14:textId="77777777" w:rsidTr="004A13A3">
        <w:trPr>
          <w:jc w:val="center"/>
        </w:trPr>
        <w:tc>
          <w:tcPr>
            <w:tcW w:w="412" w:type="dxa"/>
            <w:tcBorders>
              <w:top w:val="nil"/>
              <w:left w:val="nil"/>
              <w:bottom w:val="nil"/>
              <w:right w:val="nil"/>
            </w:tcBorders>
            <w:hideMark/>
          </w:tcPr>
          <w:p w14:paraId="4B50C26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990" w:type="dxa"/>
            <w:tcBorders>
              <w:top w:val="nil"/>
              <w:left w:val="nil"/>
              <w:bottom w:val="nil"/>
              <w:right w:val="nil"/>
            </w:tcBorders>
            <w:vAlign w:val="center"/>
            <w:hideMark/>
          </w:tcPr>
          <w:p w14:paraId="743E1C3D" w14:textId="77777777" w:rsidR="006648BB" w:rsidRPr="00580745" w:rsidRDefault="006648BB" w:rsidP="005418A8">
            <w:pPr>
              <w:rPr>
                <w:rFonts w:ascii="Times New Roman" w:eastAsia="Calibri" w:hAnsi="Times New Roman" w:cs="Times New Roman"/>
              </w:rPr>
            </w:pPr>
            <w:proofErr w:type="spellStart"/>
            <w:r w:rsidRPr="00580745">
              <w:rPr>
                <w:rFonts w:ascii="Times New Roman" w:eastAsia="Calibri" w:hAnsi="Times New Roman" w:cs="Times New Roman"/>
              </w:rPr>
              <w:t>Kekuata</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tubuh</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bagian</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atas</w:t>
            </w:r>
            <w:proofErr w:type="spellEnd"/>
          </w:p>
        </w:tc>
        <w:tc>
          <w:tcPr>
            <w:tcW w:w="661" w:type="dxa"/>
            <w:tcBorders>
              <w:top w:val="nil"/>
              <w:left w:val="nil"/>
              <w:bottom w:val="nil"/>
              <w:right w:val="nil"/>
            </w:tcBorders>
          </w:tcPr>
          <w:p w14:paraId="0DCE4CE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nil"/>
              <w:right w:val="nil"/>
            </w:tcBorders>
          </w:tcPr>
          <w:p w14:paraId="3E69977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73E527C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93475F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2C9EF2E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68DA58A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B87970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BB975E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4EE008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99634E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2279165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1A5A7121"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1AB2C5F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5760AF4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45DB4834" w14:textId="77777777" w:rsidTr="004A13A3">
        <w:trPr>
          <w:jc w:val="center"/>
        </w:trPr>
        <w:tc>
          <w:tcPr>
            <w:tcW w:w="412" w:type="dxa"/>
            <w:tcBorders>
              <w:top w:val="nil"/>
              <w:left w:val="nil"/>
              <w:bottom w:val="nil"/>
              <w:right w:val="nil"/>
            </w:tcBorders>
            <w:hideMark/>
          </w:tcPr>
          <w:p w14:paraId="7CAE24A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990" w:type="dxa"/>
            <w:tcBorders>
              <w:top w:val="nil"/>
              <w:left w:val="nil"/>
              <w:bottom w:val="nil"/>
              <w:right w:val="nil"/>
            </w:tcBorders>
            <w:vAlign w:val="center"/>
            <w:hideMark/>
          </w:tcPr>
          <w:p w14:paraId="3FC09ECA" w14:textId="77777777" w:rsidR="006648BB" w:rsidRPr="00580745" w:rsidRDefault="006648BB" w:rsidP="005418A8">
            <w:pPr>
              <w:rPr>
                <w:rFonts w:ascii="Times New Roman" w:eastAsia="Calibri" w:hAnsi="Times New Roman" w:cs="Times New Roman"/>
                <w:lang w:val="id-ID"/>
              </w:rPr>
            </w:pPr>
            <w:proofErr w:type="spellStart"/>
            <w:r w:rsidRPr="00580745">
              <w:rPr>
                <w:rFonts w:ascii="Times New Roman" w:eastAsia="Calibri" w:hAnsi="Times New Roman" w:cs="Times New Roman"/>
              </w:rPr>
              <w:t>Kekuata</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tubuh</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bagian</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bawah</w:t>
            </w:r>
            <w:proofErr w:type="spellEnd"/>
          </w:p>
        </w:tc>
        <w:tc>
          <w:tcPr>
            <w:tcW w:w="661" w:type="dxa"/>
            <w:tcBorders>
              <w:top w:val="nil"/>
              <w:left w:val="nil"/>
              <w:bottom w:val="nil"/>
              <w:right w:val="nil"/>
            </w:tcBorders>
          </w:tcPr>
          <w:p w14:paraId="5B9884E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nil"/>
              <w:left w:val="nil"/>
              <w:bottom w:val="nil"/>
              <w:right w:val="nil"/>
            </w:tcBorders>
          </w:tcPr>
          <w:p w14:paraId="05302DE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245D941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35061CE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468FA3C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0F8A1B2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40405A3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7FD0FE6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0FBC0E1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C7507A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70B4860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887E43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704AC1B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7EF631A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0796C019" w14:textId="77777777" w:rsidTr="004A13A3">
        <w:trPr>
          <w:jc w:val="center"/>
        </w:trPr>
        <w:tc>
          <w:tcPr>
            <w:tcW w:w="412" w:type="dxa"/>
            <w:tcBorders>
              <w:top w:val="nil"/>
              <w:left w:val="nil"/>
              <w:bottom w:val="single" w:sz="4" w:space="0" w:color="auto"/>
              <w:right w:val="nil"/>
            </w:tcBorders>
          </w:tcPr>
          <w:p w14:paraId="086DD4D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990" w:type="dxa"/>
            <w:tcBorders>
              <w:top w:val="nil"/>
              <w:left w:val="nil"/>
              <w:bottom w:val="single" w:sz="4" w:space="0" w:color="auto"/>
              <w:right w:val="nil"/>
            </w:tcBorders>
            <w:vAlign w:val="center"/>
          </w:tcPr>
          <w:p w14:paraId="788A65A3" w14:textId="77777777" w:rsidR="006648BB" w:rsidRPr="00580745" w:rsidRDefault="006648BB" w:rsidP="005418A8">
            <w:pPr>
              <w:rPr>
                <w:rFonts w:ascii="Times New Roman" w:eastAsia="Calibri" w:hAnsi="Times New Roman" w:cs="Times New Roman"/>
              </w:rPr>
            </w:pPr>
            <w:proofErr w:type="spellStart"/>
            <w:r w:rsidRPr="00580745">
              <w:rPr>
                <w:rFonts w:ascii="Times New Roman" w:eastAsia="Calibri" w:hAnsi="Times New Roman" w:cs="Times New Roman"/>
              </w:rPr>
              <w:t>Toleransi</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dalam</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menaiki</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tangga</w:t>
            </w:r>
            <w:proofErr w:type="spellEnd"/>
          </w:p>
        </w:tc>
        <w:tc>
          <w:tcPr>
            <w:tcW w:w="661" w:type="dxa"/>
            <w:tcBorders>
              <w:top w:val="nil"/>
              <w:left w:val="nil"/>
              <w:bottom w:val="single" w:sz="4" w:space="0" w:color="auto"/>
              <w:right w:val="nil"/>
            </w:tcBorders>
          </w:tcPr>
          <w:p w14:paraId="706A06E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nil"/>
              <w:left w:val="nil"/>
              <w:bottom w:val="single" w:sz="4" w:space="0" w:color="auto"/>
              <w:right w:val="nil"/>
            </w:tcBorders>
          </w:tcPr>
          <w:p w14:paraId="2E97293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78156C2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68E355C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745EC14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7229C90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48115A9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5CCE5A3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736771E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628A86A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775CDB1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404D9EB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7CCF273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321FC35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78DAD81F" w14:textId="77777777" w:rsidTr="004A13A3">
        <w:trPr>
          <w:jc w:val="center"/>
        </w:trPr>
        <w:tc>
          <w:tcPr>
            <w:tcW w:w="9311" w:type="dxa"/>
            <w:gridSpan w:val="16"/>
            <w:tcBorders>
              <w:top w:val="single" w:sz="4" w:space="0" w:color="auto"/>
              <w:left w:val="nil"/>
              <w:bottom w:val="single" w:sz="4" w:space="0" w:color="auto"/>
              <w:right w:val="nil"/>
            </w:tcBorders>
            <w:vAlign w:val="center"/>
            <w:hideMark/>
          </w:tcPr>
          <w:p w14:paraId="3D54357B" w14:textId="77777777" w:rsidR="006648BB" w:rsidRPr="00580745" w:rsidRDefault="006648BB" w:rsidP="005418A8">
            <w:pPr>
              <w:tabs>
                <w:tab w:val="left" w:pos="785"/>
              </w:tabs>
              <w:rPr>
                <w:rFonts w:ascii="Times New Roman" w:eastAsia="Calibri" w:hAnsi="Times New Roman" w:cs="Times New Roman"/>
                <w:lang w:val="id-ID"/>
              </w:rPr>
            </w:pPr>
            <w:r w:rsidRPr="00580745">
              <w:rPr>
                <w:rFonts w:ascii="Times New Roman" w:eastAsia="Calibri" w:hAnsi="Times New Roman" w:cs="Times New Roman"/>
                <w:lang w:val="id-ID"/>
              </w:rPr>
              <w:t xml:space="preserve">Keterangan </w:t>
            </w:r>
          </w:p>
          <w:p w14:paraId="62948493" w14:textId="77777777" w:rsidR="006648BB" w:rsidRPr="00580745" w:rsidRDefault="006648BB" w:rsidP="005418A8">
            <w:pPr>
              <w:tabs>
                <w:tab w:val="left" w:pos="785"/>
              </w:tabs>
              <w:rPr>
                <w:rFonts w:ascii="Times New Roman" w:eastAsia="Calibri" w:hAnsi="Times New Roman" w:cs="Times New Roman"/>
                <w:lang w:val="sv-SE"/>
              </w:rPr>
            </w:pPr>
            <w:r w:rsidRPr="00580745">
              <w:rPr>
                <w:rFonts w:ascii="Times New Roman" w:eastAsia="Calibri" w:hAnsi="Times New Roman" w:cs="Times New Roman"/>
                <w:lang w:val="id-ID"/>
              </w:rPr>
              <w:t xml:space="preserve">1 : </w:t>
            </w:r>
            <w:proofErr w:type="spellStart"/>
            <w:r w:rsidRPr="00580745">
              <w:rPr>
                <w:rFonts w:ascii="Times New Roman" w:eastAsia="Calibri" w:hAnsi="Times New Roman" w:cs="Times New Roman"/>
                <w:lang w:val="sv-SE"/>
              </w:rPr>
              <w:t>menurun</w:t>
            </w:r>
            <w:proofErr w:type="spellEnd"/>
          </w:p>
          <w:p w14:paraId="76AEF3E2" w14:textId="77777777" w:rsidR="006648BB" w:rsidRPr="00580745" w:rsidRDefault="006648BB" w:rsidP="005418A8">
            <w:pPr>
              <w:tabs>
                <w:tab w:val="left" w:pos="785"/>
              </w:tabs>
              <w:rPr>
                <w:rFonts w:ascii="Times New Roman" w:eastAsia="Calibri" w:hAnsi="Times New Roman" w:cs="Times New Roman"/>
                <w:lang w:val="sv-SE"/>
              </w:rPr>
            </w:pPr>
            <w:r w:rsidRPr="00580745">
              <w:rPr>
                <w:rFonts w:ascii="Times New Roman" w:eastAsia="Calibri" w:hAnsi="Times New Roman" w:cs="Times New Roman"/>
                <w:lang w:val="id-ID"/>
              </w:rPr>
              <w:t xml:space="preserve">2 : cukup </w:t>
            </w:r>
            <w:proofErr w:type="spellStart"/>
            <w:r w:rsidRPr="00580745">
              <w:rPr>
                <w:rFonts w:ascii="Times New Roman" w:eastAsia="Calibri" w:hAnsi="Times New Roman" w:cs="Times New Roman"/>
                <w:lang w:val="sv-SE"/>
              </w:rPr>
              <w:t>menurun</w:t>
            </w:r>
            <w:proofErr w:type="spellEnd"/>
          </w:p>
          <w:p w14:paraId="30CF284D" w14:textId="77777777" w:rsidR="006648BB" w:rsidRPr="00580745" w:rsidRDefault="006648BB" w:rsidP="005418A8">
            <w:pPr>
              <w:tabs>
                <w:tab w:val="left" w:pos="785"/>
              </w:tabs>
              <w:rPr>
                <w:rFonts w:ascii="Times New Roman" w:eastAsia="Calibri" w:hAnsi="Times New Roman" w:cs="Times New Roman"/>
                <w:lang w:val="id-ID"/>
              </w:rPr>
            </w:pPr>
            <w:r w:rsidRPr="00580745">
              <w:rPr>
                <w:rFonts w:ascii="Times New Roman" w:eastAsia="Calibri" w:hAnsi="Times New Roman" w:cs="Times New Roman"/>
                <w:lang w:val="id-ID"/>
              </w:rPr>
              <w:t>3 : Sedang</w:t>
            </w:r>
          </w:p>
          <w:p w14:paraId="1649EDEA" w14:textId="77777777" w:rsidR="006648BB" w:rsidRPr="00580745" w:rsidRDefault="006648BB" w:rsidP="005418A8">
            <w:pPr>
              <w:tabs>
                <w:tab w:val="left" w:pos="785"/>
              </w:tabs>
              <w:rPr>
                <w:rFonts w:ascii="Times New Roman" w:eastAsia="Calibri" w:hAnsi="Times New Roman" w:cs="Times New Roman"/>
                <w:lang w:val="sv-SE"/>
              </w:rPr>
            </w:pPr>
            <w:r w:rsidRPr="00580745">
              <w:rPr>
                <w:rFonts w:ascii="Times New Roman" w:eastAsia="Calibri" w:hAnsi="Times New Roman" w:cs="Times New Roman"/>
                <w:lang w:val="id-ID"/>
              </w:rPr>
              <w:t xml:space="preserve">4 : Cukup </w:t>
            </w:r>
            <w:proofErr w:type="spellStart"/>
            <w:r w:rsidRPr="00580745">
              <w:rPr>
                <w:rFonts w:ascii="Times New Roman" w:eastAsia="Calibri" w:hAnsi="Times New Roman" w:cs="Times New Roman"/>
                <w:lang w:val="id-ID"/>
              </w:rPr>
              <w:t>men</w:t>
            </w:r>
            <w:r w:rsidRPr="00580745">
              <w:rPr>
                <w:rFonts w:ascii="Times New Roman" w:eastAsia="Calibri" w:hAnsi="Times New Roman" w:cs="Times New Roman"/>
                <w:lang w:val="sv-SE"/>
              </w:rPr>
              <w:t>ingkat</w:t>
            </w:r>
            <w:proofErr w:type="spellEnd"/>
          </w:p>
          <w:p w14:paraId="2D38D89D" w14:textId="77777777" w:rsidR="006648BB" w:rsidRPr="00580745" w:rsidRDefault="006648BB" w:rsidP="005418A8">
            <w:pPr>
              <w:tabs>
                <w:tab w:val="left" w:pos="785"/>
              </w:tabs>
              <w:rPr>
                <w:rFonts w:ascii="Times New Roman" w:eastAsia="Calibri" w:hAnsi="Times New Roman" w:cs="Times New Roman"/>
                <w:lang w:val="id-ID"/>
              </w:rPr>
            </w:pPr>
            <w:r w:rsidRPr="00580745">
              <w:rPr>
                <w:rFonts w:ascii="Times New Roman" w:eastAsia="Calibri" w:hAnsi="Times New Roman" w:cs="Times New Roman"/>
                <w:lang w:val="id-ID"/>
              </w:rPr>
              <w:t xml:space="preserve">5 : </w:t>
            </w:r>
            <w:proofErr w:type="spellStart"/>
            <w:r w:rsidRPr="00580745">
              <w:rPr>
                <w:rFonts w:ascii="Times New Roman" w:eastAsia="Calibri" w:hAnsi="Times New Roman" w:cs="Times New Roman"/>
                <w:lang w:val="id-ID"/>
              </w:rPr>
              <w:t>Men</w:t>
            </w:r>
            <w:r w:rsidRPr="00580745">
              <w:rPr>
                <w:rFonts w:ascii="Times New Roman" w:eastAsia="Calibri" w:hAnsi="Times New Roman" w:cs="Times New Roman"/>
              </w:rPr>
              <w:t>ingkat</w:t>
            </w:r>
            <w:proofErr w:type="spellEnd"/>
          </w:p>
        </w:tc>
      </w:tr>
      <w:tr w:rsidR="006648BB" w:rsidRPr="00580745" w14:paraId="2FB564D6" w14:textId="77777777" w:rsidTr="004A13A3">
        <w:trPr>
          <w:jc w:val="center"/>
        </w:trPr>
        <w:tc>
          <w:tcPr>
            <w:tcW w:w="412" w:type="dxa"/>
            <w:tcBorders>
              <w:top w:val="single" w:sz="4" w:space="0" w:color="auto"/>
              <w:left w:val="nil"/>
              <w:bottom w:val="nil"/>
              <w:right w:val="nil"/>
            </w:tcBorders>
            <w:hideMark/>
          </w:tcPr>
          <w:p w14:paraId="7EA21C5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w:t>
            </w:r>
          </w:p>
        </w:tc>
        <w:tc>
          <w:tcPr>
            <w:tcW w:w="990" w:type="dxa"/>
            <w:tcBorders>
              <w:top w:val="single" w:sz="4" w:space="0" w:color="auto"/>
              <w:left w:val="nil"/>
              <w:bottom w:val="nil"/>
              <w:right w:val="nil"/>
            </w:tcBorders>
            <w:vAlign w:val="center"/>
            <w:hideMark/>
          </w:tcPr>
          <w:p w14:paraId="2C2611D8" w14:textId="77777777" w:rsidR="006648BB" w:rsidRPr="00580745" w:rsidRDefault="006648BB" w:rsidP="005418A8">
            <w:pPr>
              <w:rPr>
                <w:rFonts w:ascii="Times New Roman" w:eastAsia="Calibri" w:hAnsi="Times New Roman" w:cs="Times New Roman"/>
              </w:rPr>
            </w:pPr>
            <w:proofErr w:type="spellStart"/>
            <w:r w:rsidRPr="00580745">
              <w:rPr>
                <w:rFonts w:ascii="Times New Roman" w:eastAsia="Calibri" w:hAnsi="Times New Roman" w:cs="Times New Roman"/>
              </w:rPr>
              <w:t>Keluhan</w:t>
            </w:r>
            <w:proofErr w:type="spellEnd"/>
            <w:r w:rsidRPr="00580745">
              <w:rPr>
                <w:rFonts w:ascii="Times New Roman" w:eastAsia="Calibri" w:hAnsi="Times New Roman" w:cs="Times New Roman"/>
              </w:rPr>
              <w:t xml:space="preserve"> Lelah</w:t>
            </w:r>
          </w:p>
        </w:tc>
        <w:tc>
          <w:tcPr>
            <w:tcW w:w="661" w:type="dxa"/>
            <w:tcBorders>
              <w:top w:val="single" w:sz="4" w:space="0" w:color="auto"/>
              <w:left w:val="nil"/>
              <w:bottom w:val="nil"/>
              <w:right w:val="nil"/>
            </w:tcBorders>
          </w:tcPr>
          <w:p w14:paraId="4B87560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single" w:sz="4" w:space="0" w:color="auto"/>
              <w:left w:val="nil"/>
              <w:bottom w:val="nil"/>
              <w:right w:val="nil"/>
            </w:tcBorders>
          </w:tcPr>
          <w:p w14:paraId="21FBF3C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59C3093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2A4504C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34D52DE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714F723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0FDDFD7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525111A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0B1EE43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3B262D2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429F383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713B6F6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102E178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5348ECE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36ED87C1" w14:textId="77777777" w:rsidTr="004A13A3">
        <w:trPr>
          <w:jc w:val="center"/>
        </w:trPr>
        <w:tc>
          <w:tcPr>
            <w:tcW w:w="412" w:type="dxa"/>
            <w:tcBorders>
              <w:top w:val="nil"/>
              <w:left w:val="nil"/>
              <w:bottom w:val="nil"/>
              <w:right w:val="nil"/>
            </w:tcBorders>
          </w:tcPr>
          <w:p w14:paraId="5CEA367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90" w:type="dxa"/>
            <w:tcBorders>
              <w:top w:val="nil"/>
              <w:left w:val="nil"/>
              <w:bottom w:val="nil"/>
              <w:right w:val="nil"/>
            </w:tcBorders>
            <w:vAlign w:val="center"/>
          </w:tcPr>
          <w:p w14:paraId="20375895" w14:textId="77777777" w:rsidR="006648BB" w:rsidRPr="00580745" w:rsidRDefault="006648BB" w:rsidP="005418A8">
            <w:pPr>
              <w:rPr>
                <w:rFonts w:ascii="Times New Roman" w:eastAsia="Calibri" w:hAnsi="Times New Roman" w:cs="Times New Roman"/>
              </w:rPr>
            </w:pPr>
            <w:proofErr w:type="spellStart"/>
            <w:r w:rsidRPr="00580745">
              <w:rPr>
                <w:rFonts w:ascii="Times New Roman" w:eastAsia="Calibri" w:hAnsi="Times New Roman" w:cs="Times New Roman"/>
              </w:rPr>
              <w:t>Dipsnea</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saat</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aktivitas</w:t>
            </w:r>
            <w:proofErr w:type="spellEnd"/>
          </w:p>
        </w:tc>
        <w:tc>
          <w:tcPr>
            <w:tcW w:w="661" w:type="dxa"/>
            <w:tcBorders>
              <w:top w:val="nil"/>
              <w:left w:val="nil"/>
              <w:bottom w:val="nil"/>
              <w:right w:val="nil"/>
            </w:tcBorders>
          </w:tcPr>
          <w:p w14:paraId="064E033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nil"/>
              <w:right w:val="nil"/>
            </w:tcBorders>
          </w:tcPr>
          <w:p w14:paraId="79DDA8C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47A0875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74745B6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2EE49AD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31460E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0FD6460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2A483DC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077A61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792C425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1F99FA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06DBAE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1CA9155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1DA3FB5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242C558F" w14:textId="77777777" w:rsidTr="004A13A3">
        <w:trPr>
          <w:jc w:val="center"/>
        </w:trPr>
        <w:tc>
          <w:tcPr>
            <w:tcW w:w="412" w:type="dxa"/>
            <w:tcBorders>
              <w:top w:val="nil"/>
              <w:left w:val="nil"/>
              <w:bottom w:val="nil"/>
              <w:right w:val="nil"/>
            </w:tcBorders>
          </w:tcPr>
          <w:p w14:paraId="517DC07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990" w:type="dxa"/>
            <w:tcBorders>
              <w:top w:val="nil"/>
              <w:left w:val="nil"/>
              <w:bottom w:val="nil"/>
              <w:right w:val="nil"/>
            </w:tcBorders>
            <w:vAlign w:val="center"/>
          </w:tcPr>
          <w:p w14:paraId="604D8EC3" w14:textId="77777777" w:rsidR="006648BB" w:rsidRPr="00580745" w:rsidRDefault="006648BB" w:rsidP="005418A8">
            <w:pPr>
              <w:rPr>
                <w:rFonts w:ascii="Times New Roman" w:eastAsia="Calibri" w:hAnsi="Times New Roman" w:cs="Times New Roman"/>
              </w:rPr>
            </w:pPr>
            <w:proofErr w:type="spellStart"/>
            <w:r w:rsidRPr="00580745">
              <w:rPr>
                <w:rFonts w:ascii="Times New Roman" w:eastAsia="Calibri" w:hAnsi="Times New Roman" w:cs="Times New Roman"/>
              </w:rPr>
              <w:t>Dipsnea</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setelah</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aktivitas</w:t>
            </w:r>
            <w:proofErr w:type="spellEnd"/>
          </w:p>
        </w:tc>
        <w:tc>
          <w:tcPr>
            <w:tcW w:w="661" w:type="dxa"/>
            <w:tcBorders>
              <w:top w:val="nil"/>
              <w:left w:val="nil"/>
              <w:bottom w:val="nil"/>
              <w:right w:val="nil"/>
            </w:tcBorders>
          </w:tcPr>
          <w:p w14:paraId="1A6AC08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nil"/>
              <w:right w:val="nil"/>
            </w:tcBorders>
          </w:tcPr>
          <w:p w14:paraId="0C6803C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0D64FCB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7640177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3D18E1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6945026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177A723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F7CED1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06A16DC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79FCD82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73FE770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042A818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6DB89E8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5EA612C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68B96BD8" w14:textId="77777777" w:rsidTr="004A13A3">
        <w:trPr>
          <w:jc w:val="center"/>
        </w:trPr>
        <w:tc>
          <w:tcPr>
            <w:tcW w:w="412" w:type="dxa"/>
            <w:tcBorders>
              <w:top w:val="nil"/>
              <w:left w:val="nil"/>
              <w:bottom w:val="nil"/>
              <w:right w:val="nil"/>
            </w:tcBorders>
          </w:tcPr>
          <w:p w14:paraId="53DB17E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990" w:type="dxa"/>
            <w:tcBorders>
              <w:top w:val="nil"/>
              <w:left w:val="nil"/>
              <w:bottom w:val="nil"/>
              <w:right w:val="nil"/>
            </w:tcBorders>
            <w:vAlign w:val="center"/>
          </w:tcPr>
          <w:p w14:paraId="1731DC28" w14:textId="77777777" w:rsidR="006648BB" w:rsidRPr="00580745" w:rsidRDefault="006648BB" w:rsidP="005418A8">
            <w:pPr>
              <w:rPr>
                <w:rFonts w:ascii="Times New Roman" w:eastAsia="Calibri" w:hAnsi="Times New Roman" w:cs="Times New Roman"/>
              </w:rPr>
            </w:pPr>
            <w:proofErr w:type="spellStart"/>
            <w:r w:rsidRPr="00580745">
              <w:rPr>
                <w:rFonts w:ascii="Times New Roman" w:eastAsia="Calibri" w:hAnsi="Times New Roman" w:cs="Times New Roman"/>
              </w:rPr>
              <w:t>Perasaan</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lemah</w:t>
            </w:r>
            <w:proofErr w:type="spellEnd"/>
          </w:p>
        </w:tc>
        <w:tc>
          <w:tcPr>
            <w:tcW w:w="661" w:type="dxa"/>
            <w:tcBorders>
              <w:top w:val="nil"/>
              <w:left w:val="nil"/>
              <w:bottom w:val="nil"/>
              <w:right w:val="nil"/>
            </w:tcBorders>
          </w:tcPr>
          <w:p w14:paraId="6ED7A41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nil"/>
              <w:left w:val="nil"/>
              <w:bottom w:val="nil"/>
              <w:right w:val="nil"/>
            </w:tcBorders>
          </w:tcPr>
          <w:p w14:paraId="61BE59E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5E8C97A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52A321E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5759AB1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2606307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567EBA5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56BEBB3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6E22497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4690B1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CDB0EF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AD976D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3AFF10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4FBEE08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2C1B257A" w14:textId="77777777" w:rsidTr="004A13A3">
        <w:trPr>
          <w:jc w:val="center"/>
        </w:trPr>
        <w:tc>
          <w:tcPr>
            <w:tcW w:w="412" w:type="dxa"/>
            <w:tcBorders>
              <w:top w:val="nil"/>
              <w:left w:val="nil"/>
              <w:bottom w:val="single" w:sz="4" w:space="0" w:color="auto"/>
              <w:right w:val="nil"/>
            </w:tcBorders>
          </w:tcPr>
          <w:p w14:paraId="2C6B298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990" w:type="dxa"/>
            <w:tcBorders>
              <w:top w:val="nil"/>
              <w:left w:val="nil"/>
              <w:bottom w:val="single" w:sz="4" w:space="0" w:color="auto"/>
              <w:right w:val="nil"/>
            </w:tcBorders>
            <w:vAlign w:val="center"/>
          </w:tcPr>
          <w:p w14:paraId="262483F2" w14:textId="77777777" w:rsidR="006648BB" w:rsidRPr="00580745" w:rsidRDefault="006648BB" w:rsidP="005418A8">
            <w:pPr>
              <w:rPr>
                <w:rFonts w:ascii="Times New Roman" w:eastAsia="Calibri" w:hAnsi="Times New Roman" w:cs="Times New Roman"/>
              </w:rPr>
            </w:pPr>
            <w:proofErr w:type="spellStart"/>
            <w:r w:rsidRPr="00580745">
              <w:rPr>
                <w:rFonts w:ascii="Times New Roman" w:eastAsia="Calibri" w:hAnsi="Times New Roman" w:cs="Times New Roman"/>
              </w:rPr>
              <w:t>Sianosis</w:t>
            </w:r>
            <w:proofErr w:type="spellEnd"/>
          </w:p>
        </w:tc>
        <w:tc>
          <w:tcPr>
            <w:tcW w:w="661" w:type="dxa"/>
            <w:tcBorders>
              <w:top w:val="nil"/>
              <w:left w:val="nil"/>
              <w:bottom w:val="single" w:sz="4" w:space="0" w:color="auto"/>
              <w:right w:val="nil"/>
            </w:tcBorders>
          </w:tcPr>
          <w:p w14:paraId="61E6B05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single" w:sz="4" w:space="0" w:color="auto"/>
              <w:right w:val="nil"/>
            </w:tcBorders>
          </w:tcPr>
          <w:p w14:paraId="6A07896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3E2F8DD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41620F6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69F5E47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194B9C3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04B435F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1087B5C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415553B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017A0ED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42991DA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0712B88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743DEED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0700286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028FB322" w14:textId="77777777" w:rsidTr="004A13A3">
        <w:trPr>
          <w:jc w:val="center"/>
        </w:trPr>
        <w:tc>
          <w:tcPr>
            <w:tcW w:w="9311" w:type="dxa"/>
            <w:gridSpan w:val="16"/>
            <w:tcBorders>
              <w:top w:val="single" w:sz="4" w:space="0" w:color="auto"/>
              <w:left w:val="nil"/>
              <w:bottom w:val="single" w:sz="4" w:space="0" w:color="auto"/>
              <w:right w:val="nil"/>
            </w:tcBorders>
          </w:tcPr>
          <w:p w14:paraId="2879914A"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Keterangan:</w:t>
            </w:r>
          </w:p>
          <w:p w14:paraId="5AC780CC"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id-ID"/>
              </w:rPr>
              <w:t xml:space="preserve">1 : </w:t>
            </w:r>
            <w:proofErr w:type="spellStart"/>
            <w:r w:rsidRPr="00580745">
              <w:rPr>
                <w:rFonts w:ascii="Times New Roman" w:eastAsia="Calibri" w:hAnsi="Times New Roman" w:cs="Times New Roman"/>
                <w:lang w:val="id-ID"/>
              </w:rPr>
              <w:t>Me</w:t>
            </w:r>
            <w:r w:rsidRPr="00580745">
              <w:rPr>
                <w:rFonts w:ascii="Times New Roman" w:eastAsia="Calibri" w:hAnsi="Times New Roman" w:cs="Times New Roman"/>
                <w:lang w:val="sv-SE"/>
              </w:rPr>
              <w:t>ningkat</w:t>
            </w:r>
            <w:proofErr w:type="spellEnd"/>
          </w:p>
          <w:p w14:paraId="32A505CD"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id-ID"/>
              </w:rPr>
              <w:t xml:space="preserve">2 : Cukup </w:t>
            </w:r>
            <w:proofErr w:type="spellStart"/>
            <w:r w:rsidRPr="00580745">
              <w:rPr>
                <w:rFonts w:ascii="Times New Roman" w:eastAsia="Calibri" w:hAnsi="Times New Roman" w:cs="Times New Roman"/>
                <w:lang w:val="id-ID"/>
              </w:rPr>
              <w:t>Me</w:t>
            </w:r>
            <w:r w:rsidRPr="00580745">
              <w:rPr>
                <w:rFonts w:ascii="Times New Roman" w:eastAsia="Calibri" w:hAnsi="Times New Roman" w:cs="Times New Roman"/>
                <w:lang w:val="sv-SE"/>
              </w:rPr>
              <w:t>ningkat</w:t>
            </w:r>
            <w:proofErr w:type="spellEnd"/>
          </w:p>
          <w:p w14:paraId="7FDC4E54"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3: Sedang</w:t>
            </w:r>
          </w:p>
          <w:p w14:paraId="41B5E9F2"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 xml:space="preserve">4 : Cukup </w:t>
            </w:r>
            <w:proofErr w:type="spellStart"/>
            <w:r w:rsidRPr="00580745">
              <w:rPr>
                <w:rFonts w:ascii="Times New Roman" w:eastAsia="Calibri" w:hAnsi="Times New Roman" w:cs="Times New Roman"/>
                <w:lang w:val="id-ID"/>
              </w:rPr>
              <w:t>Me</w:t>
            </w:r>
            <w:r w:rsidRPr="00580745">
              <w:rPr>
                <w:rFonts w:ascii="Times New Roman" w:eastAsia="Calibri" w:hAnsi="Times New Roman" w:cs="Times New Roman"/>
                <w:lang w:val="sv-SE"/>
              </w:rPr>
              <w:t>nurun</w:t>
            </w:r>
            <w:proofErr w:type="spellEnd"/>
            <w:r w:rsidRPr="00580745">
              <w:rPr>
                <w:rFonts w:ascii="Times New Roman" w:eastAsia="Calibri" w:hAnsi="Times New Roman" w:cs="Times New Roman"/>
                <w:lang w:val="id-ID"/>
              </w:rPr>
              <w:t xml:space="preserve"> </w:t>
            </w:r>
          </w:p>
          <w:p w14:paraId="7ADCC572"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 xml:space="preserve">5: </w:t>
            </w:r>
            <w:proofErr w:type="spellStart"/>
            <w:r w:rsidRPr="00580745">
              <w:rPr>
                <w:rFonts w:ascii="Times New Roman" w:eastAsia="Calibri" w:hAnsi="Times New Roman" w:cs="Times New Roman"/>
                <w:lang w:val="id-ID"/>
              </w:rPr>
              <w:t>Me</w:t>
            </w:r>
            <w:r w:rsidRPr="00580745">
              <w:rPr>
                <w:rFonts w:ascii="Times New Roman" w:eastAsia="Calibri" w:hAnsi="Times New Roman" w:cs="Times New Roman"/>
              </w:rPr>
              <w:t>nurun</w:t>
            </w:r>
            <w:proofErr w:type="spellEnd"/>
          </w:p>
        </w:tc>
      </w:tr>
      <w:tr w:rsidR="006648BB" w:rsidRPr="00580745" w14:paraId="29334B5C" w14:textId="77777777" w:rsidTr="004A13A3">
        <w:trPr>
          <w:jc w:val="center"/>
        </w:trPr>
        <w:tc>
          <w:tcPr>
            <w:tcW w:w="412" w:type="dxa"/>
            <w:tcBorders>
              <w:top w:val="single" w:sz="4" w:space="0" w:color="auto"/>
              <w:left w:val="nil"/>
              <w:bottom w:val="nil"/>
              <w:right w:val="nil"/>
            </w:tcBorders>
          </w:tcPr>
          <w:p w14:paraId="5DD7D79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w:t>
            </w:r>
          </w:p>
        </w:tc>
        <w:tc>
          <w:tcPr>
            <w:tcW w:w="990" w:type="dxa"/>
            <w:tcBorders>
              <w:top w:val="single" w:sz="4" w:space="0" w:color="auto"/>
              <w:left w:val="nil"/>
              <w:bottom w:val="nil"/>
              <w:right w:val="nil"/>
            </w:tcBorders>
            <w:vAlign w:val="center"/>
          </w:tcPr>
          <w:p w14:paraId="3C77D86A" w14:textId="77777777" w:rsidR="006648BB" w:rsidRPr="00580745" w:rsidRDefault="006648BB" w:rsidP="005418A8">
            <w:pPr>
              <w:rPr>
                <w:rFonts w:ascii="Times New Roman" w:eastAsia="Calibri" w:hAnsi="Times New Roman" w:cs="Times New Roman"/>
              </w:rPr>
            </w:pPr>
            <w:proofErr w:type="spellStart"/>
            <w:r w:rsidRPr="00580745">
              <w:rPr>
                <w:rFonts w:ascii="Times New Roman" w:eastAsia="Calibri" w:hAnsi="Times New Roman" w:cs="Times New Roman"/>
              </w:rPr>
              <w:t>Frekuensi</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nadi</w:t>
            </w:r>
            <w:proofErr w:type="spellEnd"/>
          </w:p>
        </w:tc>
        <w:tc>
          <w:tcPr>
            <w:tcW w:w="661" w:type="dxa"/>
            <w:tcBorders>
              <w:top w:val="single" w:sz="4" w:space="0" w:color="auto"/>
              <w:left w:val="nil"/>
              <w:bottom w:val="nil"/>
              <w:right w:val="nil"/>
            </w:tcBorders>
          </w:tcPr>
          <w:p w14:paraId="5CB6295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single" w:sz="4" w:space="0" w:color="auto"/>
              <w:left w:val="nil"/>
              <w:bottom w:val="nil"/>
              <w:right w:val="nil"/>
            </w:tcBorders>
          </w:tcPr>
          <w:p w14:paraId="535C7F0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1E818DD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6B2ABB8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61692F1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1B415C2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35791E3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0289A40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7565D41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5E87524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086B397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148775E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2BC1D35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single" w:sz="4" w:space="0" w:color="auto"/>
              <w:left w:val="nil"/>
              <w:bottom w:val="nil"/>
              <w:right w:val="nil"/>
            </w:tcBorders>
          </w:tcPr>
          <w:p w14:paraId="45D5769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35E83AB3" w14:textId="77777777" w:rsidTr="004A13A3">
        <w:trPr>
          <w:jc w:val="center"/>
        </w:trPr>
        <w:tc>
          <w:tcPr>
            <w:tcW w:w="412" w:type="dxa"/>
            <w:tcBorders>
              <w:top w:val="nil"/>
              <w:left w:val="nil"/>
              <w:bottom w:val="nil"/>
              <w:right w:val="nil"/>
            </w:tcBorders>
          </w:tcPr>
          <w:p w14:paraId="2FDECD5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90" w:type="dxa"/>
            <w:tcBorders>
              <w:top w:val="nil"/>
              <w:left w:val="nil"/>
              <w:bottom w:val="nil"/>
              <w:right w:val="nil"/>
            </w:tcBorders>
            <w:vAlign w:val="center"/>
          </w:tcPr>
          <w:p w14:paraId="1178FA19" w14:textId="77777777" w:rsidR="006648BB" w:rsidRPr="00580745" w:rsidRDefault="006648BB" w:rsidP="005418A8">
            <w:pPr>
              <w:rPr>
                <w:rFonts w:ascii="Times New Roman" w:eastAsia="Calibri" w:hAnsi="Times New Roman" w:cs="Times New Roman"/>
              </w:rPr>
            </w:pPr>
            <w:proofErr w:type="spellStart"/>
            <w:r w:rsidRPr="00580745">
              <w:rPr>
                <w:rFonts w:ascii="Times New Roman" w:eastAsia="Calibri" w:hAnsi="Times New Roman" w:cs="Times New Roman"/>
              </w:rPr>
              <w:t>Warna</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Kulit</w:t>
            </w:r>
            <w:proofErr w:type="spellEnd"/>
            <w:r w:rsidRPr="00580745">
              <w:rPr>
                <w:rFonts w:ascii="Times New Roman" w:eastAsia="Calibri" w:hAnsi="Times New Roman" w:cs="Times New Roman"/>
              </w:rPr>
              <w:t xml:space="preserve"> </w:t>
            </w:r>
          </w:p>
        </w:tc>
        <w:tc>
          <w:tcPr>
            <w:tcW w:w="661" w:type="dxa"/>
            <w:tcBorders>
              <w:top w:val="nil"/>
              <w:left w:val="nil"/>
              <w:bottom w:val="nil"/>
              <w:right w:val="nil"/>
            </w:tcBorders>
          </w:tcPr>
          <w:p w14:paraId="691F42F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nil"/>
              <w:right w:val="nil"/>
            </w:tcBorders>
          </w:tcPr>
          <w:p w14:paraId="6F59965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AE9447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41F3B62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D9F25B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D75F45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12C26F7"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25DFBEC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13A5B09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674F08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F3BD95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160E7D5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44EBEB3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29AB910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463B9BED" w14:textId="77777777" w:rsidTr="004A13A3">
        <w:trPr>
          <w:jc w:val="center"/>
        </w:trPr>
        <w:tc>
          <w:tcPr>
            <w:tcW w:w="412" w:type="dxa"/>
            <w:tcBorders>
              <w:top w:val="nil"/>
              <w:left w:val="nil"/>
              <w:bottom w:val="nil"/>
              <w:right w:val="nil"/>
            </w:tcBorders>
          </w:tcPr>
          <w:p w14:paraId="2920A77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990" w:type="dxa"/>
            <w:tcBorders>
              <w:top w:val="nil"/>
              <w:left w:val="nil"/>
              <w:bottom w:val="nil"/>
              <w:right w:val="nil"/>
            </w:tcBorders>
            <w:vAlign w:val="center"/>
          </w:tcPr>
          <w:p w14:paraId="64C644AB" w14:textId="77777777" w:rsidR="006648BB" w:rsidRPr="00580745" w:rsidRDefault="006648BB" w:rsidP="005418A8">
            <w:pPr>
              <w:rPr>
                <w:rFonts w:ascii="Times New Roman" w:eastAsia="Calibri" w:hAnsi="Times New Roman" w:cs="Times New Roman"/>
              </w:rPr>
            </w:pPr>
            <w:proofErr w:type="spellStart"/>
            <w:r w:rsidRPr="00580745">
              <w:rPr>
                <w:rFonts w:ascii="Times New Roman" w:eastAsia="Calibri" w:hAnsi="Times New Roman" w:cs="Times New Roman"/>
              </w:rPr>
              <w:t>Tekanan</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darah</w:t>
            </w:r>
            <w:proofErr w:type="spellEnd"/>
          </w:p>
        </w:tc>
        <w:tc>
          <w:tcPr>
            <w:tcW w:w="661" w:type="dxa"/>
            <w:tcBorders>
              <w:top w:val="nil"/>
              <w:left w:val="nil"/>
              <w:bottom w:val="nil"/>
              <w:right w:val="nil"/>
            </w:tcBorders>
          </w:tcPr>
          <w:p w14:paraId="2545414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nil"/>
              <w:left w:val="nil"/>
              <w:bottom w:val="nil"/>
              <w:right w:val="nil"/>
            </w:tcBorders>
          </w:tcPr>
          <w:p w14:paraId="6CE6A6A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6794F8D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91A25C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B28BB9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44B2018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7BF05D5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4F38FA1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7E016F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ADD887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2FC9712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E0603C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27CB249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74752A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41C4957C" w14:textId="77777777" w:rsidTr="004A13A3">
        <w:trPr>
          <w:jc w:val="center"/>
        </w:trPr>
        <w:tc>
          <w:tcPr>
            <w:tcW w:w="412" w:type="dxa"/>
            <w:tcBorders>
              <w:top w:val="nil"/>
              <w:left w:val="nil"/>
              <w:bottom w:val="single" w:sz="4" w:space="0" w:color="auto"/>
              <w:right w:val="nil"/>
            </w:tcBorders>
          </w:tcPr>
          <w:p w14:paraId="77D9AE3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990" w:type="dxa"/>
            <w:tcBorders>
              <w:top w:val="nil"/>
              <w:left w:val="nil"/>
              <w:bottom w:val="single" w:sz="4" w:space="0" w:color="auto"/>
              <w:right w:val="nil"/>
            </w:tcBorders>
            <w:vAlign w:val="center"/>
          </w:tcPr>
          <w:p w14:paraId="74FD22A8" w14:textId="77777777" w:rsidR="006648BB" w:rsidRPr="00580745" w:rsidRDefault="006648BB" w:rsidP="005418A8">
            <w:pPr>
              <w:rPr>
                <w:rFonts w:ascii="Times New Roman" w:eastAsia="Calibri" w:hAnsi="Times New Roman" w:cs="Times New Roman"/>
              </w:rPr>
            </w:pPr>
            <w:proofErr w:type="spellStart"/>
            <w:r w:rsidRPr="00580745">
              <w:rPr>
                <w:rFonts w:ascii="Times New Roman" w:eastAsia="Calibri" w:hAnsi="Times New Roman" w:cs="Times New Roman"/>
              </w:rPr>
              <w:t>Frekuensi</w:t>
            </w:r>
            <w:proofErr w:type="spellEnd"/>
            <w:r w:rsidRPr="00580745">
              <w:rPr>
                <w:rFonts w:ascii="Times New Roman" w:eastAsia="Calibri" w:hAnsi="Times New Roman" w:cs="Times New Roman"/>
              </w:rPr>
              <w:t xml:space="preserve"> napas</w:t>
            </w:r>
          </w:p>
        </w:tc>
        <w:tc>
          <w:tcPr>
            <w:tcW w:w="661" w:type="dxa"/>
            <w:tcBorders>
              <w:top w:val="nil"/>
              <w:left w:val="nil"/>
              <w:bottom w:val="single" w:sz="4" w:space="0" w:color="auto"/>
              <w:right w:val="nil"/>
            </w:tcBorders>
          </w:tcPr>
          <w:p w14:paraId="2E278D8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single" w:sz="4" w:space="0" w:color="auto"/>
              <w:right w:val="nil"/>
            </w:tcBorders>
          </w:tcPr>
          <w:p w14:paraId="3E6D4FA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0296A5A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685E7AB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0B95D5E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0E3B1A1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0C63C54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6A94437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54ECB35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17A940F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532EF3B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4B488A1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38E6BA0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067B42F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0C9A2449" w14:textId="77777777" w:rsidTr="004A13A3">
        <w:trPr>
          <w:jc w:val="center"/>
        </w:trPr>
        <w:tc>
          <w:tcPr>
            <w:tcW w:w="9311" w:type="dxa"/>
            <w:gridSpan w:val="16"/>
            <w:tcBorders>
              <w:top w:val="single" w:sz="4" w:space="0" w:color="auto"/>
              <w:left w:val="nil"/>
              <w:bottom w:val="single" w:sz="4" w:space="0" w:color="auto"/>
              <w:right w:val="nil"/>
            </w:tcBorders>
          </w:tcPr>
          <w:p w14:paraId="2DA77FC7" w14:textId="77777777" w:rsidR="006648BB" w:rsidRPr="00580745" w:rsidRDefault="006648BB" w:rsidP="005418A8">
            <w:pPr>
              <w:rPr>
                <w:rFonts w:ascii="Times New Roman" w:eastAsia="Calibri" w:hAnsi="Times New Roman" w:cs="Times New Roman"/>
                <w:lang w:val="sv-SE"/>
              </w:rPr>
            </w:pPr>
            <w:proofErr w:type="spellStart"/>
            <w:r w:rsidRPr="00580745">
              <w:rPr>
                <w:rFonts w:ascii="Times New Roman" w:eastAsia="Calibri" w:hAnsi="Times New Roman" w:cs="Times New Roman"/>
                <w:lang w:val="sv-SE"/>
              </w:rPr>
              <w:t>Keterangan</w:t>
            </w:r>
            <w:proofErr w:type="spellEnd"/>
            <w:r w:rsidRPr="00580745">
              <w:rPr>
                <w:rFonts w:ascii="Times New Roman" w:eastAsia="Calibri" w:hAnsi="Times New Roman" w:cs="Times New Roman"/>
                <w:lang w:val="sv-SE"/>
              </w:rPr>
              <w:t xml:space="preserve"> </w:t>
            </w:r>
            <w:proofErr w:type="spellStart"/>
            <w:r w:rsidRPr="00580745">
              <w:rPr>
                <w:rFonts w:ascii="Times New Roman" w:eastAsia="Calibri" w:hAnsi="Times New Roman" w:cs="Times New Roman"/>
                <w:lang w:val="sv-SE"/>
              </w:rPr>
              <w:t>untuk</w:t>
            </w:r>
            <w:proofErr w:type="spellEnd"/>
            <w:r w:rsidRPr="00580745">
              <w:rPr>
                <w:rFonts w:ascii="Times New Roman" w:eastAsia="Calibri" w:hAnsi="Times New Roman" w:cs="Times New Roman"/>
                <w:lang w:val="sv-SE"/>
              </w:rPr>
              <w:t xml:space="preserve"> </w:t>
            </w:r>
            <w:proofErr w:type="gramStart"/>
            <w:r w:rsidRPr="00580745">
              <w:rPr>
                <w:rFonts w:ascii="Times New Roman" w:eastAsia="Calibri" w:hAnsi="Times New Roman" w:cs="Times New Roman"/>
                <w:lang w:val="sv-SE"/>
              </w:rPr>
              <w:t>6 :</w:t>
            </w:r>
            <w:proofErr w:type="gramEnd"/>
          </w:p>
          <w:p w14:paraId="0DDDC4F2" w14:textId="77777777" w:rsidR="006648BB" w:rsidRPr="00580745" w:rsidRDefault="006648BB" w:rsidP="005418A8">
            <w:pPr>
              <w:rPr>
                <w:rFonts w:ascii="Times New Roman" w:eastAsia="Calibri" w:hAnsi="Times New Roman" w:cs="Times New Roman"/>
                <w:lang w:val="sv-SE"/>
              </w:rPr>
            </w:pPr>
            <w:proofErr w:type="gramStart"/>
            <w:r w:rsidRPr="00580745">
              <w:rPr>
                <w:rFonts w:ascii="Times New Roman" w:eastAsia="Calibri" w:hAnsi="Times New Roman" w:cs="Times New Roman"/>
                <w:lang w:val="sv-SE"/>
              </w:rPr>
              <w:t>1 :</w:t>
            </w:r>
            <w:proofErr w:type="gramEnd"/>
            <w:r w:rsidRPr="00580745">
              <w:rPr>
                <w:rFonts w:ascii="Times New Roman" w:eastAsia="Calibri" w:hAnsi="Times New Roman" w:cs="Times New Roman"/>
                <w:lang w:val="sv-SE"/>
              </w:rPr>
              <w:t xml:space="preserve"> </w:t>
            </w:r>
            <w:proofErr w:type="spellStart"/>
            <w:r w:rsidRPr="00580745">
              <w:rPr>
                <w:rFonts w:ascii="Times New Roman" w:eastAsia="Calibri" w:hAnsi="Times New Roman" w:cs="Times New Roman"/>
                <w:lang w:val="sv-SE"/>
              </w:rPr>
              <w:t>Meningkat</w:t>
            </w:r>
            <w:proofErr w:type="spellEnd"/>
          </w:p>
          <w:p w14:paraId="0FD92E9D" w14:textId="77777777" w:rsidR="006648BB" w:rsidRPr="00580745" w:rsidRDefault="006648BB" w:rsidP="005418A8">
            <w:pPr>
              <w:rPr>
                <w:rFonts w:ascii="Times New Roman" w:eastAsia="Calibri" w:hAnsi="Times New Roman" w:cs="Times New Roman"/>
                <w:lang w:val="sv-SE"/>
              </w:rPr>
            </w:pPr>
            <w:proofErr w:type="gramStart"/>
            <w:r w:rsidRPr="00580745">
              <w:rPr>
                <w:rFonts w:ascii="Times New Roman" w:eastAsia="Calibri" w:hAnsi="Times New Roman" w:cs="Times New Roman"/>
                <w:lang w:val="sv-SE"/>
              </w:rPr>
              <w:t>2 :</w:t>
            </w:r>
            <w:proofErr w:type="gramEnd"/>
            <w:r w:rsidRPr="00580745">
              <w:rPr>
                <w:rFonts w:ascii="Times New Roman" w:eastAsia="Calibri" w:hAnsi="Times New Roman" w:cs="Times New Roman"/>
                <w:lang w:val="sv-SE"/>
              </w:rPr>
              <w:t xml:space="preserve"> </w:t>
            </w:r>
            <w:proofErr w:type="spellStart"/>
            <w:r w:rsidRPr="00580745">
              <w:rPr>
                <w:rFonts w:ascii="Times New Roman" w:eastAsia="Calibri" w:hAnsi="Times New Roman" w:cs="Times New Roman"/>
                <w:lang w:val="sv-SE"/>
              </w:rPr>
              <w:t>Cukup</w:t>
            </w:r>
            <w:proofErr w:type="spellEnd"/>
            <w:r w:rsidRPr="00580745">
              <w:rPr>
                <w:rFonts w:ascii="Times New Roman" w:eastAsia="Calibri" w:hAnsi="Times New Roman" w:cs="Times New Roman"/>
                <w:lang w:val="sv-SE"/>
              </w:rPr>
              <w:t xml:space="preserve"> </w:t>
            </w:r>
            <w:proofErr w:type="spellStart"/>
            <w:r w:rsidRPr="00580745">
              <w:rPr>
                <w:rFonts w:ascii="Times New Roman" w:eastAsia="Calibri" w:hAnsi="Times New Roman" w:cs="Times New Roman"/>
                <w:lang w:val="sv-SE"/>
              </w:rPr>
              <w:t>Meningkat</w:t>
            </w:r>
            <w:proofErr w:type="spellEnd"/>
          </w:p>
          <w:p w14:paraId="19DE0771"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 xml:space="preserve">3: </w:t>
            </w:r>
            <w:proofErr w:type="spellStart"/>
            <w:r w:rsidRPr="00580745">
              <w:rPr>
                <w:rFonts w:ascii="Times New Roman" w:eastAsia="Calibri" w:hAnsi="Times New Roman" w:cs="Times New Roman"/>
                <w:lang w:val="sv-SE"/>
              </w:rPr>
              <w:t>Sedang</w:t>
            </w:r>
            <w:proofErr w:type="spellEnd"/>
          </w:p>
          <w:p w14:paraId="75D03BAF" w14:textId="77777777" w:rsidR="006648BB" w:rsidRPr="00580745" w:rsidRDefault="006648BB" w:rsidP="005418A8">
            <w:pPr>
              <w:rPr>
                <w:rFonts w:ascii="Times New Roman" w:eastAsia="Calibri" w:hAnsi="Times New Roman" w:cs="Times New Roman"/>
              </w:rPr>
            </w:pPr>
            <w:proofErr w:type="gramStart"/>
            <w:r w:rsidRPr="00580745">
              <w:rPr>
                <w:rFonts w:ascii="Times New Roman" w:eastAsia="Calibri" w:hAnsi="Times New Roman" w:cs="Times New Roman"/>
              </w:rPr>
              <w:lastRenderedPageBreak/>
              <w:t>4 :</w:t>
            </w:r>
            <w:proofErr w:type="gram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Cukup</w:t>
            </w:r>
            <w:proofErr w:type="spellEnd"/>
            <w:r w:rsidRPr="00580745">
              <w:rPr>
                <w:rFonts w:ascii="Times New Roman" w:eastAsia="Calibri" w:hAnsi="Times New Roman" w:cs="Times New Roman"/>
              </w:rPr>
              <w:t xml:space="preserve"> </w:t>
            </w:r>
            <w:proofErr w:type="spellStart"/>
            <w:r w:rsidRPr="00580745">
              <w:rPr>
                <w:rFonts w:ascii="Times New Roman" w:eastAsia="Calibri" w:hAnsi="Times New Roman" w:cs="Times New Roman"/>
              </w:rPr>
              <w:t>Menurun</w:t>
            </w:r>
            <w:proofErr w:type="spellEnd"/>
            <w:r w:rsidRPr="00580745">
              <w:rPr>
                <w:rFonts w:ascii="Times New Roman" w:eastAsia="Calibri" w:hAnsi="Times New Roman" w:cs="Times New Roman"/>
              </w:rPr>
              <w:t xml:space="preserve"> </w:t>
            </w:r>
          </w:p>
          <w:p w14:paraId="508EAD46"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 xml:space="preserve">5: </w:t>
            </w:r>
            <w:proofErr w:type="spellStart"/>
            <w:r w:rsidRPr="00580745">
              <w:rPr>
                <w:rFonts w:ascii="Times New Roman" w:eastAsia="Calibri" w:hAnsi="Times New Roman" w:cs="Times New Roman"/>
              </w:rPr>
              <w:t>Menurun</w:t>
            </w:r>
            <w:proofErr w:type="spellEnd"/>
          </w:p>
        </w:tc>
      </w:tr>
      <w:tr w:rsidR="006648BB" w:rsidRPr="00580745" w14:paraId="55C7E915" w14:textId="77777777" w:rsidTr="004A13A3">
        <w:trPr>
          <w:jc w:val="center"/>
        </w:trPr>
        <w:tc>
          <w:tcPr>
            <w:tcW w:w="412" w:type="dxa"/>
            <w:tcBorders>
              <w:top w:val="single" w:sz="4" w:space="0" w:color="auto"/>
              <w:left w:val="nil"/>
              <w:bottom w:val="nil"/>
              <w:right w:val="nil"/>
            </w:tcBorders>
          </w:tcPr>
          <w:p w14:paraId="106EAD6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lastRenderedPageBreak/>
              <w:t>1</w:t>
            </w:r>
          </w:p>
        </w:tc>
        <w:tc>
          <w:tcPr>
            <w:tcW w:w="990" w:type="dxa"/>
            <w:tcBorders>
              <w:top w:val="single" w:sz="4" w:space="0" w:color="auto"/>
              <w:left w:val="nil"/>
              <w:bottom w:val="nil"/>
              <w:right w:val="nil"/>
            </w:tcBorders>
            <w:vAlign w:val="center"/>
          </w:tcPr>
          <w:p w14:paraId="0100358C" w14:textId="77777777" w:rsidR="006648BB" w:rsidRPr="00580745" w:rsidRDefault="006648BB" w:rsidP="005418A8">
            <w:pPr>
              <w:rPr>
                <w:rFonts w:ascii="Times New Roman" w:eastAsia="Calibri" w:hAnsi="Times New Roman" w:cs="Times New Roman"/>
              </w:rPr>
            </w:pPr>
            <w:proofErr w:type="spellStart"/>
            <w:r w:rsidRPr="00580745">
              <w:rPr>
                <w:rFonts w:ascii="Times New Roman" w:eastAsia="Calibri" w:hAnsi="Times New Roman" w:cs="Times New Roman"/>
              </w:rPr>
              <w:t>Tekanan</w:t>
            </w:r>
            <w:proofErr w:type="spellEnd"/>
            <w:r w:rsidRPr="00580745">
              <w:rPr>
                <w:rFonts w:ascii="Times New Roman" w:eastAsia="Calibri" w:hAnsi="Times New Roman" w:cs="Times New Roman"/>
              </w:rPr>
              <w:t xml:space="preserve"> Darah</w:t>
            </w:r>
          </w:p>
        </w:tc>
        <w:tc>
          <w:tcPr>
            <w:tcW w:w="661" w:type="dxa"/>
            <w:tcBorders>
              <w:top w:val="single" w:sz="4" w:space="0" w:color="auto"/>
              <w:left w:val="nil"/>
              <w:bottom w:val="nil"/>
              <w:right w:val="nil"/>
            </w:tcBorders>
          </w:tcPr>
          <w:p w14:paraId="0012F48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90/75</w:t>
            </w:r>
          </w:p>
        </w:tc>
        <w:tc>
          <w:tcPr>
            <w:tcW w:w="444" w:type="dxa"/>
            <w:tcBorders>
              <w:top w:val="single" w:sz="4" w:space="0" w:color="auto"/>
              <w:left w:val="nil"/>
              <w:bottom w:val="nil"/>
              <w:right w:val="nil"/>
            </w:tcBorders>
          </w:tcPr>
          <w:p w14:paraId="723ADEF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107/75</w:t>
            </w:r>
          </w:p>
        </w:tc>
        <w:tc>
          <w:tcPr>
            <w:tcW w:w="567" w:type="dxa"/>
            <w:tcBorders>
              <w:top w:val="single" w:sz="4" w:space="0" w:color="auto"/>
              <w:left w:val="nil"/>
              <w:bottom w:val="nil"/>
              <w:right w:val="nil"/>
            </w:tcBorders>
          </w:tcPr>
          <w:p w14:paraId="57898B5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102/65</w:t>
            </w:r>
          </w:p>
        </w:tc>
        <w:tc>
          <w:tcPr>
            <w:tcW w:w="567" w:type="dxa"/>
            <w:tcBorders>
              <w:top w:val="single" w:sz="4" w:space="0" w:color="auto"/>
              <w:left w:val="nil"/>
              <w:bottom w:val="nil"/>
              <w:right w:val="nil"/>
            </w:tcBorders>
          </w:tcPr>
          <w:p w14:paraId="52B3DDA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104/75</w:t>
            </w:r>
          </w:p>
        </w:tc>
        <w:tc>
          <w:tcPr>
            <w:tcW w:w="567" w:type="dxa"/>
            <w:tcBorders>
              <w:top w:val="single" w:sz="4" w:space="0" w:color="auto"/>
              <w:left w:val="nil"/>
              <w:bottom w:val="nil"/>
              <w:right w:val="nil"/>
            </w:tcBorders>
          </w:tcPr>
          <w:p w14:paraId="594A2C7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106/70</w:t>
            </w:r>
          </w:p>
        </w:tc>
        <w:tc>
          <w:tcPr>
            <w:tcW w:w="567" w:type="dxa"/>
            <w:tcBorders>
              <w:top w:val="single" w:sz="4" w:space="0" w:color="auto"/>
              <w:left w:val="nil"/>
              <w:bottom w:val="nil"/>
              <w:right w:val="nil"/>
            </w:tcBorders>
          </w:tcPr>
          <w:p w14:paraId="0D9906A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107/75</w:t>
            </w:r>
          </w:p>
        </w:tc>
        <w:tc>
          <w:tcPr>
            <w:tcW w:w="567" w:type="dxa"/>
            <w:tcBorders>
              <w:top w:val="single" w:sz="4" w:space="0" w:color="auto"/>
              <w:left w:val="nil"/>
              <w:bottom w:val="nil"/>
              <w:right w:val="nil"/>
            </w:tcBorders>
          </w:tcPr>
          <w:p w14:paraId="42A0452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103/75</w:t>
            </w:r>
          </w:p>
        </w:tc>
        <w:tc>
          <w:tcPr>
            <w:tcW w:w="567" w:type="dxa"/>
            <w:tcBorders>
              <w:top w:val="single" w:sz="4" w:space="0" w:color="auto"/>
              <w:left w:val="nil"/>
              <w:bottom w:val="nil"/>
              <w:right w:val="nil"/>
            </w:tcBorders>
          </w:tcPr>
          <w:p w14:paraId="198A9E6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108/76</w:t>
            </w:r>
          </w:p>
        </w:tc>
        <w:tc>
          <w:tcPr>
            <w:tcW w:w="567" w:type="dxa"/>
            <w:tcBorders>
              <w:top w:val="single" w:sz="4" w:space="0" w:color="auto"/>
              <w:left w:val="nil"/>
              <w:bottom w:val="nil"/>
              <w:right w:val="nil"/>
            </w:tcBorders>
          </w:tcPr>
          <w:p w14:paraId="75EB7AB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110/75</w:t>
            </w:r>
          </w:p>
        </w:tc>
        <w:tc>
          <w:tcPr>
            <w:tcW w:w="567" w:type="dxa"/>
            <w:tcBorders>
              <w:top w:val="single" w:sz="4" w:space="0" w:color="auto"/>
              <w:left w:val="nil"/>
              <w:bottom w:val="nil"/>
              <w:right w:val="nil"/>
            </w:tcBorders>
          </w:tcPr>
          <w:p w14:paraId="65D0434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114/78</w:t>
            </w:r>
          </w:p>
        </w:tc>
        <w:tc>
          <w:tcPr>
            <w:tcW w:w="567" w:type="dxa"/>
            <w:tcBorders>
              <w:top w:val="single" w:sz="4" w:space="0" w:color="auto"/>
              <w:left w:val="nil"/>
              <w:bottom w:val="nil"/>
              <w:right w:val="nil"/>
            </w:tcBorders>
          </w:tcPr>
          <w:p w14:paraId="01B2EC6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115/71</w:t>
            </w:r>
          </w:p>
        </w:tc>
        <w:tc>
          <w:tcPr>
            <w:tcW w:w="567" w:type="dxa"/>
            <w:tcBorders>
              <w:top w:val="single" w:sz="4" w:space="0" w:color="auto"/>
              <w:left w:val="nil"/>
              <w:bottom w:val="nil"/>
              <w:right w:val="nil"/>
            </w:tcBorders>
          </w:tcPr>
          <w:p w14:paraId="4824799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118/69</w:t>
            </w:r>
          </w:p>
        </w:tc>
        <w:tc>
          <w:tcPr>
            <w:tcW w:w="567" w:type="dxa"/>
            <w:tcBorders>
              <w:top w:val="single" w:sz="4" w:space="0" w:color="auto"/>
              <w:left w:val="nil"/>
              <w:bottom w:val="nil"/>
              <w:right w:val="nil"/>
            </w:tcBorders>
          </w:tcPr>
          <w:p w14:paraId="3A5A9DC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120/66</w:t>
            </w:r>
          </w:p>
        </w:tc>
        <w:tc>
          <w:tcPr>
            <w:tcW w:w="567" w:type="dxa"/>
            <w:tcBorders>
              <w:top w:val="single" w:sz="4" w:space="0" w:color="auto"/>
              <w:left w:val="nil"/>
              <w:bottom w:val="nil"/>
              <w:right w:val="nil"/>
            </w:tcBorders>
          </w:tcPr>
          <w:p w14:paraId="4164DEE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118/68</w:t>
            </w:r>
          </w:p>
        </w:tc>
      </w:tr>
      <w:tr w:rsidR="006648BB" w:rsidRPr="00580745" w14:paraId="7C56E77A" w14:textId="77777777" w:rsidTr="004A13A3">
        <w:trPr>
          <w:jc w:val="center"/>
        </w:trPr>
        <w:tc>
          <w:tcPr>
            <w:tcW w:w="412" w:type="dxa"/>
            <w:tcBorders>
              <w:top w:val="nil"/>
              <w:left w:val="nil"/>
              <w:bottom w:val="single" w:sz="4" w:space="0" w:color="auto"/>
              <w:right w:val="nil"/>
            </w:tcBorders>
          </w:tcPr>
          <w:p w14:paraId="7145A81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90" w:type="dxa"/>
            <w:tcBorders>
              <w:top w:val="nil"/>
              <w:left w:val="nil"/>
              <w:bottom w:val="single" w:sz="4" w:space="0" w:color="auto"/>
              <w:right w:val="nil"/>
            </w:tcBorders>
            <w:vAlign w:val="center"/>
          </w:tcPr>
          <w:p w14:paraId="184D5B10" w14:textId="77777777" w:rsidR="006648BB" w:rsidRPr="00580745" w:rsidRDefault="006648BB" w:rsidP="005418A8">
            <w:pPr>
              <w:rPr>
                <w:rFonts w:ascii="Times New Roman" w:eastAsia="Calibri" w:hAnsi="Times New Roman" w:cs="Times New Roman"/>
              </w:rPr>
            </w:pPr>
            <w:proofErr w:type="spellStart"/>
            <w:r w:rsidRPr="00580745">
              <w:rPr>
                <w:rFonts w:ascii="Times New Roman" w:eastAsia="Calibri" w:hAnsi="Times New Roman" w:cs="Times New Roman"/>
              </w:rPr>
              <w:t>Nadi</w:t>
            </w:r>
            <w:proofErr w:type="spellEnd"/>
          </w:p>
        </w:tc>
        <w:tc>
          <w:tcPr>
            <w:tcW w:w="661" w:type="dxa"/>
            <w:tcBorders>
              <w:top w:val="nil"/>
              <w:left w:val="nil"/>
              <w:bottom w:val="single" w:sz="4" w:space="0" w:color="auto"/>
              <w:right w:val="nil"/>
            </w:tcBorders>
          </w:tcPr>
          <w:p w14:paraId="6AAB21F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97</w:t>
            </w:r>
          </w:p>
        </w:tc>
        <w:tc>
          <w:tcPr>
            <w:tcW w:w="444" w:type="dxa"/>
            <w:tcBorders>
              <w:top w:val="nil"/>
              <w:left w:val="nil"/>
              <w:bottom w:val="single" w:sz="4" w:space="0" w:color="auto"/>
              <w:right w:val="nil"/>
            </w:tcBorders>
          </w:tcPr>
          <w:p w14:paraId="4243FB6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71</w:t>
            </w:r>
          </w:p>
        </w:tc>
        <w:tc>
          <w:tcPr>
            <w:tcW w:w="567" w:type="dxa"/>
            <w:tcBorders>
              <w:top w:val="nil"/>
              <w:left w:val="nil"/>
              <w:bottom w:val="single" w:sz="4" w:space="0" w:color="auto"/>
              <w:right w:val="nil"/>
            </w:tcBorders>
          </w:tcPr>
          <w:p w14:paraId="4511122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75</w:t>
            </w:r>
          </w:p>
        </w:tc>
        <w:tc>
          <w:tcPr>
            <w:tcW w:w="567" w:type="dxa"/>
            <w:tcBorders>
              <w:top w:val="nil"/>
              <w:left w:val="nil"/>
              <w:bottom w:val="single" w:sz="4" w:space="0" w:color="auto"/>
              <w:right w:val="nil"/>
            </w:tcBorders>
          </w:tcPr>
          <w:p w14:paraId="3AF2840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80</w:t>
            </w:r>
          </w:p>
        </w:tc>
        <w:tc>
          <w:tcPr>
            <w:tcW w:w="567" w:type="dxa"/>
            <w:tcBorders>
              <w:top w:val="nil"/>
              <w:left w:val="nil"/>
              <w:bottom w:val="single" w:sz="4" w:space="0" w:color="auto"/>
              <w:right w:val="nil"/>
            </w:tcBorders>
          </w:tcPr>
          <w:p w14:paraId="04BF4E1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65</w:t>
            </w:r>
          </w:p>
        </w:tc>
        <w:tc>
          <w:tcPr>
            <w:tcW w:w="567" w:type="dxa"/>
            <w:tcBorders>
              <w:top w:val="nil"/>
              <w:left w:val="nil"/>
              <w:bottom w:val="single" w:sz="4" w:space="0" w:color="auto"/>
              <w:right w:val="nil"/>
            </w:tcBorders>
          </w:tcPr>
          <w:p w14:paraId="3A24A55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67</w:t>
            </w:r>
          </w:p>
        </w:tc>
        <w:tc>
          <w:tcPr>
            <w:tcW w:w="567" w:type="dxa"/>
            <w:tcBorders>
              <w:top w:val="nil"/>
              <w:left w:val="nil"/>
              <w:bottom w:val="single" w:sz="4" w:space="0" w:color="auto"/>
              <w:right w:val="nil"/>
            </w:tcBorders>
          </w:tcPr>
          <w:p w14:paraId="2AE90A8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78</w:t>
            </w:r>
          </w:p>
        </w:tc>
        <w:tc>
          <w:tcPr>
            <w:tcW w:w="567" w:type="dxa"/>
            <w:tcBorders>
              <w:top w:val="nil"/>
              <w:left w:val="nil"/>
              <w:bottom w:val="single" w:sz="4" w:space="0" w:color="auto"/>
              <w:right w:val="nil"/>
            </w:tcBorders>
          </w:tcPr>
          <w:p w14:paraId="494493E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82</w:t>
            </w:r>
          </w:p>
        </w:tc>
        <w:tc>
          <w:tcPr>
            <w:tcW w:w="567" w:type="dxa"/>
            <w:tcBorders>
              <w:top w:val="nil"/>
              <w:left w:val="nil"/>
              <w:bottom w:val="single" w:sz="4" w:space="0" w:color="auto"/>
              <w:right w:val="nil"/>
            </w:tcBorders>
          </w:tcPr>
          <w:p w14:paraId="66EC23F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76</w:t>
            </w:r>
          </w:p>
        </w:tc>
        <w:tc>
          <w:tcPr>
            <w:tcW w:w="567" w:type="dxa"/>
            <w:tcBorders>
              <w:top w:val="nil"/>
              <w:left w:val="nil"/>
              <w:bottom w:val="single" w:sz="4" w:space="0" w:color="auto"/>
              <w:right w:val="nil"/>
            </w:tcBorders>
          </w:tcPr>
          <w:p w14:paraId="0C2BD8E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78</w:t>
            </w:r>
          </w:p>
        </w:tc>
        <w:tc>
          <w:tcPr>
            <w:tcW w:w="567" w:type="dxa"/>
            <w:tcBorders>
              <w:top w:val="nil"/>
              <w:left w:val="nil"/>
              <w:bottom w:val="single" w:sz="4" w:space="0" w:color="auto"/>
              <w:right w:val="nil"/>
            </w:tcBorders>
          </w:tcPr>
          <w:p w14:paraId="092BDAA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85</w:t>
            </w:r>
          </w:p>
        </w:tc>
        <w:tc>
          <w:tcPr>
            <w:tcW w:w="567" w:type="dxa"/>
            <w:tcBorders>
              <w:top w:val="nil"/>
              <w:left w:val="nil"/>
              <w:bottom w:val="single" w:sz="4" w:space="0" w:color="auto"/>
              <w:right w:val="nil"/>
            </w:tcBorders>
          </w:tcPr>
          <w:p w14:paraId="7270D56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81</w:t>
            </w:r>
          </w:p>
        </w:tc>
        <w:tc>
          <w:tcPr>
            <w:tcW w:w="567" w:type="dxa"/>
            <w:tcBorders>
              <w:top w:val="nil"/>
              <w:left w:val="nil"/>
              <w:bottom w:val="single" w:sz="4" w:space="0" w:color="auto"/>
              <w:right w:val="nil"/>
            </w:tcBorders>
          </w:tcPr>
          <w:p w14:paraId="6DB7668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82</w:t>
            </w:r>
          </w:p>
        </w:tc>
        <w:tc>
          <w:tcPr>
            <w:tcW w:w="567" w:type="dxa"/>
            <w:tcBorders>
              <w:top w:val="nil"/>
              <w:left w:val="nil"/>
              <w:bottom w:val="single" w:sz="4" w:space="0" w:color="auto"/>
              <w:right w:val="nil"/>
            </w:tcBorders>
          </w:tcPr>
          <w:p w14:paraId="2FE4ECA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85</w:t>
            </w:r>
          </w:p>
        </w:tc>
      </w:tr>
    </w:tbl>
    <w:p w14:paraId="2CFB315A" w14:textId="77777777" w:rsidR="006648BB" w:rsidRDefault="006648BB" w:rsidP="006648BB">
      <w:pPr>
        <w:spacing w:after="0" w:line="480" w:lineRule="auto"/>
        <w:rPr>
          <w:rFonts w:ascii="Times New Roman" w:hAnsi="Times New Roman" w:cs="Times New Roman"/>
          <w:sz w:val="24"/>
          <w:szCs w:val="24"/>
        </w:rPr>
      </w:pPr>
    </w:p>
    <w:p w14:paraId="3BA11141" w14:textId="77777777" w:rsidR="00761EA1" w:rsidRPr="00761EA1" w:rsidRDefault="00761EA1" w:rsidP="006648BB">
      <w:pPr>
        <w:jc w:val="both"/>
        <w:rPr>
          <w:rFonts w:ascii="Times New Roman" w:hAnsi="Times New Roman" w:cs="Times New Roman"/>
          <w:sz w:val="24"/>
          <w:szCs w:val="24"/>
        </w:rPr>
      </w:pPr>
      <w:proofErr w:type="spellStart"/>
      <w:r w:rsidRPr="00761EA1">
        <w:rPr>
          <w:rFonts w:ascii="Times New Roman" w:hAnsi="Times New Roman" w:cs="Times New Roman"/>
          <w:sz w:val="24"/>
          <w:szCs w:val="24"/>
        </w:rPr>
        <w:t>Penilaian</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selama</w:t>
      </w:r>
      <w:proofErr w:type="spellEnd"/>
      <w:r w:rsidRPr="00761EA1">
        <w:rPr>
          <w:rFonts w:ascii="Times New Roman" w:hAnsi="Times New Roman" w:cs="Times New Roman"/>
          <w:sz w:val="24"/>
          <w:szCs w:val="24"/>
        </w:rPr>
        <w:t xml:space="preserve"> 14 </w:t>
      </w:r>
      <w:proofErr w:type="spellStart"/>
      <w:r w:rsidRPr="00761EA1">
        <w:rPr>
          <w:rFonts w:ascii="Times New Roman" w:hAnsi="Times New Roman" w:cs="Times New Roman"/>
          <w:sz w:val="24"/>
          <w:szCs w:val="24"/>
        </w:rPr>
        <w:t>hari</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menunjukkan</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adanya</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peningkatan</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signifikan</w:t>
      </w:r>
      <w:proofErr w:type="spellEnd"/>
      <w:r w:rsidRPr="00761EA1">
        <w:rPr>
          <w:rFonts w:ascii="Times New Roman" w:hAnsi="Times New Roman" w:cs="Times New Roman"/>
          <w:sz w:val="24"/>
          <w:szCs w:val="24"/>
        </w:rPr>
        <w:t xml:space="preserve"> pada </w:t>
      </w:r>
      <w:proofErr w:type="spellStart"/>
      <w:r w:rsidRPr="00761EA1">
        <w:rPr>
          <w:rFonts w:ascii="Times New Roman" w:hAnsi="Times New Roman" w:cs="Times New Roman"/>
          <w:sz w:val="24"/>
          <w:szCs w:val="24"/>
        </w:rPr>
        <w:t>semua</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indikator</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toleransi</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aktivitas</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Peningkatan</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ini</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mencerminkan</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perbaikan</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fisiologis</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akibat</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naiknya</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kadar</w:t>
      </w:r>
      <w:proofErr w:type="spellEnd"/>
      <w:r w:rsidRPr="00761EA1">
        <w:rPr>
          <w:rFonts w:ascii="Times New Roman" w:hAnsi="Times New Roman" w:cs="Times New Roman"/>
          <w:sz w:val="24"/>
          <w:szCs w:val="24"/>
        </w:rPr>
        <w:t xml:space="preserve"> hemoglobin. </w:t>
      </w:r>
      <w:proofErr w:type="spellStart"/>
      <w:r w:rsidRPr="00761EA1">
        <w:rPr>
          <w:rFonts w:ascii="Times New Roman" w:hAnsi="Times New Roman" w:cs="Times New Roman"/>
          <w:sz w:val="24"/>
          <w:szCs w:val="24"/>
        </w:rPr>
        <w:t>Kondisi</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seperti</w:t>
      </w:r>
      <w:proofErr w:type="spellEnd"/>
      <w:r w:rsidRPr="00761EA1">
        <w:rPr>
          <w:rFonts w:ascii="Times New Roman" w:hAnsi="Times New Roman" w:cs="Times New Roman"/>
          <w:sz w:val="24"/>
          <w:szCs w:val="24"/>
        </w:rPr>
        <w:t xml:space="preserve"> dyspnea dan rasa </w:t>
      </w:r>
      <w:proofErr w:type="spellStart"/>
      <w:r w:rsidRPr="00761EA1">
        <w:rPr>
          <w:rFonts w:ascii="Times New Roman" w:hAnsi="Times New Roman" w:cs="Times New Roman"/>
          <w:sz w:val="24"/>
          <w:szCs w:val="24"/>
        </w:rPr>
        <w:t>lelah</w:t>
      </w:r>
      <w:proofErr w:type="spellEnd"/>
      <w:r w:rsidRPr="00761EA1">
        <w:rPr>
          <w:rFonts w:ascii="Times New Roman" w:hAnsi="Times New Roman" w:cs="Times New Roman"/>
          <w:sz w:val="24"/>
          <w:szCs w:val="24"/>
        </w:rPr>
        <w:t xml:space="preserve"> yang </w:t>
      </w:r>
      <w:proofErr w:type="spellStart"/>
      <w:r w:rsidRPr="00761EA1">
        <w:rPr>
          <w:rFonts w:ascii="Times New Roman" w:hAnsi="Times New Roman" w:cs="Times New Roman"/>
          <w:sz w:val="24"/>
          <w:szCs w:val="24"/>
        </w:rPr>
        <w:t>awalnya</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muncul</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secara</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dominan</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berkurang</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secara</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bertahap</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hingga</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tidak</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ada</w:t>
      </w:r>
      <w:proofErr w:type="spellEnd"/>
      <w:r w:rsidRPr="00761EA1">
        <w:rPr>
          <w:rFonts w:ascii="Times New Roman" w:hAnsi="Times New Roman" w:cs="Times New Roman"/>
          <w:sz w:val="24"/>
          <w:szCs w:val="24"/>
        </w:rPr>
        <w:t xml:space="preserve"> pada </w:t>
      </w:r>
      <w:proofErr w:type="spellStart"/>
      <w:r w:rsidRPr="00761EA1">
        <w:rPr>
          <w:rFonts w:ascii="Times New Roman" w:hAnsi="Times New Roman" w:cs="Times New Roman"/>
          <w:sz w:val="24"/>
          <w:szCs w:val="24"/>
        </w:rPr>
        <w:t>akhir</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intervensi</w:t>
      </w:r>
      <w:proofErr w:type="spellEnd"/>
      <w:r w:rsidRPr="00761EA1">
        <w:rPr>
          <w:rFonts w:ascii="Times New Roman" w:hAnsi="Times New Roman" w:cs="Times New Roman"/>
          <w:sz w:val="24"/>
          <w:szCs w:val="24"/>
        </w:rPr>
        <w:t>.</w:t>
      </w:r>
    </w:p>
    <w:p w14:paraId="2D1FB000" w14:textId="77777777" w:rsidR="00761EA1" w:rsidRPr="006648BB" w:rsidRDefault="006648BB" w:rsidP="006648BB">
      <w:pPr>
        <w:pStyle w:val="ListParagraph"/>
        <w:numPr>
          <w:ilvl w:val="0"/>
          <w:numId w:val="10"/>
        </w:numPr>
        <w:rPr>
          <w:rFonts w:ascii="Times New Roman" w:hAnsi="Times New Roman" w:cs="Times New Roman"/>
          <w:sz w:val="24"/>
          <w:szCs w:val="24"/>
        </w:rPr>
      </w:pPr>
      <w:proofErr w:type="spellStart"/>
      <w:r>
        <w:rPr>
          <w:rFonts w:ascii="Times New Roman" w:hAnsi="Times New Roman" w:cs="Times New Roman"/>
          <w:sz w:val="24"/>
          <w:szCs w:val="24"/>
        </w:rPr>
        <w:t>Peningkatan</w:t>
      </w:r>
      <w:proofErr w:type="spellEnd"/>
      <w:r>
        <w:rPr>
          <w:rFonts w:ascii="Times New Roman" w:hAnsi="Times New Roman" w:cs="Times New Roman"/>
          <w:sz w:val="24"/>
          <w:szCs w:val="24"/>
        </w:rPr>
        <w:t xml:space="preserve"> Kadar Hemoglobin</w:t>
      </w:r>
    </w:p>
    <w:p w14:paraId="33AFAB1F" w14:textId="77777777" w:rsidR="00761EA1" w:rsidRDefault="00761EA1" w:rsidP="00232B51">
      <w:pPr>
        <w:jc w:val="center"/>
        <w:rPr>
          <w:rFonts w:ascii="Times New Roman" w:hAnsi="Times New Roman" w:cs="Times New Roman"/>
          <w:sz w:val="24"/>
          <w:szCs w:val="24"/>
        </w:rPr>
      </w:pPr>
      <w:proofErr w:type="spellStart"/>
      <w:r w:rsidRPr="00761EA1">
        <w:rPr>
          <w:rFonts w:ascii="Times New Roman" w:hAnsi="Times New Roman" w:cs="Times New Roman"/>
          <w:sz w:val="24"/>
          <w:szCs w:val="24"/>
        </w:rPr>
        <w:t>Tabel</w:t>
      </w:r>
      <w:proofErr w:type="spellEnd"/>
      <w:r w:rsidRPr="00761EA1">
        <w:rPr>
          <w:rFonts w:ascii="Times New Roman" w:hAnsi="Times New Roman" w:cs="Times New Roman"/>
          <w:sz w:val="24"/>
          <w:szCs w:val="24"/>
        </w:rPr>
        <w:t xml:space="preserve"> 5. Kadar Hemoglobin </w:t>
      </w:r>
      <w:proofErr w:type="spellStart"/>
      <w:r w:rsidRPr="00761EA1">
        <w:rPr>
          <w:rFonts w:ascii="Times New Roman" w:hAnsi="Times New Roman" w:cs="Times New Roman"/>
          <w:sz w:val="24"/>
          <w:szCs w:val="24"/>
        </w:rPr>
        <w:t>Sebelum</w:t>
      </w:r>
      <w:proofErr w:type="spellEnd"/>
      <w:r w:rsidRPr="00761EA1">
        <w:rPr>
          <w:rFonts w:ascii="Times New Roman" w:hAnsi="Times New Roman" w:cs="Times New Roman"/>
          <w:sz w:val="24"/>
          <w:szCs w:val="24"/>
        </w:rPr>
        <w:t xml:space="preserve"> da</w:t>
      </w:r>
      <w:r w:rsidR="006648BB">
        <w:rPr>
          <w:rFonts w:ascii="Times New Roman" w:hAnsi="Times New Roman" w:cs="Times New Roman"/>
          <w:sz w:val="24"/>
          <w:szCs w:val="24"/>
        </w:rPr>
        <w:t xml:space="preserve">n </w:t>
      </w:r>
      <w:proofErr w:type="spellStart"/>
      <w:r w:rsidR="006648BB">
        <w:rPr>
          <w:rFonts w:ascii="Times New Roman" w:hAnsi="Times New Roman" w:cs="Times New Roman"/>
          <w:sz w:val="24"/>
          <w:szCs w:val="24"/>
        </w:rPr>
        <w:t>Sesudah</w:t>
      </w:r>
      <w:proofErr w:type="spellEnd"/>
      <w:r w:rsidR="006648BB">
        <w:rPr>
          <w:rFonts w:ascii="Times New Roman" w:hAnsi="Times New Roman" w:cs="Times New Roman"/>
          <w:sz w:val="24"/>
          <w:szCs w:val="24"/>
        </w:rPr>
        <w:t xml:space="preserve"> </w:t>
      </w:r>
      <w:proofErr w:type="spellStart"/>
      <w:r w:rsidR="006648BB">
        <w:rPr>
          <w:rFonts w:ascii="Times New Roman" w:hAnsi="Times New Roman" w:cs="Times New Roman"/>
          <w:sz w:val="24"/>
          <w:szCs w:val="24"/>
        </w:rPr>
        <w:t>Pemberian</w:t>
      </w:r>
      <w:proofErr w:type="spellEnd"/>
      <w:r w:rsidR="006648BB">
        <w:rPr>
          <w:rFonts w:ascii="Times New Roman" w:hAnsi="Times New Roman" w:cs="Times New Roman"/>
          <w:sz w:val="24"/>
          <w:szCs w:val="24"/>
        </w:rPr>
        <w:t xml:space="preserve"> Sari </w:t>
      </w:r>
      <w:proofErr w:type="spellStart"/>
      <w:r w:rsidR="006648BB">
        <w:rPr>
          <w:rFonts w:ascii="Times New Roman" w:hAnsi="Times New Roman" w:cs="Times New Roman"/>
          <w:sz w:val="24"/>
          <w:szCs w:val="24"/>
        </w:rPr>
        <w:t>Kurma</w:t>
      </w:r>
      <w:proofErr w:type="spellEnd"/>
    </w:p>
    <w:tbl>
      <w:tblPr>
        <w:tblStyle w:val="TableGrid"/>
        <w:tblW w:w="0" w:type="auto"/>
        <w:tblInd w:w="204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1"/>
        <w:gridCol w:w="1094"/>
        <w:gridCol w:w="1276"/>
        <w:gridCol w:w="1134"/>
      </w:tblGrid>
      <w:tr w:rsidR="00232B51" w:rsidRPr="00784225" w14:paraId="10F4F74D" w14:textId="77777777" w:rsidTr="005418A8">
        <w:tc>
          <w:tcPr>
            <w:tcW w:w="551" w:type="dxa"/>
          </w:tcPr>
          <w:p w14:paraId="754483CC" w14:textId="77777777" w:rsidR="00232B51" w:rsidRPr="00784225" w:rsidRDefault="00232B51" w:rsidP="005418A8">
            <w:pPr>
              <w:pStyle w:val="ListParagraph"/>
              <w:tabs>
                <w:tab w:val="left" w:pos="1843"/>
              </w:tabs>
              <w:ind w:left="0"/>
              <w:jc w:val="center"/>
              <w:rPr>
                <w:rFonts w:ascii="Times New Roman" w:hAnsi="Times New Roman" w:cs="Times New Roman"/>
              </w:rPr>
            </w:pPr>
            <w:r>
              <w:rPr>
                <w:rFonts w:ascii="Times New Roman" w:hAnsi="Times New Roman" w:cs="Times New Roman"/>
              </w:rPr>
              <w:t>R</w:t>
            </w:r>
          </w:p>
        </w:tc>
        <w:tc>
          <w:tcPr>
            <w:tcW w:w="1094" w:type="dxa"/>
          </w:tcPr>
          <w:p w14:paraId="60812A82"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H1</w:t>
            </w:r>
          </w:p>
        </w:tc>
        <w:tc>
          <w:tcPr>
            <w:tcW w:w="1276" w:type="dxa"/>
          </w:tcPr>
          <w:p w14:paraId="5648B1BD"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H12</w:t>
            </w:r>
          </w:p>
        </w:tc>
        <w:tc>
          <w:tcPr>
            <w:tcW w:w="1134" w:type="dxa"/>
          </w:tcPr>
          <w:p w14:paraId="3DD78ACF"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H14</w:t>
            </w:r>
          </w:p>
        </w:tc>
      </w:tr>
      <w:tr w:rsidR="00232B51" w:rsidRPr="00784225" w14:paraId="77CF54E3" w14:textId="77777777" w:rsidTr="005418A8">
        <w:tc>
          <w:tcPr>
            <w:tcW w:w="551" w:type="dxa"/>
          </w:tcPr>
          <w:p w14:paraId="20BFFF1F"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R1</w:t>
            </w:r>
          </w:p>
        </w:tc>
        <w:tc>
          <w:tcPr>
            <w:tcW w:w="1094" w:type="dxa"/>
          </w:tcPr>
          <w:p w14:paraId="00AAF9F2"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10,2</w:t>
            </w:r>
          </w:p>
        </w:tc>
        <w:tc>
          <w:tcPr>
            <w:tcW w:w="1276" w:type="dxa"/>
          </w:tcPr>
          <w:p w14:paraId="3A435670"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14</w:t>
            </w:r>
          </w:p>
        </w:tc>
        <w:tc>
          <w:tcPr>
            <w:tcW w:w="1134" w:type="dxa"/>
          </w:tcPr>
          <w:p w14:paraId="4457CFE5"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14,2</w:t>
            </w:r>
          </w:p>
        </w:tc>
      </w:tr>
      <w:tr w:rsidR="00232B51" w:rsidRPr="00784225" w14:paraId="0217FFE7" w14:textId="77777777" w:rsidTr="005418A8">
        <w:tc>
          <w:tcPr>
            <w:tcW w:w="551" w:type="dxa"/>
          </w:tcPr>
          <w:p w14:paraId="67F87A5B"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R2</w:t>
            </w:r>
          </w:p>
        </w:tc>
        <w:tc>
          <w:tcPr>
            <w:tcW w:w="1094" w:type="dxa"/>
          </w:tcPr>
          <w:p w14:paraId="427AD27F"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10</w:t>
            </w:r>
          </w:p>
        </w:tc>
        <w:tc>
          <w:tcPr>
            <w:tcW w:w="1276" w:type="dxa"/>
          </w:tcPr>
          <w:p w14:paraId="7CEA1904"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10,2</w:t>
            </w:r>
          </w:p>
        </w:tc>
        <w:tc>
          <w:tcPr>
            <w:tcW w:w="1134" w:type="dxa"/>
          </w:tcPr>
          <w:p w14:paraId="3BCEA836"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12</w:t>
            </w:r>
          </w:p>
        </w:tc>
      </w:tr>
    </w:tbl>
    <w:p w14:paraId="6DC1040D" w14:textId="77777777" w:rsidR="00761EA1" w:rsidRPr="00761EA1" w:rsidRDefault="00761EA1" w:rsidP="00761EA1">
      <w:pPr>
        <w:rPr>
          <w:rFonts w:ascii="Times New Roman" w:hAnsi="Times New Roman" w:cs="Times New Roman"/>
          <w:sz w:val="24"/>
          <w:szCs w:val="24"/>
        </w:rPr>
      </w:pPr>
    </w:p>
    <w:p w14:paraId="20C55D57" w14:textId="77777777" w:rsidR="00761EA1" w:rsidRPr="00761EA1" w:rsidRDefault="00761EA1" w:rsidP="00232B51">
      <w:pPr>
        <w:jc w:val="both"/>
        <w:rPr>
          <w:rFonts w:ascii="Times New Roman" w:hAnsi="Times New Roman" w:cs="Times New Roman"/>
          <w:sz w:val="24"/>
          <w:szCs w:val="24"/>
        </w:rPr>
      </w:pPr>
      <w:commentRangeStart w:id="8"/>
      <w:proofErr w:type="spellStart"/>
      <w:r w:rsidRPr="00761EA1">
        <w:rPr>
          <w:rFonts w:ascii="Times New Roman" w:hAnsi="Times New Roman" w:cs="Times New Roman"/>
          <w:sz w:val="24"/>
          <w:szCs w:val="24"/>
        </w:rPr>
        <w:t>Terjadi</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peningkatan</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kadar</w:t>
      </w:r>
      <w:proofErr w:type="spellEnd"/>
      <w:r w:rsidRPr="00761EA1">
        <w:rPr>
          <w:rFonts w:ascii="Times New Roman" w:hAnsi="Times New Roman" w:cs="Times New Roman"/>
          <w:sz w:val="24"/>
          <w:szCs w:val="24"/>
        </w:rPr>
        <w:t xml:space="preserve"> Hb </w:t>
      </w:r>
      <w:proofErr w:type="spellStart"/>
      <w:r w:rsidR="00232B51" w:rsidRPr="00232B51">
        <w:rPr>
          <w:rFonts w:ascii="Times New Roman" w:hAnsi="Times New Roman" w:cs="Times New Roman"/>
          <w:sz w:val="24"/>
          <w:szCs w:val="24"/>
        </w:rPr>
        <w:t>responden</w:t>
      </w:r>
      <w:proofErr w:type="spellEnd"/>
      <w:r w:rsidR="00232B51" w:rsidRPr="00232B51">
        <w:rPr>
          <w:rFonts w:ascii="Times New Roman" w:hAnsi="Times New Roman" w:cs="Times New Roman"/>
          <w:sz w:val="24"/>
          <w:szCs w:val="24"/>
        </w:rPr>
        <w:t xml:space="preserve"> 1 </w:t>
      </w:r>
      <w:proofErr w:type="spellStart"/>
      <w:r w:rsidR="00232B51" w:rsidRPr="00232B51">
        <w:rPr>
          <w:rFonts w:ascii="Times New Roman" w:hAnsi="Times New Roman" w:cs="Times New Roman"/>
          <w:sz w:val="24"/>
          <w:szCs w:val="24"/>
        </w:rPr>
        <w:t>sebanyak</w:t>
      </w:r>
      <w:proofErr w:type="spellEnd"/>
      <w:r w:rsidR="00232B51" w:rsidRPr="00232B51">
        <w:rPr>
          <w:rFonts w:ascii="Times New Roman" w:hAnsi="Times New Roman" w:cs="Times New Roman"/>
          <w:sz w:val="24"/>
          <w:szCs w:val="24"/>
        </w:rPr>
        <w:t xml:space="preserve"> 4 g/dl </w:t>
      </w:r>
      <w:proofErr w:type="spellStart"/>
      <w:r w:rsidR="00232B51" w:rsidRPr="00232B51">
        <w:rPr>
          <w:rFonts w:ascii="Times New Roman" w:hAnsi="Times New Roman" w:cs="Times New Roman"/>
          <w:sz w:val="24"/>
          <w:szCs w:val="24"/>
        </w:rPr>
        <w:t>sedangkan</w:t>
      </w:r>
      <w:proofErr w:type="spellEnd"/>
      <w:r w:rsidR="00232B51" w:rsidRPr="00232B51">
        <w:rPr>
          <w:rFonts w:ascii="Times New Roman" w:hAnsi="Times New Roman" w:cs="Times New Roman"/>
          <w:sz w:val="24"/>
          <w:szCs w:val="24"/>
        </w:rPr>
        <w:t xml:space="preserve"> pada </w:t>
      </w:r>
      <w:proofErr w:type="spellStart"/>
      <w:r w:rsidR="00232B51" w:rsidRPr="00232B51">
        <w:rPr>
          <w:rFonts w:ascii="Times New Roman" w:hAnsi="Times New Roman" w:cs="Times New Roman"/>
          <w:sz w:val="24"/>
          <w:szCs w:val="24"/>
        </w:rPr>
        <w:t>responden</w:t>
      </w:r>
      <w:proofErr w:type="spellEnd"/>
      <w:r w:rsidR="00232B51" w:rsidRPr="00232B51">
        <w:rPr>
          <w:rFonts w:ascii="Times New Roman" w:hAnsi="Times New Roman" w:cs="Times New Roman"/>
          <w:sz w:val="24"/>
          <w:szCs w:val="24"/>
        </w:rPr>
        <w:t xml:space="preserve"> 2 </w:t>
      </w:r>
      <w:proofErr w:type="spellStart"/>
      <w:r w:rsidR="00232B51" w:rsidRPr="00232B51">
        <w:rPr>
          <w:rFonts w:ascii="Times New Roman" w:hAnsi="Times New Roman" w:cs="Times New Roman"/>
          <w:sz w:val="24"/>
          <w:szCs w:val="24"/>
        </w:rPr>
        <w:t>mengalami</w:t>
      </w:r>
      <w:proofErr w:type="spellEnd"/>
      <w:r w:rsidR="00232B51" w:rsidRPr="00232B51">
        <w:rPr>
          <w:rFonts w:ascii="Times New Roman" w:hAnsi="Times New Roman" w:cs="Times New Roman"/>
          <w:sz w:val="24"/>
          <w:szCs w:val="24"/>
        </w:rPr>
        <w:t xml:space="preserve"> </w:t>
      </w:r>
      <w:proofErr w:type="spellStart"/>
      <w:r w:rsidR="00232B51" w:rsidRPr="00232B51">
        <w:rPr>
          <w:rFonts w:ascii="Times New Roman" w:hAnsi="Times New Roman" w:cs="Times New Roman"/>
          <w:sz w:val="24"/>
          <w:szCs w:val="24"/>
        </w:rPr>
        <w:t>peningkatan</w:t>
      </w:r>
      <w:proofErr w:type="spellEnd"/>
      <w:r w:rsidR="00232B51" w:rsidRPr="00232B51">
        <w:rPr>
          <w:rFonts w:ascii="Times New Roman" w:hAnsi="Times New Roman" w:cs="Times New Roman"/>
          <w:sz w:val="24"/>
          <w:szCs w:val="24"/>
        </w:rPr>
        <w:t xml:space="preserve"> </w:t>
      </w:r>
      <w:proofErr w:type="spellStart"/>
      <w:r w:rsidR="00232B51" w:rsidRPr="00232B51">
        <w:rPr>
          <w:rFonts w:ascii="Times New Roman" w:hAnsi="Times New Roman" w:cs="Times New Roman"/>
          <w:sz w:val="24"/>
          <w:szCs w:val="24"/>
        </w:rPr>
        <w:t>sebanyak</w:t>
      </w:r>
      <w:proofErr w:type="spellEnd"/>
      <w:r w:rsidR="00232B51" w:rsidRPr="00232B51">
        <w:rPr>
          <w:rFonts w:ascii="Times New Roman" w:hAnsi="Times New Roman" w:cs="Times New Roman"/>
          <w:sz w:val="24"/>
          <w:szCs w:val="24"/>
        </w:rPr>
        <w:t xml:space="preserve"> 2 g/dl</w:t>
      </w:r>
      <w:r w:rsidRPr="00761EA1">
        <w:rPr>
          <w:rFonts w:ascii="Times New Roman" w:hAnsi="Times New Roman" w:cs="Times New Roman"/>
          <w:sz w:val="24"/>
          <w:szCs w:val="24"/>
        </w:rPr>
        <w:t xml:space="preserve">. Hal </w:t>
      </w:r>
      <w:proofErr w:type="spellStart"/>
      <w:r w:rsidRPr="00761EA1">
        <w:rPr>
          <w:rFonts w:ascii="Times New Roman" w:hAnsi="Times New Roman" w:cs="Times New Roman"/>
          <w:sz w:val="24"/>
          <w:szCs w:val="24"/>
        </w:rPr>
        <w:t>ini</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sesuai</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dengan</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temuan</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Mawaddah</w:t>
      </w:r>
      <w:proofErr w:type="spellEnd"/>
      <w:r w:rsidRPr="00761EA1">
        <w:rPr>
          <w:rFonts w:ascii="Times New Roman" w:hAnsi="Times New Roman" w:cs="Times New Roman"/>
          <w:sz w:val="24"/>
          <w:szCs w:val="24"/>
        </w:rPr>
        <w:t xml:space="preserve"> (2020) dan Indira &amp; </w:t>
      </w:r>
      <w:proofErr w:type="spellStart"/>
      <w:r w:rsidRPr="00761EA1">
        <w:rPr>
          <w:rFonts w:ascii="Times New Roman" w:hAnsi="Times New Roman" w:cs="Times New Roman"/>
          <w:sz w:val="24"/>
          <w:szCs w:val="24"/>
        </w:rPr>
        <w:t>Aisah</w:t>
      </w:r>
      <w:proofErr w:type="spellEnd"/>
      <w:r w:rsidRPr="00761EA1">
        <w:rPr>
          <w:rFonts w:ascii="Times New Roman" w:hAnsi="Times New Roman" w:cs="Times New Roman"/>
          <w:sz w:val="24"/>
          <w:szCs w:val="24"/>
        </w:rPr>
        <w:t xml:space="preserve"> (2024) yang </w:t>
      </w:r>
      <w:proofErr w:type="spellStart"/>
      <w:r w:rsidRPr="00761EA1">
        <w:rPr>
          <w:rFonts w:ascii="Times New Roman" w:hAnsi="Times New Roman" w:cs="Times New Roman"/>
          <w:sz w:val="24"/>
          <w:szCs w:val="24"/>
        </w:rPr>
        <w:t>menyebutkan</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bahwa</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konsumsi</w:t>
      </w:r>
      <w:proofErr w:type="spellEnd"/>
      <w:r w:rsidRPr="00761EA1">
        <w:rPr>
          <w:rFonts w:ascii="Times New Roman" w:hAnsi="Times New Roman" w:cs="Times New Roman"/>
          <w:sz w:val="24"/>
          <w:szCs w:val="24"/>
        </w:rPr>
        <w:t xml:space="preserve"> sari </w:t>
      </w:r>
      <w:proofErr w:type="spellStart"/>
      <w:r w:rsidRPr="00761EA1">
        <w:rPr>
          <w:rFonts w:ascii="Times New Roman" w:hAnsi="Times New Roman" w:cs="Times New Roman"/>
          <w:sz w:val="24"/>
          <w:szCs w:val="24"/>
        </w:rPr>
        <w:t>kurma</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berperan</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signifikan</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dalam</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meningkatkan</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kadar</w:t>
      </w:r>
      <w:proofErr w:type="spellEnd"/>
      <w:r w:rsidRPr="00761EA1">
        <w:rPr>
          <w:rFonts w:ascii="Times New Roman" w:hAnsi="Times New Roman" w:cs="Times New Roman"/>
          <w:sz w:val="24"/>
          <w:szCs w:val="24"/>
        </w:rPr>
        <w:t xml:space="preserve"> Hb </w:t>
      </w:r>
      <w:proofErr w:type="spellStart"/>
      <w:r w:rsidRPr="00761EA1">
        <w:rPr>
          <w:rFonts w:ascii="Times New Roman" w:hAnsi="Times New Roman" w:cs="Times New Roman"/>
          <w:sz w:val="24"/>
          <w:szCs w:val="24"/>
        </w:rPr>
        <w:t>remaja</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putri</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Zat</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besi</w:t>
      </w:r>
      <w:proofErr w:type="spellEnd"/>
      <w:r w:rsidRPr="00761EA1">
        <w:rPr>
          <w:rFonts w:ascii="Times New Roman" w:hAnsi="Times New Roman" w:cs="Times New Roman"/>
          <w:sz w:val="24"/>
          <w:szCs w:val="24"/>
        </w:rPr>
        <w:t xml:space="preserve"> yang </w:t>
      </w:r>
      <w:proofErr w:type="spellStart"/>
      <w:r w:rsidRPr="00761EA1">
        <w:rPr>
          <w:rFonts w:ascii="Times New Roman" w:hAnsi="Times New Roman" w:cs="Times New Roman"/>
          <w:sz w:val="24"/>
          <w:szCs w:val="24"/>
        </w:rPr>
        <w:t>terkandung</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dalam</w:t>
      </w:r>
      <w:proofErr w:type="spellEnd"/>
      <w:r w:rsidRPr="00761EA1">
        <w:rPr>
          <w:rFonts w:ascii="Times New Roman" w:hAnsi="Times New Roman" w:cs="Times New Roman"/>
          <w:sz w:val="24"/>
          <w:szCs w:val="24"/>
        </w:rPr>
        <w:t xml:space="preserve"> sari </w:t>
      </w:r>
      <w:proofErr w:type="spellStart"/>
      <w:r w:rsidRPr="00761EA1">
        <w:rPr>
          <w:rFonts w:ascii="Times New Roman" w:hAnsi="Times New Roman" w:cs="Times New Roman"/>
          <w:sz w:val="24"/>
          <w:szCs w:val="24"/>
        </w:rPr>
        <w:t>kurma</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berperan</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dalam</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pembentukan</w:t>
      </w:r>
      <w:proofErr w:type="spellEnd"/>
      <w:r w:rsidRPr="00761EA1">
        <w:rPr>
          <w:rFonts w:ascii="Times New Roman" w:hAnsi="Times New Roman" w:cs="Times New Roman"/>
          <w:sz w:val="24"/>
          <w:szCs w:val="24"/>
        </w:rPr>
        <w:t xml:space="preserve"> hemoglobin, </w:t>
      </w:r>
      <w:proofErr w:type="spellStart"/>
      <w:r w:rsidRPr="00761EA1">
        <w:rPr>
          <w:rFonts w:ascii="Times New Roman" w:hAnsi="Times New Roman" w:cs="Times New Roman"/>
          <w:sz w:val="24"/>
          <w:szCs w:val="24"/>
        </w:rPr>
        <w:t>sementara</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kandungan</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gulanya</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memberi</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energi</w:t>
      </w:r>
      <w:proofErr w:type="spellEnd"/>
      <w:r w:rsidRPr="00761EA1">
        <w:rPr>
          <w:rFonts w:ascii="Times New Roman" w:hAnsi="Times New Roman" w:cs="Times New Roman"/>
          <w:sz w:val="24"/>
          <w:szCs w:val="24"/>
        </w:rPr>
        <w:t xml:space="preserve"> yang </w:t>
      </w:r>
      <w:proofErr w:type="spellStart"/>
      <w:r w:rsidRPr="00761EA1">
        <w:rPr>
          <w:rFonts w:ascii="Times New Roman" w:hAnsi="Times New Roman" w:cs="Times New Roman"/>
          <w:sz w:val="24"/>
          <w:szCs w:val="24"/>
        </w:rPr>
        <w:t>dibutuhkan</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untuk</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pemulihan</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aktivitas</w:t>
      </w:r>
      <w:proofErr w:type="spellEnd"/>
      <w:r w:rsidRPr="00761EA1">
        <w:rPr>
          <w:rFonts w:ascii="Times New Roman" w:hAnsi="Times New Roman" w:cs="Times New Roman"/>
          <w:sz w:val="24"/>
          <w:szCs w:val="24"/>
        </w:rPr>
        <w:t>.</w:t>
      </w:r>
    </w:p>
    <w:p w14:paraId="4E9A8B53" w14:textId="77777777" w:rsidR="00761EA1" w:rsidRPr="00761EA1" w:rsidRDefault="00761EA1" w:rsidP="00232B51">
      <w:pPr>
        <w:jc w:val="both"/>
        <w:rPr>
          <w:rFonts w:ascii="Times New Roman" w:hAnsi="Times New Roman" w:cs="Times New Roman"/>
          <w:sz w:val="24"/>
          <w:szCs w:val="24"/>
        </w:rPr>
      </w:pPr>
      <w:proofErr w:type="spellStart"/>
      <w:r w:rsidRPr="00761EA1">
        <w:rPr>
          <w:rFonts w:ascii="Times New Roman" w:hAnsi="Times New Roman" w:cs="Times New Roman"/>
          <w:sz w:val="24"/>
          <w:szCs w:val="24"/>
        </w:rPr>
        <w:t>Berdasarkan</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hasil</w:t>
      </w:r>
      <w:proofErr w:type="spellEnd"/>
      <w:r w:rsidRPr="00761EA1">
        <w:rPr>
          <w:rFonts w:ascii="Times New Roman" w:hAnsi="Times New Roman" w:cs="Times New Roman"/>
          <w:sz w:val="24"/>
          <w:szCs w:val="24"/>
        </w:rPr>
        <w:t xml:space="preserve"> dan </w:t>
      </w:r>
      <w:proofErr w:type="spellStart"/>
      <w:r w:rsidRPr="00761EA1">
        <w:rPr>
          <w:rFonts w:ascii="Times New Roman" w:hAnsi="Times New Roman" w:cs="Times New Roman"/>
          <w:sz w:val="24"/>
          <w:szCs w:val="24"/>
        </w:rPr>
        <w:t>tabel-tabel</w:t>
      </w:r>
      <w:proofErr w:type="spellEnd"/>
      <w:r w:rsidRPr="00761EA1">
        <w:rPr>
          <w:rFonts w:ascii="Times New Roman" w:hAnsi="Times New Roman" w:cs="Times New Roman"/>
          <w:sz w:val="24"/>
          <w:szCs w:val="24"/>
        </w:rPr>
        <w:t xml:space="preserve"> yang </w:t>
      </w:r>
      <w:proofErr w:type="spellStart"/>
      <w:r w:rsidRPr="00761EA1">
        <w:rPr>
          <w:rFonts w:ascii="Times New Roman" w:hAnsi="Times New Roman" w:cs="Times New Roman"/>
          <w:sz w:val="24"/>
          <w:szCs w:val="24"/>
        </w:rPr>
        <w:t>dianalisis</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dapat</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disimpulkan</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bahwa</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pemberian</w:t>
      </w:r>
      <w:proofErr w:type="spellEnd"/>
      <w:r w:rsidRPr="00761EA1">
        <w:rPr>
          <w:rFonts w:ascii="Times New Roman" w:hAnsi="Times New Roman" w:cs="Times New Roman"/>
          <w:sz w:val="24"/>
          <w:szCs w:val="24"/>
        </w:rPr>
        <w:t xml:space="preserve"> sari </w:t>
      </w:r>
      <w:proofErr w:type="spellStart"/>
      <w:r w:rsidRPr="00761EA1">
        <w:rPr>
          <w:rFonts w:ascii="Times New Roman" w:hAnsi="Times New Roman" w:cs="Times New Roman"/>
          <w:sz w:val="24"/>
          <w:szCs w:val="24"/>
        </w:rPr>
        <w:t>kurma</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secara</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rutin</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selama</w:t>
      </w:r>
      <w:proofErr w:type="spellEnd"/>
      <w:r w:rsidRPr="00761EA1">
        <w:rPr>
          <w:rFonts w:ascii="Times New Roman" w:hAnsi="Times New Roman" w:cs="Times New Roman"/>
          <w:sz w:val="24"/>
          <w:szCs w:val="24"/>
        </w:rPr>
        <w:t xml:space="preserve"> 14 </w:t>
      </w:r>
      <w:proofErr w:type="spellStart"/>
      <w:r w:rsidRPr="00761EA1">
        <w:rPr>
          <w:rFonts w:ascii="Times New Roman" w:hAnsi="Times New Roman" w:cs="Times New Roman"/>
          <w:sz w:val="24"/>
          <w:szCs w:val="24"/>
        </w:rPr>
        <w:t>hari</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terbukti</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meningkatkan</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kadar</w:t>
      </w:r>
      <w:proofErr w:type="spellEnd"/>
      <w:r w:rsidRPr="00761EA1">
        <w:rPr>
          <w:rFonts w:ascii="Times New Roman" w:hAnsi="Times New Roman" w:cs="Times New Roman"/>
          <w:sz w:val="24"/>
          <w:szCs w:val="24"/>
        </w:rPr>
        <w:t xml:space="preserve"> hemoglobin dan </w:t>
      </w:r>
      <w:proofErr w:type="spellStart"/>
      <w:r w:rsidRPr="00761EA1">
        <w:rPr>
          <w:rFonts w:ascii="Times New Roman" w:hAnsi="Times New Roman" w:cs="Times New Roman"/>
          <w:sz w:val="24"/>
          <w:szCs w:val="24"/>
        </w:rPr>
        <w:t>memperbaiki</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toleransi</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aktivitas</w:t>
      </w:r>
      <w:proofErr w:type="spellEnd"/>
      <w:r w:rsidRPr="00761EA1">
        <w:rPr>
          <w:rFonts w:ascii="Times New Roman" w:hAnsi="Times New Roman" w:cs="Times New Roman"/>
          <w:sz w:val="24"/>
          <w:szCs w:val="24"/>
        </w:rPr>
        <w:t xml:space="preserve"> pada </w:t>
      </w:r>
      <w:proofErr w:type="spellStart"/>
      <w:r w:rsidRPr="00761EA1">
        <w:rPr>
          <w:rFonts w:ascii="Times New Roman" w:hAnsi="Times New Roman" w:cs="Times New Roman"/>
          <w:sz w:val="24"/>
          <w:szCs w:val="24"/>
        </w:rPr>
        <w:t>remaja</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putri</w:t>
      </w:r>
      <w:proofErr w:type="spellEnd"/>
      <w:r w:rsidRPr="00761EA1">
        <w:rPr>
          <w:rFonts w:ascii="Times New Roman" w:hAnsi="Times New Roman" w:cs="Times New Roman"/>
          <w:sz w:val="24"/>
          <w:szCs w:val="24"/>
        </w:rPr>
        <w:t xml:space="preserve"> yang </w:t>
      </w:r>
      <w:proofErr w:type="spellStart"/>
      <w:r w:rsidRPr="00761EA1">
        <w:rPr>
          <w:rFonts w:ascii="Times New Roman" w:hAnsi="Times New Roman" w:cs="Times New Roman"/>
          <w:sz w:val="24"/>
          <w:szCs w:val="24"/>
        </w:rPr>
        <w:t>mengalami</w:t>
      </w:r>
      <w:proofErr w:type="spellEnd"/>
      <w:r w:rsidRPr="00761EA1">
        <w:rPr>
          <w:rFonts w:ascii="Times New Roman" w:hAnsi="Times New Roman" w:cs="Times New Roman"/>
          <w:sz w:val="24"/>
          <w:szCs w:val="24"/>
        </w:rPr>
        <w:t xml:space="preserve"> anemia. </w:t>
      </w:r>
      <w:proofErr w:type="spellStart"/>
      <w:r w:rsidRPr="00761EA1">
        <w:rPr>
          <w:rFonts w:ascii="Times New Roman" w:hAnsi="Times New Roman" w:cs="Times New Roman"/>
          <w:sz w:val="24"/>
          <w:szCs w:val="24"/>
        </w:rPr>
        <w:t>Peningkatan</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terlihat</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secara</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bertahap</w:t>
      </w:r>
      <w:proofErr w:type="spellEnd"/>
      <w:r w:rsidRPr="00761EA1">
        <w:rPr>
          <w:rFonts w:ascii="Times New Roman" w:hAnsi="Times New Roman" w:cs="Times New Roman"/>
          <w:sz w:val="24"/>
          <w:szCs w:val="24"/>
        </w:rPr>
        <w:t xml:space="preserve"> pada </w:t>
      </w:r>
      <w:proofErr w:type="spellStart"/>
      <w:r w:rsidRPr="00761EA1">
        <w:rPr>
          <w:rFonts w:ascii="Times New Roman" w:hAnsi="Times New Roman" w:cs="Times New Roman"/>
          <w:sz w:val="24"/>
          <w:szCs w:val="24"/>
        </w:rPr>
        <w:t>indikator</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aktivitas</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harian</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serta</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adanya</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perbaikan</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gejala</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seperti</w:t>
      </w:r>
      <w:proofErr w:type="spellEnd"/>
      <w:r w:rsidRPr="00761EA1">
        <w:rPr>
          <w:rFonts w:ascii="Times New Roman" w:hAnsi="Times New Roman" w:cs="Times New Roman"/>
          <w:sz w:val="24"/>
          <w:szCs w:val="24"/>
        </w:rPr>
        <w:t xml:space="preserve"> rasa </w:t>
      </w:r>
      <w:proofErr w:type="spellStart"/>
      <w:r w:rsidRPr="00761EA1">
        <w:rPr>
          <w:rFonts w:ascii="Times New Roman" w:hAnsi="Times New Roman" w:cs="Times New Roman"/>
          <w:sz w:val="24"/>
          <w:szCs w:val="24"/>
        </w:rPr>
        <w:t>lelah</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sesak</w:t>
      </w:r>
      <w:proofErr w:type="spellEnd"/>
      <w:r w:rsidRPr="00761EA1">
        <w:rPr>
          <w:rFonts w:ascii="Times New Roman" w:hAnsi="Times New Roman" w:cs="Times New Roman"/>
          <w:sz w:val="24"/>
          <w:szCs w:val="24"/>
        </w:rPr>
        <w:t xml:space="preserve"> napas, dan </w:t>
      </w:r>
      <w:proofErr w:type="spellStart"/>
      <w:r w:rsidRPr="00761EA1">
        <w:rPr>
          <w:rFonts w:ascii="Times New Roman" w:hAnsi="Times New Roman" w:cs="Times New Roman"/>
          <w:sz w:val="24"/>
          <w:szCs w:val="24"/>
        </w:rPr>
        <w:t>kelemahan</w:t>
      </w:r>
      <w:proofErr w:type="spellEnd"/>
      <w:r w:rsidRPr="00761EA1">
        <w:rPr>
          <w:rFonts w:ascii="Times New Roman" w:hAnsi="Times New Roman" w:cs="Times New Roman"/>
          <w:sz w:val="24"/>
          <w:szCs w:val="24"/>
        </w:rPr>
        <w:t xml:space="preserve">. Hal </w:t>
      </w:r>
      <w:proofErr w:type="spellStart"/>
      <w:r w:rsidRPr="00761EA1">
        <w:rPr>
          <w:rFonts w:ascii="Times New Roman" w:hAnsi="Times New Roman" w:cs="Times New Roman"/>
          <w:sz w:val="24"/>
          <w:szCs w:val="24"/>
        </w:rPr>
        <w:t>ini</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menunjukkan</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bahwa</w:t>
      </w:r>
      <w:proofErr w:type="spellEnd"/>
      <w:r w:rsidRPr="00761EA1">
        <w:rPr>
          <w:rFonts w:ascii="Times New Roman" w:hAnsi="Times New Roman" w:cs="Times New Roman"/>
          <w:sz w:val="24"/>
          <w:szCs w:val="24"/>
        </w:rPr>
        <w:t xml:space="preserve"> sari </w:t>
      </w:r>
      <w:proofErr w:type="spellStart"/>
      <w:r w:rsidRPr="00761EA1">
        <w:rPr>
          <w:rFonts w:ascii="Times New Roman" w:hAnsi="Times New Roman" w:cs="Times New Roman"/>
          <w:sz w:val="24"/>
          <w:szCs w:val="24"/>
        </w:rPr>
        <w:t>kurma</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dapat</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menjadi</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intervensi</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alami</w:t>
      </w:r>
      <w:proofErr w:type="spellEnd"/>
      <w:r w:rsidRPr="00761EA1">
        <w:rPr>
          <w:rFonts w:ascii="Times New Roman" w:hAnsi="Times New Roman" w:cs="Times New Roman"/>
          <w:sz w:val="24"/>
          <w:szCs w:val="24"/>
        </w:rPr>
        <w:t xml:space="preserve"> yang </w:t>
      </w:r>
      <w:proofErr w:type="spellStart"/>
      <w:r w:rsidRPr="00761EA1">
        <w:rPr>
          <w:rFonts w:ascii="Times New Roman" w:hAnsi="Times New Roman" w:cs="Times New Roman"/>
          <w:sz w:val="24"/>
          <w:szCs w:val="24"/>
        </w:rPr>
        <w:t>efektif</w:t>
      </w:r>
      <w:proofErr w:type="spellEnd"/>
      <w:r w:rsidRPr="00761EA1">
        <w:rPr>
          <w:rFonts w:ascii="Times New Roman" w:hAnsi="Times New Roman" w:cs="Times New Roman"/>
          <w:sz w:val="24"/>
          <w:szCs w:val="24"/>
        </w:rPr>
        <w:t xml:space="preserve"> dan </w:t>
      </w:r>
      <w:proofErr w:type="spellStart"/>
      <w:r w:rsidRPr="00761EA1">
        <w:rPr>
          <w:rFonts w:ascii="Times New Roman" w:hAnsi="Times New Roman" w:cs="Times New Roman"/>
          <w:sz w:val="24"/>
          <w:szCs w:val="24"/>
        </w:rPr>
        <w:t>layak</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digunakan</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dalam</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praktik</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keperawatan</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untuk</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penanganan</w:t>
      </w:r>
      <w:proofErr w:type="spellEnd"/>
      <w:r w:rsidRPr="00761EA1">
        <w:rPr>
          <w:rFonts w:ascii="Times New Roman" w:hAnsi="Times New Roman" w:cs="Times New Roman"/>
          <w:sz w:val="24"/>
          <w:szCs w:val="24"/>
        </w:rPr>
        <w:t xml:space="preserve"> anemia </w:t>
      </w:r>
      <w:proofErr w:type="spellStart"/>
      <w:r w:rsidRPr="00761EA1">
        <w:rPr>
          <w:rFonts w:ascii="Times New Roman" w:hAnsi="Times New Roman" w:cs="Times New Roman"/>
          <w:sz w:val="24"/>
          <w:szCs w:val="24"/>
        </w:rPr>
        <w:t>ringan</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hingga</w:t>
      </w:r>
      <w:proofErr w:type="spellEnd"/>
      <w:r w:rsidRPr="00761EA1">
        <w:rPr>
          <w:rFonts w:ascii="Times New Roman" w:hAnsi="Times New Roman" w:cs="Times New Roman"/>
          <w:sz w:val="24"/>
          <w:szCs w:val="24"/>
        </w:rPr>
        <w:t xml:space="preserve"> </w:t>
      </w:r>
      <w:proofErr w:type="spellStart"/>
      <w:r w:rsidRPr="00761EA1">
        <w:rPr>
          <w:rFonts w:ascii="Times New Roman" w:hAnsi="Times New Roman" w:cs="Times New Roman"/>
          <w:sz w:val="24"/>
          <w:szCs w:val="24"/>
        </w:rPr>
        <w:t>sedang</w:t>
      </w:r>
      <w:proofErr w:type="spellEnd"/>
      <w:r w:rsidRPr="00761EA1">
        <w:rPr>
          <w:rFonts w:ascii="Times New Roman" w:hAnsi="Times New Roman" w:cs="Times New Roman"/>
          <w:sz w:val="24"/>
          <w:szCs w:val="24"/>
        </w:rPr>
        <w:t xml:space="preserve"> pada </w:t>
      </w:r>
      <w:proofErr w:type="spellStart"/>
      <w:r w:rsidRPr="00761EA1">
        <w:rPr>
          <w:rFonts w:ascii="Times New Roman" w:hAnsi="Times New Roman" w:cs="Times New Roman"/>
          <w:sz w:val="24"/>
          <w:szCs w:val="24"/>
        </w:rPr>
        <w:t>remaja</w:t>
      </w:r>
      <w:proofErr w:type="spellEnd"/>
      <w:r w:rsidRPr="00761EA1">
        <w:rPr>
          <w:rFonts w:ascii="Times New Roman" w:hAnsi="Times New Roman" w:cs="Times New Roman"/>
          <w:sz w:val="24"/>
          <w:szCs w:val="24"/>
        </w:rPr>
        <w:t>.</w:t>
      </w:r>
      <w:commentRangeEnd w:id="8"/>
      <w:r w:rsidR="00236E54">
        <w:rPr>
          <w:rStyle w:val="CommentReference"/>
        </w:rPr>
        <w:commentReference w:id="8"/>
      </w:r>
    </w:p>
    <w:p w14:paraId="19DFDC40" w14:textId="77777777" w:rsidR="00893D1F" w:rsidRDefault="00893D1F" w:rsidP="00761EA1">
      <w:pPr>
        <w:rPr>
          <w:rFonts w:ascii="Times New Roman" w:hAnsi="Times New Roman" w:cs="Times New Roman"/>
          <w:b/>
          <w:sz w:val="24"/>
          <w:szCs w:val="24"/>
        </w:rPr>
        <w:sectPr w:rsidR="00893D1F" w:rsidSect="00893D1F">
          <w:type w:val="continuous"/>
          <w:pgSz w:w="12240" w:h="15840"/>
          <w:pgMar w:top="1440" w:right="1800" w:bottom="1440" w:left="1800" w:header="720" w:footer="720" w:gutter="0"/>
          <w:cols w:space="720"/>
          <w:docGrid w:linePitch="360"/>
        </w:sectPr>
      </w:pPr>
    </w:p>
    <w:p w14:paraId="3C1148B6" w14:textId="77777777" w:rsidR="00CC487B" w:rsidRPr="00893D1F" w:rsidRDefault="00CC3F80" w:rsidP="00761EA1">
      <w:pPr>
        <w:rPr>
          <w:rFonts w:ascii="Times New Roman" w:hAnsi="Times New Roman" w:cs="Times New Roman"/>
          <w:b/>
          <w:sz w:val="24"/>
          <w:szCs w:val="24"/>
        </w:rPr>
      </w:pPr>
      <w:commentRangeStart w:id="9"/>
      <w:r w:rsidRPr="00893D1F">
        <w:rPr>
          <w:rFonts w:ascii="Times New Roman" w:hAnsi="Times New Roman" w:cs="Times New Roman"/>
          <w:b/>
          <w:sz w:val="24"/>
          <w:szCs w:val="24"/>
        </w:rPr>
        <w:t>KESIMPULAN</w:t>
      </w:r>
      <w:commentRangeEnd w:id="9"/>
      <w:r w:rsidR="00236E54">
        <w:rPr>
          <w:rStyle w:val="CommentReference"/>
        </w:rPr>
        <w:commentReference w:id="9"/>
      </w:r>
    </w:p>
    <w:p w14:paraId="7E1F3033" w14:textId="77777777" w:rsidR="005418A8" w:rsidRDefault="005418A8" w:rsidP="00467E71">
      <w:pPr>
        <w:jc w:val="both"/>
        <w:rPr>
          <w:rFonts w:ascii="Times New Roman" w:hAnsi="Times New Roman" w:cs="Times New Roman"/>
          <w:sz w:val="24"/>
          <w:szCs w:val="24"/>
        </w:rPr>
      </w:pPr>
      <w:proofErr w:type="spellStart"/>
      <w:r w:rsidRPr="005418A8">
        <w:rPr>
          <w:rFonts w:ascii="Times New Roman" w:hAnsi="Times New Roman" w:cs="Times New Roman"/>
          <w:sz w:val="24"/>
          <w:szCs w:val="24"/>
        </w:rPr>
        <w:t>Setelah</w:t>
      </w:r>
      <w:proofErr w:type="spellEnd"/>
      <w:r w:rsidRPr="005418A8">
        <w:rPr>
          <w:rFonts w:ascii="Times New Roman" w:hAnsi="Times New Roman" w:cs="Times New Roman"/>
          <w:sz w:val="24"/>
          <w:szCs w:val="24"/>
        </w:rPr>
        <w:t xml:space="preserve"> </w:t>
      </w:r>
      <w:proofErr w:type="spellStart"/>
      <w:r w:rsidRPr="005418A8">
        <w:rPr>
          <w:rFonts w:ascii="Times New Roman" w:hAnsi="Times New Roman" w:cs="Times New Roman"/>
          <w:sz w:val="24"/>
          <w:szCs w:val="24"/>
        </w:rPr>
        <w:t>mengonsumsi</w:t>
      </w:r>
      <w:proofErr w:type="spellEnd"/>
      <w:r w:rsidRPr="005418A8">
        <w:rPr>
          <w:rFonts w:ascii="Times New Roman" w:hAnsi="Times New Roman" w:cs="Times New Roman"/>
          <w:sz w:val="24"/>
          <w:szCs w:val="24"/>
        </w:rPr>
        <w:t xml:space="preserve"> sari </w:t>
      </w:r>
      <w:proofErr w:type="spellStart"/>
      <w:r w:rsidRPr="005418A8">
        <w:rPr>
          <w:rFonts w:ascii="Times New Roman" w:hAnsi="Times New Roman" w:cs="Times New Roman"/>
          <w:sz w:val="24"/>
          <w:szCs w:val="24"/>
        </w:rPr>
        <w:t>kurma</w:t>
      </w:r>
      <w:proofErr w:type="spellEnd"/>
      <w:r w:rsidRPr="005418A8">
        <w:rPr>
          <w:rFonts w:ascii="Times New Roman" w:hAnsi="Times New Roman" w:cs="Times New Roman"/>
          <w:sz w:val="24"/>
          <w:szCs w:val="24"/>
        </w:rPr>
        <w:t xml:space="preserve"> </w:t>
      </w:r>
      <w:proofErr w:type="spellStart"/>
      <w:r w:rsidRPr="005418A8">
        <w:rPr>
          <w:rFonts w:ascii="Times New Roman" w:hAnsi="Times New Roman" w:cs="Times New Roman"/>
          <w:sz w:val="24"/>
          <w:szCs w:val="24"/>
        </w:rPr>
        <w:t>secara</w:t>
      </w:r>
      <w:proofErr w:type="spellEnd"/>
      <w:r w:rsidRPr="005418A8">
        <w:rPr>
          <w:rFonts w:ascii="Times New Roman" w:hAnsi="Times New Roman" w:cs="Times New Roman"/>
          <w:sz w:val="24"/>
          <w:szCs w:val="24"/>
        </w:rPr>
        <w:t xml:space="preserve"> </w:t>
      </w:r>
      <w:proofErr w:type="spellStart"/>
      <w:r w:rsidRPr="005418A8">
        <w:rPr>
          <w:rFonts w:ascii="Times New Roman" w:hAnsi="Times New Roman" w:cs="Times New Roman"/>
          <w:sz w:val="24"/>
          <w:szCs w:val="24"/>
        </w:rPr>
        <w:t>rutin</w:t>
      </w:r>
      <w:proofErr w:type="spellEnd"/>
      <w:r w:rsidRPr="005418A8">
        <w:rPr>
          <w:rFonts w:ascii="Times New Roman" w:hAnsi="Times New Roman" w:cs="Times New Roman"/>
          <w:sz w:val="24"/>
          <w:szCs w:val="24"/>
        </w:rPr>
        <w:t xml:space="preserve"> </w:t>
      </w:r>
      <w:proofErr w:type="spellStart"/>
      <w:r w:rsidRPr="005418A8">
        <w:rPr>
          <w:rFonts w:ascii="Times New Roman" w:hAnsi="Times New Roman" w:cs="Times New Roman"/>
          <w:sz w:val="24"/>
          <w:szCs w:val="24"/>
        </w:rPr>
        <w:t>selama</w:t>
      </w:r>
      <w:proofErr w:type="spellEnd"/>
      <w:r w:rsidRPr="005418A8">
        <w:rPr>
          <w:rFonts w:ascii="Times New Roman" w:hAnsi="Times New Roman" w:cs="Times New Roman"/>
          <w:sz w:val="24"/>
          <w:szCs w:val="24"/>
        </w:rPr>
        <w:t xml:space="preserve"> 14 </w:t>
      </w:r>
      <w:proofErr w:type="spellStart"/>
      <w:r w:rsidRPr="005418A8">
        <w:rPr>
          <w:rFonts w:ascii="Times New Roman" w:hAnsi="Times New Roman" w:cs="Times New Roman"/>
          <w:sz w:val="24"/>
          <w:szCs w:val="24"/>
        </w:rPr>
        <w:t>hari</w:t>
      </w:r>
      <w:proofErr w:type="spellEnd"/>
      <w:r w:rsidRPr="005418A8">
        <w:rPr>
          <w:rFonts w:ascii="Times New Roman" w:hAnsi="Times New Roman" w:cs="Times New Roman"/>
          <w:sz w:val="24"/>
          <w:szCs w:val="24"/>
        </w:rPr>
        <w:t xml:space="preserve">, </w:t>
      </w:r>
      <w:proofErr w:type="spellStart"/>
      <w:r w:rsidRPr="005418A8">
        <w:rPr>
          <w:rFonts w:ascii="Times New Roman" w:hAnsi="Times New Roman" w:cs="Times New Roman"/>
          <w:sz w:val="24"/>
          <w:szCs w:val="24"/>
        </w:rPr>
        <w:t>kadar</w:t>
      </w:r>
      <w:proofErr w:type="spellEnd"/>
      <w:r w:rsidRPr="005418A8">
        <w:rPr>
          <w:rFonts w:ascii="Times New Roman" w:hAnsi="Times New Roman" w:cs="Times New Roman"/>
          <w:sz w:val="24"/>
          <w:szCs w:val="24"/>
        </w:rPr>
        <w:t xml:space="preserve"> hemoglobin pada </w:t>
      </w:r>
      <w:proofErr w:type="spellStart"/>
      <w:r w:rsidRPr="005418A8">
        <w:rPr>
          <w:rFonts w:ascii="Times New Roman" w:hAnsi="Times New Roman" w:cs="Times New Roman"/>
          <w:sz w:val="24"/>
          <w:szCs w:val="24"/>
        </w:rPr>
        <w:t>kedua</w:t>
      </w:r>
      <w:proofErr w:type="spellEnd"/>
      <w:r w:rsidRPr="005418A8">
        <w:rPr>
          <w:rFonts w:ascii="Times New Roman" w:hAnsi="Times New Roman" w:cs="Times New Roman"/>
          <w:sz w:val="24"/>
          <w:szCs w:val="24"/>
        </w:rPr>
        <w:t xml:space="preserve"> </w:t>
      </w:r>
      <w:proofErr w:type="spellStart"/>
      <w:r w:rsidRPr="005418A8">
        <w:rPr>
          <w:rFonts w:ascii="Times New Roman" w:hAnsi="Times New Roman" w:cs="Times New Roman"/>
          <w:sz w:val="24"/>
          <w:szCs w:val="24"/>
        </w:rPr>
        <w:t>responden</w:t>
      </w:r>
      <w:proofErr w:type="spellEnd"/>
      <w:r w:rsidRPr="005418A8">
        <w:rPr>
          <w:rFonts w:ascii="Times New Roman" w:hAnsi="Times New Roman" w:cs="Times New Roman"/>
          <w:sz w:val="24"/>
          <w:szCs w:val="24"/>
        </w:rPr>
        <w:t xml:space="preserve"> </w:t>
      </w:r>
      <w:proofErr w:type="spellStart"/>
      <w:r w:rsidRPr="005418A8">
        <w:rPr>
          <w:rFonts w:ascii="Times New Roman" w:hAnsi="Times New Roman" w:cs="Times New Roman"/>
          <w:sz w:val="24"/>
          <w:szCs w:val="24"/>
        </w:rPr>
        <w:t>mengalami</w:t>
      </w:r>
      <w:proofErr w:type="spellEnd"/>
      <w:r w:rsidRPr="005418A8">
        <w:rPr>
          <w:rFonts w:ascii="Times New Roman" w:hAnsi="Times New Roman" w:cs="Times New Roman"/>
          <w:sz w:val="24"/>
          <w:szCs w:val="24"/>
        </w:rPr>
        <w:t xml:space="preserve"> </w:t>
      </w:r>
      <w:proofErr w:type="spellStart"/>
      <w:r w:rsidRPr="005418A8">
        <w:rPr>
          <w:rFonts w:ascii="Times New Roman" w:hAnsi="Times New Roman" w:cs="Times New Roman"/>
          <w:sz w:val="24"/>
          <w:szCs w:val="24"/>
        </w:rPr>
        <w:t>peningkatan</w:t>
      </w:r>
      <w:proofErr w:type="spellEnd"/>
      <w:r w:rsidRPr="005418A8">
        <w:rPr>
          <w:rFonts w:ascii="Times New Roman" w:hAnsi="Times New Roman" w:cs="Times New Roman"/>
          <w:sz w:val="24"/>
          <w:szCs w:val="24"/>
        </w:rPr>
        <w:t xml:space="preserve"> yang </w:t>
      </w:r>
      <w:proofErr w:type="spellStart"/>
      <w:r w:rsidRPr="005418A8">
        <w:rPr>
          <w:rFonts w:ascii="Times New Roman" w:hAnsi="Times New Roman" w:cs="Times New Roman"/>
          <w:sz w:val="24"/>
          <w:szCs w:val="24"/>
        </w:rPr>
        <w:t>cukup</w:t>
      </w:r>
      <w:proofErr w:type="spellEnd"/>
      <w:r w:rsidRPr="005418A8">
        <w:rPr>
          <w:rFonts w:ascii="Times New Roman" w:hAnsi="Times New Roman" w:cs="Times New Roman"/>
          <w:sz w:val="24"/>
          <w:szCs w:val="24"/>
        </w:rPr>
        <w:t xml:space="preserve"> </w:t>
      </w:r>
      <w:proofErr w:type="spellStart"/>
      <w:r w:rsidRPr="005418A8">
        <w:rPr>
          <w:rFonts w:ascii="Times New Roman" w:hAnsi="Times New Roman" w:cs="Times New Roman"/>
          <w:sz w:val="24"/>
          <w:szCs w:val="24"/>
        </w:rPr>
        <w:t>signifikan</w:t>
      </w:r>
      <w:proofErr w:type="spellEnd"/>
      <w:r w:rsidRPr="005418A8">
        <w:rPr>
          <w:rFonts w:ascii="Times New Roman" w:hAnsi="Times New Roman" w:cs="Times New Roman"/>
          <w:sz w:val="24"/>
          <w:szCs w:val="24"/>
        </w:rPr>
        <w:t xml:space="preserve">, </w:t>
      </w:r>
      <w:proofErr w:type="spellStart"/>
      <w:r w:rsidRPr="005418A8">
        <w:rPr>
          <w:rFonts w:ascii="Times New Roman" w:hAnsi="Times New Roman" w:cs="Times New Roman"/>
          <w:sz w:val="24"/>
          <w:szCs w:val="24"/>
        </w:rPr>
        <w:t>yakni</w:t>
      </w:r>
      <w:proofErr w:type="spellEnd"/>
      <w:r w:rsidRPr="005418A8">
        <w:rPr>
          <w:rFonts w:ascii="Times New Roman" w:hAnsi="Times New Roman" w:cs="Times New Roman"/>
          <w:sz w:val="24"/>
          <w:szCs w:val="24"/>
        </w:rPr>
        <w:t xml:space="preserve"> </w:t>
      </w:r>
      <w:proofErr w:type="spellStart"/>
      <w:r w:rsidRPr="005418A8">
        <w:rPr>
          <w:rFonts w:ascii="Times New Roman" w:hAnsi="Times New Roman" w:cs="Times New Roman"/>
          <w:sz w:val="24"/>
          <w:szCs w:val="24"/>
        </w:rPr>
        <w:t>sebesar</w:t>
      </w:r>
      <w:proofErr w:type="spellEnd"/>
      <w:r w:rsidRPr="005418A8">
        <w:rPr>
          <w:rFonts w:ascii="Times New Roman" w:hAnsi="Times New Roman" w:cs="Times New Roman"/>
          <w:sz w:val="24"/>
          <w:szCs w:val="24"/>
        </w:rPr>
        <w:t xml:space="preserve"> 4,0 g/dl pada </w:t>
      </w:r>
      <w:proofErr w:type="spellStart"/>
      <w:r w:rsidRPr="005418A8">
        <w:rPr>
          <w:rFonts w:ascii="Times New Roman" w:hAnsi="Times New Roman" w:cs="Times New Roman"/>
          <w:sz w:val="24"/>
          <w:szCs w:val="24"/>
        </w:rPr>
        <w:t>responden</w:t>
      </w:r>
      <w:proofErr w:type="spellEnd"/>
      <w:r w:rsidRPr="005418A8">
        <w:rPr>
          <w:rFonts w:ascii="Times New Roman" w:hAnsi="Times New Roman" w:cs="Times New Roman"/>
          <w:sz w:val="24"/>
          <w:szCs w:val="24"/>
        </w:rPr>
        <w:t xml:space="preserve"> </w:t>
      </w:r>
      <w:proofErr w:type="spellStart"/>
      <w:r w:rsidRPr="005418A8">
        <w:rPr>
          <w:rFonts w:ascii="Times New Roman" w:hAnsi="Times New Roman" w:cs="Times New Roman"/>
          <w:sz w:val="24"/>
          <w:szCs w:val="24"/>
        </w:rPr>
        <w:t>pertama</w:t>
      </w:r>
      <w:proofErr w:type="spellEnd"/>
      <w:r w:rsidRPr="005418A8">
        <w:rPr>
          <w:rFonts w:ascii="Times New Roman" w:hAnsi="Times New Roman" w:cs="Times New Roman"/>
          <w:sz w:val="24"/>
          <w:szCs w:val="24"/>
        </w:rPr>
        <w:t xml:space="preserve"> dan 2,0 g/dl pada </w:t>
      </w:r>
      <w:proofErr w:type="spellStart"/>
      <w:r w:rsidRPr="005418A8">
        <w:rPr>
          <w:rFonts w:ascii="Times New Roman" w:hAnsi="Times New Roman" w:cs="Times New Roman"/>
          <w:sz w:val="24"/>
          <w:szCs w:val="24"/>
        </w:rPr>
        <w:t>responden</w:t>
      </w:r>
      <w:proofErr w:type="spellEnd"/>
      <w:r w:rsidRPr="005418A8">
        <w:rPr>
          <w:rFonts w:ascii="Times New Roman" w:hAnsi="Times New Roman" w:cs="Times New Roman"/>
          <w:sz w:val="24"/>
          <w:szCs w:val="24"/>
        </w:rPr>
        <w:t xml:space="preserve"> </w:t>
      </w:r>
      <w:proofErr w:type="spellStart"/>
      <w:r w:rsidRPr="005418A8">
        <w:rPr>
          <w:rFonts w:ascii="Times New Roman" w:hAnsi="Times New Roman" w:cs="Times New Roman"/>
          <w:sz w:val="24"/>
          <w:szCs w:val="24"/>
        </w:rPr>
        <w:t>kedua</w:t>
      </w:r>
      <w:proofErr w:type="spellEnd"/>
      <w:r w:rsidRPr="005418A8">
        <w:rPr>
          <w:rFonts w:ascii="Times New Roman" w:hAnsi="Times New Roman" w:cs="Times New Roman"/>
          <w:sz w:val="24"/>
          <w:szCs w:val="24"/>
        </w:rPr>
        <w:t xml:space="preserve">. Hal </w:t>
      </w:r>
      <w:proofErr w:type="spellStart"/>
      <w:r w:rsidRPr="005418A8">
        <w:rPr>
          <w:rFonts w:ascii="Times New Roman" w:hAnsi="Times New Roman" w:cs="Times New Roman"/>
          <w:sz w:val="24"/>
          <w:szCs w:val="24"/>
        </w:rPr>
        <w:t>ini</w:t>
      </w:r>
      <w:proofErr w:type="spellEnd"/>
      <w:r w:rsidRPr="005418A8">
        <w:rPr>
          <w:rFonts w:ascii="Times New Roman" w:hAnsi="Times New Roman" w:cs="Times New Roman"/>
          <w:sz w:val="24"/>
          <w:szCs w:val="24"/>
        </w:rPr>
        <w:t xml:space="preserve"> </w:t>
      </w:r>
      <w:proofErr w:type="spellStart"/>
      <w:r w:rsidRPr="005418A8">
        <w:rPr>
          <w:rFonts w:ascii="Times New Roman" w:hAnsi="Times New Roman" w:cs="Times New Roman"/>
          <w:sz w:val="24"/>
          <w:szCs w:val="24"/>
        </w:rPr>
        <w:t>menunjukkan</w:t>
      </w:r>
      <w:proofErr w:type="spellEnd"/>
      <w:r w:rsidRPr="005418A8">
        <w:rPr>
          <w:rFonts w:ascii="Times New Roman" w:hAnsi="Times New Roman" w:cs="Times New Roman"/>
          <w:sz w:val="24"/>
          <w:szCs w:val="24"/>
        </w:rPr>
        <w:t xml:space="preserve"> </w:t>
      </w:r>
      <w:proofErr w:type="spellStart"/>
      <w:r w:rsidRPr="005418A8">
        <w:rPr>
          <w:rFonts w:ascii="Times New Roman" w:hAnsi="Times New Roman" w:cs="Times New Roman"/>
          <w:sz w:val="24"/>
          <w:szCs w:val="24"/>
        </w:rPr>
        <w:t>bahwa</w:t>
      </w:r>
      <w:proofErr w:type="spellEnd"/>
      <w:r w:rsidRPr="005418A8">
        <w:rPr>
          <w:rFonts w:ascii="Times New Roman" w:hAnsi="Times New Roman" w:cs="Times New Roman"/>
          <w:sz w:val="24"/>
          <w:szCs w:val="24"/>
        </w:rPr>
        <w:t xml:space="preserve"> sari </w:t>
      </w:r>
      <w:proofErr w:type="spellStart"/>
      <w:r w:rsidRPr="005418A8">
        <w:rPr>
          <w:rFonts w:ascii="Times New Roman" w:hAnsi="Times New Roman" w:cs="Times New Roman"/>
          <w:sz w:val="24"/>
          <w:szCs w:val="24"/>
        </w:rPr>
        <w:t>kurma</w:t>
      </w:r>
      <w:proofErr w:type="spellEnd"/>
      <w:r w:rsidRPr="005418A8">
        <w:rPr>
          <w:rFonts w:ascii="Times New Roman" w:hAnsi="Times New Roman" w:cs="Times New Roman"/>
          <w:sz w:val="24"/>
          <w:szCs w:val="24"/>
        </w:rPr>
        <w:t xml:space="preserve"> </w:t>
      </w:r>
      <w:proofErr w:type="spellStart"/>
      <w:r w:rsidRPr="005418A8">
        <w:rPr>
          <w:rFonts w:ascii="Times New Roman" w:hAnsi="Times New Roman" w:cs="Times New Roman"/>
          <w:sz w:val="24"/>
          <w:szCs w:val="24"/>
        </w:rPr>
        <w:t>berpotensi</w:t>
      </w:r>
      <w:proofErr w:type="spellEnd"/>
      <w:r w:rsidRPr="005418A8">
        <w:rPr>
          <w:rFonts w:ascii="Times New Roman" w:hAnsi="Times New Roman" w:cs="Times New Roman"/>
          <w:sz w:val="24"/>
          <w:szCs w:val="24"/>
        </w:rPr>
        <w:t xml:space="preserve"> </w:t>
      </w:r>
      <w:proofErr w:type="spellStart"/>
      <w:r w:rsidRPr="005418A8">
        <w:rPr>
          <w:rFonts w:ascii="Times New Roman" w:hAnsi="Times New Roman" w:cs="Times New Roman"/>
          <w:sz w:val="24"/>
          <w:szCs w:val="24"/>
        </w:rPr>
        <w:t>menjadi</w:t>
      </w:r>
      <w:proofErr w:type="spellEnd"/>
      <w:r w:rsidRPr="005418A8">
        <w:rPr>
          <w:rFonts w:ascii="Times New Roman" w:hAnsi="Times New Roman" w:cs="Times New Roman"/>
          <w:sz w:val="24"/>
          <w:szCs w:val="24"/>
        </w:rPr>
        <w:t xml:space="preserve"> </w:t>
      </w:r>
      <w:proofErr w:type="spellStart"/>
      <w:r w:rsidRPr="005418A8">
        <w:rPr>
          <w:rFonts w:ascii="Times New Roman" w:hAnsi="Times New Roman" w:cs="Times New Roman"/>
          <w:sz w:val="24"/>
          <w:szCs w:val="24"/>
        </w:rPr>
        <w:t>suplemen</w:t>
      </w:r>
      <w:proofErr w:type="spellEnd"/>
      <w:r w:rsidRPr="005418A8">
        <w:rPr>
          <w:rFonts w:ascii="Times New Roman" w:hAnsi="Times New Roman" w:cs="Times New Roman"/>
          <w:sz w:val="24"/>
          <w:szCs w:val="24"/>
        </w:rPr>
        <w:t xml:space="preserve"> </w:t>
      </w:r>
      <w:proofErr w:type="spellStart"/>
      <w:r w:rsidRPr="005418A8">
        <w:rPr>
          <w:rFonts w:ascii="Times New Roman" w:hAnsi="Times New Roman" w:cs="Times New Roman"/>
          <w:sz w:val="24"/>
          <w:szCs w:val="24"/>
        </w:rPr>
        <w:t>alami</w:t>
      </w:r>
      <w:proofErr w:type="spellEnd"/>
      <w:r w:rsidRPr="005418A8">
        <w:rPr>
          <w:rFonts w:ascii="Times New Roman" w:hAnsi="Times New Roman" w:cs="Times New Roman"/>
          <w:sz w:val="24"/>
          <w:szCs w:val="24"/>
        </w:rPr>
        <w:t xml:space="preserve"> yang </w:t>
      </w:r>
      <w:proofErr w:type="spellStart"/>
      <w:r w:rsidRPr="005418A8">
        <w:rPr>
          <w:rFonts w:ascii="Times New Roman" w:hAnsi="Times New Roman" w:cs="Times New Roman"/>
          <w:sz w:val="24"/>
          <w:szCs w:val="24"/>
        </w:rPr>
        <w:t>efektif</w:t>
      </w:r>
      <w:proofErr w:type="spellEnd"/>
      <w:r w:rsidRPr="005418A8">
        <w:rPr>
          <w:rFonts w:ascii="Times New Roman" w:hAnsi="Times New Roman" w:cs="Times New Roman"/>
          <w:sz w:val="24"/>
          <w:szCs w:val="24"/>
        </w:rPr>
        <w:t xml:space="preserve"> </w:t>
      </w:r>
      <w:proofErr w:type="spellStart"/>
      <w:r w:rsidRPr="005418A8">
        <w:rPr>
          <w:rFonts w:ascii="Times New Roman" w:hAnsi="Times New Roman" w:cs="Times New Roman"/>
          <w:sz w:val="24"/>
          <w:szCs w:val="24"/>
        </w:rPr>
        <w:t>untuk</w:t>
      </w:r>
      <w:proofErr w:type="spellEnd"/>
      <w:r w:rsidRPr="005418A8">
        <w:rPr>
          <w:rFonts w:ascii="Times New Roman" w:hAnsi="Times New Roman" w:cs="Times New Roman"/>
          <w:sz w:val="24"/>
          <w:szCs w:val="24"/>
        </w:rPr>
        <w:t xml:space="preserve"> </w:t>
      </w:r>
      <w:proofErr w:type="spellStart"/>
      <w:r w:rsidRPr="005418A8">
        <w:rPr>
          <w:rFonts w:ascii="Times New Roman" w:hAnsi="Times New Roman" w:cs="Times New Roman"/>
          <w:sz w:val="24"/>
          <w:szCs w:val="24"/>
        </w:rPr>
        <w:t>mengatasi</w:t>
      </w:r>
      <w:proofErr w:type="spellEnd"/>
      <w:r w:rsidRPr="005418A8">
        <w:rPr>
          <w:rFonts w:ascii="Times New Roman" w:hAnsi="Times New Roman" w:cs="Times New Roman"/>
          <w:sz w:val="24"/>
          <w:szCs w:val="24"/>
        </w:rPr>
        <w:t xml:space="preserve"> anemia </w:t>
      </w:r>
      <w:proofErr w:type="spellStart"/>
      <w:r w:rsidRPr="005418A8">
        <w:rPr>
          <w:rFonts w:ascii="Times New Roman" w:hAnsi="Times New Roman" w:cs="Times New Roman"/>
          <w:sz w:val="24"/>
          <w:szCs w:val="24"/>
        </w:rPr>
        <w:t>ringan</w:t>
      </w:r>
      <w:proofErr w:type="spellEnd"/>
      <w:r w:rsidRPr="005418A8">
        <w:rPr>
          <w:rFonts w:ascii="Times New Roman" w:hAnsi="Times New Roman" w:cs="Times New Roman"/>
          <w:sz w:val="24"/>
          <w:szCs w:val="24"/>
        </w:rPr>
        <w:t xml:space="preserve">. </w:t>
      </w:r>
      <w:proofErr w:type="spellStart"/>
      <w:r w:rsidRPr="005418A8">
        <w:rPr>
          <w:rFonts w:ascii="Times New Roman" w:hAnsi="Times New Roman" w:cs="Times New Roman"/>
          <w:sz w:val="24"/>
          <w:szCs w:val="24"/>
        </w:rPr>
        <w:t>Peningkatan</w:t>
      </w:r>
      <w:proofErr w:type="spellEnd"/>
      <w:r w:rsidRPr="005418A8">
        <w:rPr>
          <w:rFonts w:ascii="Times New Roman" w:hAnsi="Times New Roman" w:cs="Times New Roman"/>
          <w:sz w:val="24"/>
          <w:szCs w:val="24"/>
        </w:rPr>
        <w:t xml:space="preserve"> </w:t>
      </w:r>
      <w:proofErr w:type="spellStart"/>
      <w:r w:rsidRPr="005418A8">
        <w:rPr>
          <w:rFonts w:ascii="Times New Roman" w:hAnsi="Times New Roman" w:cs="Times New Roman"/>
          <w:sz w:val="24"/>
          <w:szCs w:val="24"/>
        </w:rPr>
        <w:t>ini</w:t>
      </w:r>
      <w:proofErr w:type="spellEnd"/>
      <w:r w:rsidRPr="005418A8">
        <w:rPr>
          <w:rFonts w:ascii="Times New Roman" w:hAnsi="Times New Roman" w:cs="Times New Roman"/>
          <w:sz w:val="24"/>
          <w:szCs w:val="24"/>
        </w:rPr>
        <w:t xml:space="preserve"> juga </w:t>
      </w:r>
      <w:proofErr w:type="spellStart"/>
      <w:r w:rsidRPr="005418A8">
        <w:rPr>
          <w:rFonts w:ascii="Times New Roman" w:hAnsi="Times New Roman" w:cs="Times New Roman"/>
          <w:sz w:val="24"/>
          <w:szCs w:val="24"/>
        </w:rPr>
        <w:t>diikuti</w:t>
      </w:r>
      <w:proofErr w:type="spellEnd"/>
      <w:r w:rsidRPr="005418A8">
        <w:rPr>
          <w:rFonts w:ascii="Times New Roman" w:hAnsi="Times New Roman" w:cs="Times New Roman"/>
          <w:sz w:val="24"/>
          <w:szCs w:val="24"/>
        </w:rPr>
        <w:t xml:space="preserve"> </w:t>
      </w:r>
      <w:proofErr w:type="spellStart"/>
      <w:r w:rsidRPr="005418A8">
        <w:rPr>
          <w:rFonts w:ascii="Times New Roman" w:hAnsi="Times New Roman" w:cs="Times New Roman"/>
          <w:sz w:val="24"/>
          <w:szCs w:val="24"/>
        </w:rPr>
        <w:t>denga</w:t>
      </w:r>
      <w:r w:rsidR="00467E71">
        <w:rPr>
          <w:rFonts w:ascii="Times New Roman" w:hAnsi="Times New Roman" w:cs="Times New Roman"/>
          <w:sz w:val="24"/>
          <w:szCs w:val="24"/>
        </w:rPr>
        <w:t>n</w:t>
      </w:r>
      <w:proofErr w:type="spellEnd"/>
      <w:r w:rsidR="00467E71">
        <w:rPr>
          <w:rFonts w:ascii="Times New Roman" w:hAnsi="Times New Roman" w:cs="Times New Roman"/>
          <w:sz w:val="24"/>
          <w:szCs w:val="24"/>
        </w:rPr>
        <w:t xml:space="preserve"> </w:t>
      </w:r>
      <w:proofErr w:type="spellStart"/>
      <w:r w:rsidR="00467E71">
        <w:rPr>
          <w:rFonts w:ascii="Times New Roman" w:hAnsi="Times New Roman" w:cs="Times New Roman"/>
          <w:sz w:val="24"/>
          <w:szCs w:val="24"/>
        </w:rPr>
        <w:t>membaiknya</w:t>
      </w:r>
      <w:proofErr w:type="spellEnd"/>
      <w:r w:rsidR="00467E71">
        <w:rPr>
          <w:rFonts w:ascii="Times New Roman" w:hAnsi="Times New Roman" w:cs="Times New Roman"/>
          <w:sz w:val="24"/>
          <w:szCs w:val="24"/>
        </w:rPr>
        <w:t xml:space="preserve"> </w:t>
      </w:r>
      <w:proofErr w:type="spellStart"/>
      <w:r w:rsidR="00467E71">
        <w:rPr>
          <w:rFonts w:ascii="Times New Roman" w:hAnsi="Times New Roman" w:cs="Times New Roman"/>
          <w:sz w:val="24"/>
          <w:szCs w:val="24"/>
        </w:rPr>
        <w:t>toleransi</w:t>
      </w:r>
      <w:proofErr w:type="spellEnd"/>
      <w:r w:rsidR="00467E71">
        <w:rPr>
          <w:rFonts w:ascii="Times New Roman" w:hAnsi="Times New Roman" w:cs="Times New Roman"/>
          <w:sz w:val="24"/>
          <w:szCs w:val="24"/>
        </w:rPr>
        <w:t xml:space="preserve"> </w:t>
      </w:r>
      <w:proofErr w:type="spellStart"/>
      <w:r w:rsidRPr="005418A8">
        <w:rPr>
          <w:rFonts w:ascii="Times New Roman" w:hAnsi="Times New Roman" w:cs="Times New Roman"/>
          <w:sz w:val="24"/>
          <w:szCs w:val="24"/>
        </w:rPr>
        <w:t>aktivitas</w:t>
      </w:r>
      <w:proofErr w:type="spellEnd"/>
      <w:r w:rsidRPr="005418A8">
        <w:rPr>
          <w:rFonts w:ascii="Times New Roman" w:hAnsi="Times New Roman" w:cs="Times New Roman"/>
          <w:sz w:val="24"/>
          <w:szCs w:val="24"/>
        </w:rPr>
        <w:t xml:space="preserve">, yang </w:t>
      </w:r>
      <w:proofErr w:type="spellStart"/>
      <w:r w:rsidRPr="005418A8">
        <w:rPr>
          <w:rFonts w:ascii="Times New Roman" w:hAnsi="Times New Roman" w:cs="Times New Roman"/>
          <w:sz w:val="24"/>
          <w:szCs w:val="24"/>
        </w:rPr>
        <w:t>terlihat</w:t>
      </w:r>
      <w:proofErr w:type="spellEnd"/>
      <w:r w:rsidRPr="005418A8">
        <w:rPr>
          <w:rFonts w:ascii="Times New Roman" w:hAnsi="Times New Roman" w:cs="Times New Roman"/>
          <w:sz w:val="24"/>
          <w:szCs w:val="24"/>
        </w:rPr>
        <w:t xml:space="preserve"> </w:t>
      </w:r>
      <w:proofErr w:type="spellStart"/>
      <w:r w:rsidRPr="005418A8">
        <w:rPr>
          <w:rFonts w:ascii="Times New Roman" w:hAnsi="Times New Roman" w:cs="Times New Roman"/>
          <w:sz w:val="24"/>
          <w:szCs w:val="24"/>
        </w:rPr>
        <w:t>dari</w:t>
      </w:r>
      <w:proofErr w:type="spellEnd"/>
      <w:r w:rsidRPr="005418A8">
        <w:rPr>
          <w:rFonts w:ascii="Times New Roman" w:hAnsi="Times New Roman" w:cs="Times New Roman"/>
          <w:sz w:val="24"/>
          <w:szCs w:val="24"/>
        </w:rPr>
        <w:t xml:space="preserve"> </w:t>
      </w:r>
      <w:proofErr w:type="spellStart"/>
      <w:r w:rsidRPr="005418A8">
        <w:rPr>
          <w:rFonts w:ascii="Times New Roman" w:hAnsi="Times New Roman" w:cs="Times New Roman"/>
          <w:sz w:val="24"/>
          <w:szCs w:val="24"/>
        </w:rPr>
        <w:t>berkurangnya</w:t>
      </w:r>
      <w:proofErr w:type="spellEnd"/>
      <w:r w:rsidRPr="005418A8">
        <w:rPr>
          <w:rFonts w:ascii="Times New Roman" w:hAnsi="Times New Roman" w:cs="Times New Roman"/>
          <w:sz w:val="24"/>
          <w:szCs w:val="24"/>
        </w:rPr>
        <w:t xml:space="preserve"> </w:t>
      </w:r>
      <w:proofErr w:type="spellStart"/>
      <w:r w:rsidRPr="005418A8">
        <w:rPr>
          <w:rFonts w:ascii="Times New Roman" w:hAnsi="Times New Roman" w:cs="Times New Roman"/>
          <w:sz w:val="24"/>
          <w:szCs w:val="24"/>
        </w:rPr>
        <w:t>gejala</w:t>
      </w:r>
      <w:proofErr w:type="spellEnd"/>
      <w:r w:rsidRPr="005418A8">
        <w:rPr>
          <w:rFonts w:ascii="Times New Roman" w:hAnsi="Times New Roman" w:cs="Times New Roman"/>
          <w:sz w:val="24"/>
          <w:szCs w:val="24"/>
        </w:rPr>
        <w:t xml:space="preserve"> </w:t>
      </w:r>
      <w:proofErr w:type="spellStart"/>
      <w:r w:rsidRPr="005418A8">
        <w:rPr>
          <w:rFonts w:ascii="Times New Roman" w:hAnsi="Times New Roman" w:cs="Times New Roman"/>
          <w:sz w:val="24"/>
          <w:szCs w:val="24"/>
        </w:rPr>
        <w:t>fisik</w:t>
      </w:r>
      <w:proofErr w:type="spellEnd"/>
      <w:r w:rsidRPr="005418A8">
        <w:rPr>
          <w:rFonts w:ascii="Times New Roman" w:hAnsi="Times New Roman" w:cs="Times New Roman"/>
          <w:sz w:val="24"/>
          <w:szCs w:val="24"/>
        </w:rPr>
        <w:t xml:space="preserve"> </w:t>
      </w:r>
      <w:proofErr w:type="spellStart"/>
      <w:r w:rsidRPr="005418A8">
        <w:rPr>
          <w:rFonts w:ascii="Times New Roman" w:hAnsi="Times New Roman" w:cs="Times New Roman"/>
          <w:sz w:val="24"/>
          <w:szCs w:val="24"/>
        </w:rPr>
        <w:t>serta</w:t>
      </w:r>
      <w:proofErr w:type="spellEnd"/>
      <w:r w:rsidRPr="005418A8">
        <w:rPr>
          <w:rFonts w:ascii="Times New Roman" w:hAnsi="Times New Roman" w:cs="Times New Roman"/>
          <w:sz w:val="24"/>
          <w:szCs w:val="24"/>
        </w:rPr>
        <w:t xml:space="preserve"> </w:t>
      </w:r>
      <w:proofErr w:type="spellStart"/>
      <w:r w:rsidRPr="005418A8">
        <w:rPr>
          <w:rFonts w:ascii="Times New Roman" w:hAnsi="Times New Roman" w:cs="Times New Roman"/>
          <w:sz w:val="24"/>
          <w:szCs w:val="24"/>
        </w:rPr>
        <w:t>normalnya</w:t>
      </w:r>
      <w:proofErr w:type="spellEnd"/>
      <w:r w:rsidRPr="005418A8">
        <w:rPr>
          <w:rFonts w:ascii="Times New Roman" w:hAnsi="Times New Roman" w:cs="Times New Roman"/>
          <w:sz w:val="24"/>
          <w:szCs w:val="24"/>
        </w:rPr>
        <w:t xml:space="preserve"> </w:t>
      </w:r>
      <w:proofErr w:type="spellStart"/>
      <w:r w:rsidRPr="005418A8">
        <w:rPr>
          <w:rFonts w:ascii="Times New Roman" w:hAnsi="Times New Roman" w:cs="Times New Roman"/>
          <w:sz w:val="24"/>
          <w:szCs w:val="24"/>
        </w:rPr>
        <w:t>tanda-tanda</w:t>
      </w:r>
      <w:proofErr w:type="spellEnd"/>
      <w:r w:rsidRPr="005418A8">
        <w:rPr>
          <w:rFonts w:ascii="Times New Roman" w:hAnsi="Times New Roman" w:cs="Times New Roman"/>
          <w:sz w:val="24"/>
          <w:szCs w:val="24"/>
        </w:rPr>
        <w:t xml:space="preserve"> vital </w:t>
      </w:r>
      <w:proofErr w:type="spellStart"/>
      <w:r w:rsidRPr="005418A8">
        <w:rPr>
          <w:rFonts w:ascii="Times New Roman" w:hAnsi="Times New Roman" w:cs="Times New Roman"/>
          <w:sz w:val="24"/>
          <w:szCs w:val="24"/>
        </w:rPr>
        <w:t>seperti</w:t>
      </w:r>
      <w:proofErr w:type="spellEnd"/>
      <w:r w:rsidRPr="005418A8">
        <w:rPr>
          <w:rFonts w:ascii="Times New Roman" w:hAnsi="Times New Roman" w:cs="Times New Roman"/>
          <w:sz w:val="24"/>
          <w:szCs w:val="24"/>
        </w:rPr>
        <w:t xml:space="preserve"> </w:t>
      </w:r>
      <w:proofErr w:type="spellStart"/>
      <w:r w:rsidRPr="005418A8">
        <w:rPr>
          <w:rFonts w:ascii="Times New Roman" w:hAnsi="Times New Roman" w:cs="Times New Roman"/>
          <w:sz w:val="24"/>
          <w:szCs w:val="24"/>
        </w:rPr>
        <w:lastRenderedPageBreak/>
        <w:t>tekanan</w:t>
      </w:r>
      <w:proofErr w:type="spellEnd"/>
      <w:r w:rsidRPr="005418A8">
        <w:rPr>
          <w:rFonts w:ascii="Times New Roman" w:hAnsi="Times New Roman" w:cs="Times New Roman"/>
          <w:sz w:val="24"/>
          <w:szCs w:val="24"/>
        </w:rPr>
        <w:t xml:space="preserve"> </w:t>
      </w:r>
      <w:proofErr w:type="spellStart"/>
      <w:r w:rsidRPr="005418A8">
        <w:rPr>
          <w:rFonts w:ascii="Times New Roman" w:hAnsi="Times New Roman" w:cs="Times New Roman"/>
          <w:sz w:val="24"/>
          <w:szCs w:val="24"/>
        </w:rPr>
        <w:t>darah</w:t>
      </w:r>
      <w:proofErr w:type="spellEnd"/>
      <w:r w:rsidRPr="005418A8">
        <w:rPr>
          <w:rFonts w:ascii="Times New Roman" w:hAnsi="Times New Roman" w:cs="Times New Roman"/>
          <w:sz w:val="24"/>
          <w:szCs w:val="24"/>
        </w:rPr>
        <w:t xml:space="preserve">, </w:t>
      </w:r>
      <w:proofErr w:type="spellStart"/>
      <w:r w:rsidRPr="005418A8">
        <w:rPr>
          <w:rFonts w:ascii="Times New Roman" w:hAnsi="Times New Roman" w:cs="Times New Roman"/>
          <w:sz w:val="24"/>
          <w:szCs w:val="24"/>
        </w:rPr>
        <w:t>denyut</w:t>
      </w:r>
      <w:proofErr w:type="spellEnd"/>
      <w:r w:rsidRPr="005418A8">
        <w:rPr>
          <w:rFonts w:ascii="Times New Roman" w:hAnsi="Times New Roman" w:cs="Times New Roman"/>
          <w:sz w:val="24"/>
          <w:szCs w:val="24"/>
        </w:rPr>
        <w:t xml:space="preserve"> </w:t>
      </w:r>
      <w:proofErr w:type="spellStart"/>
      <w:r w:rsidRPr="005418A8">
        <w:rPr>
          <w:rFonts w:ascii="Times New Roman" w:hAnsi="Times New Roman" w:cs="Times New Roman"/>
          <w:sz w:val="24"/>
          <w:szCs w:val="24"/>
        </w:rPr>
        <w:t>nadi</w:t>
      </w:r>
      <w:proofErr w:type="spellEnd"/>
      <w:r w:rsidRPr="005418A8">
        <w:rPr>
          <w:rFonts w:ascii="Times New Roman" w:hAnsi="Times New Roman" w:cs="Times New Roman"/>
          <w:sz w:val="24"/>
          <w:szCs w:val="24"/>
        </w:rPr>
        <w:t xml:space="preserve">, dan </w:t>
      </w:r>
      <w:proofErr w:type="spellStart"/>
      <w:r w:rsidRPr="005418A8">
        <w:rPr>
          <w:rFonts w:ascii="Times New Roman" w:hAnsi="Times New Roman" w:cs="Times New Roman"/>
          <w:sz w:val="24"/>
          <w:szCs w:val="24"/>
        </w:rPr>
        <w:t>warna</w:t>
      </w:r>
      <w:proofErr w:type="spellEnd"/>
      <w:r w:rsidRPr="005418A8">
        <w:rPr>
          <w:rFonts w:ascii="Times New Roman" w:hAnsi="Times New Roman" w:cs="Times New Roman"/>
          <w:sz w:val="24"/>
          <w:szCs w:val="24"/>
        </w:rPr>
        <w:t xml:space="preserve"> </w:t>
      </w:r>
      <w:proofErr w:type="spellStart"/>
      <w:r w:rsidRPr="005418A8">
        <w:rPr>
          <w:rFonts w:ascii="Times New Roman" w:hAnsi="Times New Roman" w:cs="Times New Roman"/>
          <w:sz w:val="24"/>
          <w:szCs w:val="24"/>
        </w:rPr>
        <w:t>kulit</w:t>
      </w:r>
      <w:proofErr w:type="spellEnd"/>
      <w:r w:rsidRPr="005418A8">
        <w:rPr>
          <w:rFonts w:ascii="Times New Roman" w:hAnsi="Times New Roman" w:cs="Times New Roman"/>
          <w:sz w:val="24"/>
          <w:szCs w:val="24"/>
        </w:rPr>
        <w:t>.</w:t>
      </w:r>
    </w:p>
    <w:p w14:paraId="0D891CAD" w14:textId="77777777" w:rsidR="00893D1F" w:rsidRDefault="00893D1F">
      <w:pPr>
        <w:rPr>
          <w:rFonts w:ascii="Times New Roman" w:hAnsi="Times New Roman" w:cs="Times New Roman"/>
          <w:b/>
          <w:sz w:val="24"/>
          <w:szCs w:val="24"/>
        </w:rPr>
      </w:pPr>
      <w:r>
        <w:rPr>
          <w:rFonts w:ascii="Times New Roman" w:hAnsi="Times New Roman" w:cs="Times New Roman"/>
          <w:b/>
          <w:sz w:val="24"/>
          <w:szCs w:val="24"/>
        </w:rPr>
        <w:br w:type="page"/>
      </w:r>
    </w:p>
    <w:p w14:paraId="601DCDF8" w14:textId="77777777" w:rsidR="00CC487B" w:rsidRPr="00893D1F" w:rsidRDefault="00CC3F80" w:rsidP="00B27896">
      <w:pPr>
        <w:rPr>
          <w:rFonts w:ascii="Times New Roman" w:hAnsi="Times New Roman" w:cs="Times New Roman"/>
          <w:b/>
          <w:sz w:val="24"/>
          <w:szCs w:val="24"/>
        </w:rPr>
      </w:pPr>
      <w:commentRangeStart w:id="10"/>
      <w:r w:rsidRPr="00893D1F">
        <w:rPr>
          <w:rFonts w:ascii="Times New Roman" w:hAnsi="Times New Roman" w:cs="Times New Roman"/>
          <w:b/>
          <w:sz w:val="24"/>
          <w:szCs w:val="24"/>
        </w:rPr>
        <w:lastRenderedPageBreak/>
        <w:t>DAFTAR PUSTAKA</w:t>
      </w:r>
      <w:commentRangeEnd w:id="10"/>
      <w:r w:rsidR="00236E54">
        <w:rPr>
          <w:rStyle w:val="CommentReference"/>
        </w:rPr>
        <w:commentReference w:id="10"/>
      </w:r>
    </w:p>
    <w:p w14:paraId="72739AFA" w14:textId="77777777" w:rsidR="00893D1F" w:rsidRPr="00893D1F" w:rsidRDefault="00893D1F" w:rsidP="00893D1F">
      <w:pPr>
        <w:widowControl w:val="0"/>
        <w:autoSpaceDE w:val="0"/>
        <w:autoSpaceDN w:val="0"/>
        <w:adjustRightInd w:val="0"/>
        <w:spacing w:line="240" w:lineRule="auto"/>
        <w:ind w:left="480" w:hanging="480"/>
        <w:rPr>
          <w:rFonts w:ascii="Times New Roman" w:hAnsi="Times New Roman" w:cs="Times New Roman"/>
          <w:noProof/>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Mendeley Bibliography CSL_BIBLIOGRAPHY </w:instrText>
      </w:r>
      <w:r>
        <w:rPr>
          <w:rFonts w:ascii="Times New Roman" w:hAnsi="Times New Roman" w:cs="Times New Roman"/>
          <w:sz w:val="24"/>
          <w:szCs w:val="24"/>
        </w:rPr>
        <w:fldChar w:fldCharType="separate"/>
      </w:r>
      <w:r w:rsidRPr="00893D1F">
        <w:rPr>
          <w:rFonts w:ascii="Times New Roman" w:hAnsi="Times New Roman" w:cs="Times New Roman"/>
          <w:noProof/>
          <w:sz w:val="24"/>
          <w:szCs w:val="24"/>
        </w:rPr>
        <w:t xml:space="preserve">Agustyas, A. A. (2016). </w:t>
      </w:r>
      <w:r w:rsidRPr="00893D1F">
        <w:rPr>
          <w:rFonts w:ascii="Times New Roman" w:hAnsi="Times New Roman" w:cs="Times New Roman"/>
          <w:i/>
          <w:iCs/>
          <w:noProof/>
          <w:sz w:val="24"/>
          <w:szCs w:val="24"/>
        </w:rPr>
        <w:t>Diagnosis dan Tatalaksana Anemia Defisiensi Besi</w:t>
      </w:r>
      <w:r w:rsidRPr="00893D1F">
        <w:rPr>
          <w:rFonts w:ascii="Times New Roman" w:hAnsi="Times New Roman" w:cs="Times New Roman"/>
          <w:noProof/>
          <w:sz w:val="24"/>
          <w:szCs w:val="24"/>
        </w:rPr>
        <w:t>.</w:t>
      </w:r>
    </w:p>
    <w:p w14:paraId="580D5AA3" w14:textId="77777777" w:rsidR="00893D1F" w:rsidRPr="00893D1F" w:rsidRDefault="00893D1F" w:rsidP="00893D1F">
      <w:pPr>
        <w:widowControl w:val="0"/>
        <w:autoSpaceDE w:val="0"/>
        <w:autoSpaceDN w:val="0"/>
        <w:adjustRightInd w:val="0"/>
        <w:spacing w:line="240" w:lineRule="auto"/>
        <w:ind w:left="480" w:hanging="480"/>
        <w:rPr>
          <w:rFonts w:ascii="Times New Roman" w:hAnsi="Times New Roman" w:cs="Times New Roman"/>
          <w:noProof/>
          <w:sz w:val="24"/>
          <w:szCs w:val="24"/>
        </w:rPr>
      </w:pPr>
      <w:r w:rsidRPr="00893D1F">
        <w:rPr>
          <w:rFonts w:ascii="Times New Roman" w:hAnsi="Times New Roman" w:cs="Times New Roman"/>
          <w:noProof/>
          <w:sz w:val="24"/>
          <w:szCs w:val="24"/>
        </w:rPr>
        <w:t xml:space="preserve">Asiva Noor Rachmayani. (2023). </w:t>
      </w:r>
      <w:r w:rsidRPr="00893D1F">
        <w:rPr>
          <w:rFonts w:ascii="Times New Roman" w:hAnsi="Times New Roman" w:cs="Times New Roman"/>
          <w:i/>
          <w:iCs/>
          <w:noProof/>
          <w:sz w:val="24"/>
          <w:szCs w:val="24"/>
        </w:rPr>
        <w:t>Mengenal Anemia</w:t>
      </w:r>
      <w:r w:rsidRPr="00893D1F">
        <w:rPr>
          <w:rFonts w:ascii="Times New Roman" w:hAnsi="Times New Roman" w:cs="Times New Roman"/>
          <w:noProof/>
          <w:sz w:val="24"/>
          <w:szCs w:val="24"/>
        </w:rPr>
        <w:t>.</w:t>
      </w:r>
    </w:p>
    <w:p w14:paraId="135AF5C3" w14:textId="77777777" w:rsidR="00893D1F" w:rsidRPr="00893D1F" w:rsidRDefault="00893D1F" w:rsidP="00893D1F">
      <w:pPr>
        <w:widowControl w:val="0"/>
        <w:autoSpaceDE w:val="0"/>
        <w:autoSpaceDN w:val="0"/>
        <w:adjustRightInd w:val="0"/>
        <w:spacing w:line="240" w:lineRule="auto"/>
        <w:ind w:left="480" w:hanging="480"/>
        <w:rPr>
          <w:rFonts w:ascii="Times New Roman" w:hAnsi="Times New Roman" w:cs="Times New Roman"/>
          <w:noProof/>
          <w:sz w:val="24"/>
          <w:szCs w:val="24"/>
        </w:rPr>
      </w:pPr>
      <w:r w:rsidRPr="00893D1F">
        <w:rPr>
          <w:rFonts w:ascii="Times New Roman" w:hAnsi="Times New Roman" w:cs="Times New Roman"/>
          <w:noProof/>
          <w:sz w:val="24"/>
          <w:szCs w:val="24"/>
        </w:rPr>
        <w:t xml:space="preserve">Chasanah, S. U., Basuki, P. P., &amp; Dewi, I. M. (2019). Anemia Penyebab, Strategi Pencegahan dan Penanggulangannya bagi Remaja. </w:t>
      </w:r>
      <w:r w:rsidRPr="00893D1F">
        <w:rPr>
          <w:rFonts w:ascii="Times New Roman" w:hAnsi="Times New Roman" w:cs="Times New Roman"/>
          <w:i/>
          <w:iCs/>
          <w:noProof/>
          <w:sz w:val="24"/>
          <w:szCs w:val="24"/>
        </w:rPr>
        <w:t>Angewandte Chemie International Edition, 6(11), 951–952.</w:t>
      </w:r>
      <w:r w:rsidRPr="00893D1F">
        <w:rPr>
          <w:rFonts w:ascii="Times New Roman" w:hAnsi="Times New Roman" w:cs="Times New Roman"/>
          <w:noProof/>
          <w:sz w:val="24"/>
          <w:szCs w:val="24"/>
        </w:rPr>
        <w:t xml:space="preserve">, </w:t>
      </w:r>
      <w:r w:rsidRPr="00893D1F">
        <w:rPr>
          <w:rFonts w:ascii="Times New Roman" w:hAnsi="Times New Roman" w:cs="Times New Roman"/>
          <w:i/>
          <w:iCs/>
          <w:noProof/>
          <w:sz w:val="24"/>
          <w:szCs w:val="24"/>
        </w:rPr>
        <w:t>2</w:t>
      </w:r>
      <w:r w:rsidRPr="00893D1F">
        <w:rPr>
          <w:rFonts w:ascii="Times New Roman" w:hAnsi="Times New Roman" w:cs="Times New Roman"/>
          <w:noProof/>
          <w:sz w:val="24"/>
          <w:szCs w:val="24"/>
        </w:rPr>
        <w:t>.</w:t>
      </w:r>
    </w:p>
    <w:p w14:paraId="2392E573" w14:textId="77777777" w:rsidR="00893D1F" w:rsidRPr="00893D1F" w:rsidRDefault="00893D1F" w:rsidP="00893D1F">
      <w:pPr>
        <w:widowControl w:val="0"/>
        <w:autoSpaceDE w:val="0"/>
        <w:autoSpaceDN w:val="0"/>
        <w:adjustRightInd w:val="0"/>
        <w:spacing w:line="240" w:lineRule="auto"/>
        <w:ind w:left="480" w:hanging="480"/>
        <w:rPr>
          <w:rFonts w:ascii="Times New Roman" w:hAnsi="Times New Roman" w:cs="Times New Roman"/>
          <w:noProof/>
          <w:sz w:val="24"/>
          <w:szCs w:val="24"/>
        </w:rPr>
      </w:pPr>
      <w:r w:rsidRPr="00893D1F">
        <w:rPr>
          <w:rFonts w:ascii="Times New Roman" w:hAnsi="Times New Roman" w:cs="Times New Roman"/>
          <w:noProof/>
          <w:sz w:val="24"/>
          <w:szCs w:val="24"/>
        </w:rPr>
        <w:t xml:space="preserve">Indira, E., &amp; Aisah, S. (2024). Pemberian sari kurma untuk meningkatkan kadar hemoglobin pada remaja putri dengan anemia. </w:t>
      </w:r>
      <w:r w:rsidRPr="00893D1F">
        <w:rPr>
          <w:rFonts w:ascii="Times New Roman" w:hAnsi="Times New Roman" w:cs="Times New Roman"/>
          <w:i/>
          <w:iCs/>
          <w:noProof/>
          <w:sz w:val="24"/>
          <w:szCs w:val="24"/>
        </w:rPr>
        <w:t>Holistic Nursing Care Approach</w:t>
      </w:r>
      <w:r w:rsidRPr="00893D1F">
        <w:rPr>
          <w:rFonts w:ascii="Times New Roman" w:hAnsi="Times New Roman" w:cs="Times New Roman"/>
          <w:noProof/>
          <w:sz w:val="24"/>
          <w:szCs w:val="24"/>
        </w:rPr>
        <w:t xml:space="preserve">, </w:t>
      </w:r>
      <w:r w:rsidRPr="00893D1F">
        <w:rPr>
          <w:rFonts w:ascii="Times New Roman" w:hAnsi="Times New Roman" w:cs="Times New Roman"/>
          <w:i/>
          <w:iCs/>
          <w:noProof/>
          <w:sz w:val="24"/>
          <w:szCs w:val="24"/>
        </w:rPr>
        <w:t>4</w:t>
      </w:r>
      <w:r w:rsidRPr="00893D1F">
        <w:rPr>
          <w:rFonts w:ascii="Times New Roman" w:hAnsi="Times New Roman" w:cs="Times New Roman"/>
          <w:noProof/>
          <w:sz w:val="24"/>
          <w:szCs w:val="24"/>
        </w:rPr>
        <w:t>(1), 18. https://doi.org/10.26714/hnca.v4i1.13104</w:t>
      </w:r>
    </w:p>
    <w:p w14:paraId="55793BAD" w14:textId="77777777" w:rsidR="00893D1F" w:rsidRPr="00893D1F" w:rsidRDefault="00893D1F" w:rsidP="00893D1F">
      <w:pPr>
        <w:widowControl w:val="0"/>
        <w:autoSpaceDE w:val="0"/>
        <w:autoSpaceDN w:val="0"/>
        <w:adjustRightInd w:val="0"/>
        <w:spacing w:line="240" w:lineRule="auto"/>
        <w:ind w:left="480" w:hanging="480"/>
        <w:rPr>
          <w:rFonts w:ascii="Times New Roman" w:hAnsi="Times New Roman" w:cs="Times New Roman"/>
          <w:noProof/>
          <w:sz w:val="24"/>
          <w:szCs w:val="24"/>
        </w:rPr>
      </w:pPr>
      <w:r w:rsidRPr="00893D1F">
        <w:rPr>
          <w:rFonts w:ascii="Times New Roman" w:hAnsi="Times New Roman" w:cs="Times New Roman"/>
          <w:noProof/>
          <w:sz w:val="24"/>
          <w:szCs w:val="24"/>
        </w:rPr>
        <w:t xml:space="preserve">Kemenkes RI. (2022). </w:t>
      </w:r>
      <w:r w:rsidRPr="00893D1F">
        <w:rPr>
          <w:rFonts w:ascii="Times New Roman" w:hAnsi="Times New Roman" w:cs="Times New Roman"/>
          <w:i/>
          <w:iCs/>
          <w:noProof/>
          <w:sz w:val="24"/>
          <w:szCs w:val="24"/>
        </w:rPr>
        <w:t>Remaja Bebas Anemia: Konsentrasi Belajar Meningkat, Bebas Prestasi</w:t>
      </w:r>
      <w:r w:rsidRPr="00893D1F">
        <w:rPr>
          <w:rFonts w:ascii="Times New Roman" w:hAnsi="Times New Roman" w:cs="Times New Roman"/>
          <w:noProof/>
          <w:sz w:val="24"/>
          <w:szCs w:val="24"/>
        </w:rPr>
        <w:t>.</w:t>
      </w:r>
    </w:p>
    <w:p w14:paraId="26F33FF4" w14:textId="77777777" w:rsidR="00893D1F" w:rsidRPr="00893D1F" w:rsidRDefault="00893D1F" w:rsidP="00893D1F">
      <w:pPr>
        <w:widowControl w:val="0"/>
        <w:autoSpaceDE w:val="0"/>
        <w:autoSpaceDN w:val="0"/>
        <w:adjustRightInd w:val="0"/>
        <w:spacing w:line="240" w:lineRule="auto"/>
        <w:ind w:left="480" w:hanging="480"/>
        <w:rPr>
          <w:rFonts w:ascii="Times New Roman" w:hAnsi="Times New Roman" w:cs="Times New Roman"/>
          <w:noProof/>
          <w:sz w:val="24"/>
          <w:szCs w:val="24"/>
        </w:rPr>
      </w:pPr>
      <w:r w:rsidRPr="00893D1F">
        <w:rPr>
          <w:rFonts w:ascii="Times New Roman" w:hAnsi="Times New Roman" w:cs="Times New Roman"/>
          <w:noProof/>
          <w:sz w:val="24"/>
          <w:szCs w:val="24"/>
        </w:rPr>
        <w:t xml:space="preserve">Kemenkes RI. (2023). </w:t>
      </w:r>
      <w:r w:rsidRPr="00893D1F">
        <w:rPr>
          <w:rFonts w:ascii="Times New Roman" w:hAnsi="Times New Roman" w:cs="Times New Roman"/>
          <w:i/>
          <w:iCs/>
          <w:noProof/>
          <w:sz w:val="24"/>
          <w:szCs w:val="24"/>
        </w:rPr>
        <w:t>Mengenal Gejala Anemia Pada Remaja</w:t>
      </w:r>
      <w:r w:rsidRPr="00893D1F">
        <w:rPr>
          <w:rFonts w:ascii="Times New Roman" w:hAnsi="Times New Roman" w:cs="Times New Roman"/>
          <w:noProof/>
          <w:sz w:val="24"/>
          <w:szCs w:val="24"/>
        </w:rPr>
        <w:t>.</w:t>
      </w:r>
    </w:p>
    <w:p w14:paraId="5CE940E4" w14:textId="77777777" w:rsidR="00893D1F" w:rsidRPr="00893D1F" w:rsidRDefault="00893D1F" w:rsidP="00893D1F">
      <w:pPr>
        <w:widowControl w:val="0"/>
        <w:autoSpaceDE w:val="0"/>
        <w:autoSpaceDN w:val="0"/>
        <w:adjustRightInd w:val="0"/>
        <w:spacing w:line="240" w:lineRule="auto"/>
        <w:ind w:left="480" w:hanging="480"/>
        <w:rPr>
          <w:rFonts w:ascii="Times New Roman" w:hAnsi="Times New Roman" w:cs="Times New Roman"/>
          <w:noProof/>
          <w:sz w:val="24"/>
          <w:szCs w:val="24"/>
        </w:rPr>
      </w:pPr>
      <w:r w:rsidRPr="00893D1F">
        <w:rPr>
          <w:rFonts w:ascii="Times New Roman" w:hAnsi="Times New Roman" w:cs="Times New Roman"/>
          <w:noProof/>
          <w:sz w:val="24"/>
          <w:szCs w:val="24"/>
        </w:rPr>
        <w:t xml:space="preserve">Mawaddah, S. (2020). Ppengaruh Pemberian Sari Kurma Terhadap Peningkatan Kadar Hemoglobin Pada Remaja Putri Yang Mengalami Anemia. </w:t>
      </w:r>
      <w:r w:rsidRPr="00893D1F">
        <w:rPr>
          <w:rFonts w:ascii="Times New Roman" w:hAnsi="Times New Roman" w:cs="Times New Roman"/>
          <w:i/>
          <w:iCs/>
          <w:noProof/>
          <w:sz w:val="24"/>
          <w:szCs w:val="24"/>
        </w:rPr>
        <w:t>Media Informasi</w:t>
      </w:r>
      <w:r w:rsidRPr="00893D1F">
        <w:rPr>
          <w:rFonts w:ascii="Times New Roman" w:hAnsi="Times New Roman" w:cs="Times New Roman"/>
          <w:noProof/>
          <w:sz w:val="24"/>
          <w:szCs w:val="24"/>
        </w:rPr>
        <w:t xml:space="preserve">, </w:t>
      </w:r>
      <w:r w:rsidRPr="00893D1F">
        <w:rPr>
          <w:rFonts w:ascii="Times New Roman" w:hAnsi="Times New Roman" w:cs="Times New Roman"/>
          <w:i/>
          <w:iCs/>
          <w:noProof/>
          <w:sz w:val="24"/>
          <w:szCs w:val="24"/>
        </w:rPr>
        <w:t>15</w:t>
      </w:r>
      <w:r w:rsidRPr="00893D1F">
        <w:rPr>
          <w:rFonts w:ascii="Times New Roman" w:hAnsi="Times New Roman" w:cs="Times New Roman"/>
          <w:noProof/>
          <w:sz w:val="24"/>
          <w:szCs w:val="24"/>
        </w:rPr>
        <w:t>(2), 160–164. https://doi.org/10.37160/bmi.v15i2.385</w:t>
      </w:r>
    </w:p>
    <w:p w14:paraId="7B6B4F14" w14:textId="77777777" w:rsidR="00893D1F" w:rsidRPr="00893D1F" w:rsidRDefault="00893D1F" w:rsidP="00893D1F">
      <w:pPr>
        <w:widowControl w:val="0"/>
        <w:autoSpaceDE w:val="0"/>
        <w:autoSpaceDN w:val="0"/>
        <w:adjustRightInd w:val="0"/>
        <w:spacing w:line="240" w:lineRule="auto"/>
        <w:ind w:left="480" w:hanging="480"/>
        <w:rPr>
          <w:rFonts w:ascii="Times New Roman" w:hAnsi="Times New Roman" w:cs="Times New Roman"/>
          <w:noProof/>
          <w:sz w:val="24"/>
          <w:szCs w:val="24"/>
        </w:rPr>
      </w:pPr>
      <w:r w:rsidRPr="00893D1F">
        <w:rPr>
          <w:rFonts w:ascii="Times New Roman" w:hAnsi="Times New Roman" w:cs="Times New Roman"/>
          <w:noProof/>
          <w:sz w:val="24"/>
          <w:szCs w:val="24"/>
        </w:rPr>
        <w:t xml:space="preserve">Pipit Muliyah, Dyah Aminatun, Sukma Septian Nasution, Tommy Hastomo, Setiana Sri Wahyuni Sitepu, T. (2020). Laporan Kinerja Instansi Pemerintah Dinas Kesehatan Kabupaten Temanggung. </w:t>
      </w:r>
      <w:r w:rsidRPr="00893D1F">
        <w:rPr>
          <w:rFonts w:ascii="Times New Roman" w:hAnsi="Times New Roman" w:cs="Times New Roman"/>
          <w:i/>
          <w:iCs/>
          <w:noProof/>
          <w:sz w:val="24"/>
          <w:szCs w:val="24"/>
        </w:rPr>
        <w:t>Journal GEEJ</w:t>
      </w:r>
      <w:r w:rsidRPr="00893D1F">
        <w:rPr>
          <w:rFonts w:ascii="Times New Roman" w:hAnsi="Times New Roman" w:cs="Times New Roman"/>
          <w:noProof/>
          <w:sz w:val="24"/>
          <w:szCs w:val="24"/>
        </w:rPr>
        <w:t xml:space="preserve">, </w:t>
      </w:r>
      <w:r w:rsidRPr="00893D1F">
        <w:rPr>
          <w:rFonts w:ascii="Times New Roman" w:hAnsi="Times New Roman" w:cs="Times New Roman"/>
          <w:i/>
          <w:iCs/>
          <w:noProof/>
          <w:sz w:val="24"/>
          <w:szCs w:val="24"/>
        </w:rPr>
        <w:t>7</w:t>
      </w:r>
      <w:r w:rsidRPr="00893D1F">
        <w:rPr>
          <w:rFonts w:ascii="Times New Roman" w:hAnsi="Times New Roman" w:cs="Times New Roman"/>
          <w:noProof/>
          <w:sz w:val="24"/>
          <w:szCs w:val="24"/>
        </w:rPr>
        <w:t>(2).</w:t>
      </w:r>
    </w:p>
    <w:p w14:paraId="5EC5B3D1" w14:textId="77777777" w:rsidR="00893D1F" w:rsidRPr="00893D1F" w:rsidRDefault="00893D1F" w:rsidP="00893D1F">
      <w:pPr>
        <w:widowControl w:val="0"/>
        <w:autoSpaceDE w:val="0"/>
        <w:autoSpaceDN w:val="0"/>
        <w:adjustRightInd w:val="0"/>
        <w:spacing w:line="240" w:lineRule="auto"/>
        <w:ind w:left="480" w:hanging="480"/>
        <w:rPr>
          <w:rFonts w:ascii="Times New Roman" w:hAnsi="Times New Roman" w:cs="Times New Roman"/>
          <w:noProof/>
          <w:sz w:val="24"/>
        </w:rPr>
      </w:pPr>
      <w:r w:rsidRPr="00893D1F">
        <w:rPr>
          <w:rFonts w:ascii="Times New Roman" w:hAnsi="Times New Roman" w:cs="Times New Roman"/>
          <w:noProof/>
          <w:sz w:val="24"/>
          <w:szCs w:val="24"/>
        </w:rPr>
        <w:t xml:space="preserve">Rivki, M., Bachtiar, A. M., Informatika, T., Teknik, F., &amp; Indonesia, U. K. (2018). </w:t>
      </w:r>
      <w:r w:rsidRPr="00893D1F">
        <w:rPr>
          <w:rFonts w:ascii="Times New Roman" w:hAnsi="Times New Roman" w:cs="Times New Roman"/>
          <w:i/>
          <w:iCs/>
          <w:noProof/>
          <w:sz w:val="24"/>
          <w:szCs w:val="24"/>
        </w:rPr>
        <w:t>Pedoman Pencegahan dan Penanggulangan Anemia Pada Remaja Putri dan Wanita Usia Subur (WUS)</w:t>
      </w:r>
      <w:r w:rsidRPr="00893D1F">
        <w:rPr>
          <w:rFonts w:ascii="Times New Roman" w:hAnsi="Times New Roman" w:cs="Times New Roman"/>
          <w:noProof/>
          <w:sz w:val="24"/>
          <w:szCs w:val="24"/>
        </w:rPr>
        <w:t xml:space="preserve"> (Issue 112). Kementrian Kesehatan Republik Indonesia.</w:t>
      </w:r>
    </w:p>
    <w:p w14:paraId="61903503" w14:textId="77777777" w:rsidR="00893D1F" w:rsidRDefault="00893D1F" w:rsidP="00B27896">
      <w:pPr>
        <w:rPr>
          <w:rFonts w:ascii="Times New Roman" w:hAnsi="Times New Roman" w:cs="Times New Roman"/>
          <w:sz w:val="24"/>
          <w:szCs w:val="24"/>
        </w:rPr>
        <w:sectPr w:rsidR="00893D1F" w:rsidSect="00893D1F">
          <w:type w:val="continuous"/>
          <w:pgSz w:w="12240" w:h="15840"/>
          <w:pgMar w:top="1440" w:right="1800" w:bottom="1440" w:left="1800" w:header="720" w:footer="720" w:gutter="0"/>
          <w:cols w:num="2" w:space="720"/>
          <w:docGrid w:linePitch="360"/>
        </w:sectPr>
      </w:pPr>
      <w:r>
        <w:rPr>
          <w:rFonts w:ascii="Times New Roman" w:hAnsi="Times New Roman" w:cs="Times New Roman"/>
          <w:sz w:val="24"/>
          <w:szCs w:val="24"/>
        </w:rPr>
        <w:fldChar w:fldCharType="end"/>
      </w:r>
    </w:p>
    <w:p w14:paraId="744E96FE" w14:textId="77777777" w:rsidR="00893D1F" w:rsidRPr="00B27896" w:rsidRDefault="00893D1F" w:rsidP="00B27896">
      <w:pPr>
        <w:rPr>
          <w:rFonts w:ascii="Times New Roman" w:hAnsi="Times New Roman" w:cs="Times New Roman"/>
          <w:sz w:val="24"/>
          <w:szCs w:val="24"/>
        </w:rPr>
      </w:pPr>
    </w:p>
    <w:p w14:paraId="0603857D" w14:textId="77777777" w:rsidR="00CC487B" w:rsidRPr="00B27896" w:rsidRDefault="00CC487B" w:rsidP="00B27896">
      <w:pPr>
        <w:rPr>
          <w:rFonts w:ascii="Times New Roman" w:hAnsi="Times New Roman" w:cs="Times New Roman"/>
          <w:sz w:val="24"/>
          <w:szCs w:val="24"/>
        </w:rPr>
      </w:pPr>
    </w:p>
    <w:sectPr w:rsidR="00CC487B" w:rsidRPr="00B27896" w:rsidSect="00893D1F">
      <w:type w:val="continuous"/>
      <w:pgSz w:w="12240" w:h="15840"/>
      <w:pgMar w:top="1440" w:right="1800" w:bottom="1440" w:left="180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69B526F9" w14:textId="77777777" w:rsidR="009C6451" w:rsidRDefault="009C6451">
      <w:pPr>
        <w:pStyle w:val="CommentText"/>
      </w:pPr>
      <w:r>
        <w:rPr>
          <w:rStyle w:val="CommentReference"/>
        </w:rPr>
        <w:annotationRef/>
      </w:r>
      <w:proofErr w:type="spellStart"/>
      <w:r>
        <w:t>Sesuaikan</w:t>
      </w:r>
      <w:proofErr w:type="spellEnd"/>
      <w:r>
        <w:t xml:space="preserve"> </w:t>
      </w:r>
      <w:proofErr w:type="spellStart"/>
      <w:r>
        <w:t>dengan</w:t>
      </w:r>
      <w:proofErr w:type="spellEnd"/>
      <w:r>
        <w:t xml:space="preserve"> </w:t>
      </w:r>
      <w:proofErr w:type="spellStart"/>
      <w:r>
        <w:t>panduan</w:t>
      </w:r>
      <w:proofErr w:type="spellEnd"/>
      <w:r>
        <w:t xml:space="preserve"> JIKKA. </w:t>
      </w:r>
      <w:proofErr w:type="spellStart"/>
      <w:r>
        <w:t>Apakah</w:t>
      </w:r>
      <w:proofErr w:type="spellEnd"/>
      <w:r>
        <w:t xml:space="preserve"> </w:t>
      </w:r>
      <w:proofErr w:type="spellStart"/>
      <w:r>
        <w:t>harus</w:t>
      </w:r>
      <w:proofErr w:type="spellEnd"/>
      <w:r>
        <w:t xml:space="preserve"> </w:t>
      </w:r>
      <w:proofErr w:type="spellStart"/>
      <w:r>
        <w:t>memuat</w:t>
      </w:r>
      <w:proofErr w:type="spellEnd"/>
      <w:r>
        <w:t xml:space="preserve"> </w:t>
      </w:r>
      <w:proofErr w:type="spellStart"/>
      <w:r>
        <w:t>latar</w:t>
      </w:r>
      <w:proofErr w:type="spellEnd"/>
      <w:r>
        <w:t xml:space="preserve"> </w:t>
      </w:r>
      <w:proofErr w:type="spellStart"/>
      <w:r>
        <w:t>balakang</w:t>
      </w:r>
      <w:proofErr w:type="spellEnd"/>
      <w:r>
        <w:t xml:space="preserve">, </w:t>
      </w:r>
      <w:proofErr w:type="spellStart"/>
      <w:r>
        <w:t>metode</w:t>
      </w:r>
      <w:proofErr w:type="spellEnd"/>
      <w:r>
        <w:t xml:space="preserve">, </w:t>
      </w:r>
      <w:proofErr w:type="spellStart"/>
      <w:r>
        <w:t>hasil</w:t>
      </w:r>
      <w:proofErr w:type="spellEnd"/>
      <w:r>
        <w:t xml:space="preserve">, dan </w:t>
      </w:r>
      <w:proofErr w:type="spellStart"/>
      <w:r>
        <w:t>kesimpulan</w:t>
      </w:r>
      <w:proofErr w:type="spellEnd"/>
      <w:r>
        <w:t xml:space="preserve"> </w:t>
      </w:r>
      <w:proofErr w:type="spellStart"/>
      <w:r>
        <w:t>secara</w:t>
      </w:r>
      <w:proofErr w:type="spellEnd"/>
      <w:r>
        <w:t xml:space="preserve"> terpisah2 </w:t>
      </w:r>
      <w:proofErr w:type="spellStart"/>
      <w:r>
        <w:t>atau</w:t>
      </w:r>
      <w:proofErr w:type="spellEnd"/>
      <w:r>
        <w:t xml:space="preserve"> </w:t>
      </w:r>
      <w:proofErr w:type="spellStart"/>
      <w:r>
        <w:t>dijdikan</w:t>
      </w:r>
      <w:proofErr w:type="spellEnd"/>
      <w:r>
        <w:t xml:space="preserve"> </w:t>
      </w:r>
      <w:proofErr w:type="spellStart"/>
      <w:r>
        <w:t>satu</w:t>
      </w:r>
      <w:proofErr w:type="spellEnd"/>
      <w:r>
        <w:t xml:space="preserve"> </w:t>
      </w:r>
      <w:proofErr w:type="spellStart"/>
      <w:r>
        <w:t>seperti</w:t>
      </w:r>
      <w:proofErr w:type="spellEnd"/>
      <w:r>
        <w:t xml:space="preserve"> </w:t>
      </w:r>
      <w:proofErr w:type="spellStart"/>
      <w:r>
        <w:t>ini</w:t>
      </w:r>
      <w:proofErr w:type="spellEnd"/>
    </w:p>
    <w:p w14:paraId="0ABE4942" w14:textId="77777777" w:rsidR="009C6451" w:rsidRDefault="009C6451">
      <w:pPr>
        <w:pStyle w:val="CommentText"/>
      </w:pPr>
    </w:p>
    <w:p w14:paraId="31D23FBE" w14:textId="77777777" w:rsidR="009C6451" w:rsidRDefault="009C6451">
      <w:pPr>
        <w:pStyle w:val="CommentText"/>
      </w:pPr>
    </w:p>
    <w:p w14:paraId="04F11F51" w14:textId="563B3E0C" w:rsidR="009C6451" w:rsidRDefault="009C6451">
      <w:pPr>
        <w:pStyle w:val="CommentText"/>
      </w:pPr>
      <w:proofErr w:type="spellStart"/>
      <w:r>
        <w:t>Pastikan</w:t>
      </w:r>
      <w:proofErr w:type="spellEnd"/>
      <w:r>
        <w:t xml:space="preserve"> </w:t>
      </w:r>
      <w:proofErr w:type="spellStart"/>
      <w:r>
        <w:t>latar</w:t>
      </w:r>
      <w:proofErr w:type="spellEnd"/>
      <w:r>
        <w:t xml:space="preserve"> </w:t>
      </w:r>
      <w:proofErr w:type="spellStart"/>
      <w:r>
        <w:t>belakang</w:t>
      </w:r>
      <w:proofErr w:type="spellEnd"/>
      <w:r>
        <w:t xml:space="preserve"> </w:t>
      </w:r>
      <w:proofErr w:type="spellStart"/>
      <w:r>
        <w:t>memuat</w:t>
      </w:r>
      <w:proofErr w:type="spellEnd"/>
      <w:r>
        <w:t xml:space="preserve"> </w:t>
      </w:r>
      <w:proofErr w:type="spellStart"/>
      <w:r>
        <w:t>isu</w:t>
      </w:r>
      <w:proofErr w:type="spellEnd"/>
      <w:r>
        <w:t>/</w:t>
      </w:r>
      <w:proofErr w:type="spellStart"/>
      <w:r>
        <w:t>urgensi</w:t>
      </w:r>
      <w:proofErr w:type="spellEnd"/>
      <w:r>
        <w:t xml:space="preserve"> </w:t>
      </w:r>
      <w:proofErr w:type="spellStart"/>
      <w:r>
        <w:t>penelitian</w:t>
      </w:r>
      <w:proofErr w:type="spellEnd"/>
      <w:r>
        <w:t xml:space="preserve">, </w:t>
      </w:r>
      <w:proofErr w:type="spellStart"/>
      <w:r>
        <w:t>metode</w:t>
      </w:r>
      <w:proofErr w:type="spellEnd"/>
      <w:r>
        <w:t xml:space="preserve"> </w:t>
      </w:r>
      <w:proofErr w:type="spellStart"/>
      <w:r>
        <w:t>memuat</w:t>
      </w:r>
      <w:proofErr w:type="spellEnd"/>
      <w:r>
        <w:t xml:space="preserve"> </w:t>
      </w:r>
      <w:proofErr w:type="spellStart"/>
      <w:r>
        <w:t>apa</w:t>
      </w:r>
      <w:proofErr w:type="spellEnd"/>
      <w:r>
        <w:t xml:space="preserve"> yang </w:t>
      </w:r>
      <w:proofErr w:type="spellStart"/>
      <w:r>
        <w:t>akan</w:t>
      </w:r>
      <w:proofErr w:type="spellEnd"/>
      <w:r>
        <w:t xml:space="preserve"> </w:t>
      </w:r>
      <w:proofErr w:type="spellStart"/>
      <w:r>
        <w:t>diteliti</w:t>
      </w:r>
      <w:proofErr w:type="spellEnd"/>
      <w:r>
        <w:t xml:space="preserve">, </w:t>
      </w:r>
      <w:proofErr w:type="spellStart"/>
      <w:r>
        <w:t>caranya</w:t>
      </w:r>
      <w:proofErr w:type="spellEnd"/>
      <w:r>
        <w:t xml:space="preserve">, dan indicator </w:t>
      </w:r>
      <w:proofErr w:type="spellStart"/>
      <w:r>
        <w:t>apa</w:t>
      </w:r>
      <w:proofErr w:type="spellEnd"/>
      <w:r>
        <w:t xml:space="preserve"> yang </w:t>
      </w:r>
      <w:proofErr w:type="spellStart"/>
      <w:r>
        <w:t>diambil</w:t>
      </w:r>
      <w:proofErr w:type="spellEnd"/>
      <w:r>
        <w:t xml:space="preserve">, </w:t>
      </w:r>
      <w:proofErr w:type="spellStart"/>
      <w:r>
        <w:t>sertakan</w:t>
      </w:r>
      <w:proofErr w:type="spellEnd"/>
      <w:r>
        <w:t xml:space="preserve"> juga </w:t>
      </w:r>
      <w:proofErr w:type="spellStart"/>
      <w:r>
        <w:t>cara</w:t>
      </w:r>
      <w:proofErr w:type="spellEnd"/>
      <w:r>
        <w:t xml:space="preserve"> </w:t>
      </w:r>
      <w:proofErr w:type="spellStart"/>
      <w:r>
        <w:t>analisis</w:t>
      </w:r>
      <w:proofErr w:type="spellEnd"/>
      <w:r>
        <w:t xml:space="preserve"> data </w:t>
      </w:r>
      <w:proofErr w:type="spellStart"/>
      <w:r>
        <w:t>apabila</w:t>
      </w:r>
      <w:proofErr w:type="spellEnd"/>
      <w:r>
        <w:t xml:space="preserve"> </w:t>
      </w:r>
      <w:proofErr w:type="spellStart"/>
      <w:r>
        <w:t>ada</w:t>
      </w:r>
      <w:proofErr w:type="spellEnd"/>
      <w:r>
        <w:t xml:space="preserve">. Hasil </w:t>
      </w:r>
      <w:proofErr w:type="spellStart"/>
      <w:r>
        <w:t>memuat</w:t>
      </w:r>
      <w:proofErr w:type="spellEnd"/>
      <w:r>
        <w:t xml:space="preserve"> </w:t>
      </w:r>
      <w:proofErr w:type="spellStart"/>
      <w:r>
        <w:t>apa</w:t>
      </w:r>
      <w:proofErr w:type="spellEnd"/>
      <w:r>
        <w:t xml:space="preserve"> </w:t>
      </w:r>
      <w:proofErr w:type="spellStart"/>
      <w:r>
        <w:t>temuan</w:t>
      </w:r>
      <w:proofErr w:type="spellEnd"/>
      <w:r>
        <w:t xml:space="preserve"> </w:t>
      </w:r>
      <w:proofErr w:type="spellStart"/>
      <w:r>
        <w:t>utama</w:t>
      </w:r>
      <w:proofErr w:type="spellEnd"/>
      <w:r>
        <w:t xml:space="preserve"> </w:t>
      </w:r>
      <w:proofErr w:type="spellStart"/>
      <w:r>
        <w:t>anda</w:t>
      </w:r>
      <w:proofErr w:type="spellEnd"/>
      <w:r>
        <w:t xml:space="preserve"> </w:t>
      </w:r>
      <w:proofErr w:type="spellStart"/>
      <w:r>
        <w:t>sesuai</w:t>
      </w:r>
      <w:proofErr w:type="spellEnd"/>
      <w:r>
        <w:t xml:space="preserve"> </w:t>
      </w:r>
      <w:proofErr w:type="spellStart"/>
      <w:r>
        <w:t>tujuan</w:t>
      </w:r>
      <w:proofErr w:type="spellEnd"/>
      <w:r>
        <w:t xml:space="preserve"> </w:t>
      </w:r>
      <w:proofErr w:type="spellStart"/>
      <w:r>
        <w:t>penelitian</w:t>
      </w:r>
      <w:proofErr w:type="spellEnd"/>
      <w:r>
        <w:t xml:space="preserve"> dan </w:t>
      </w:r>
      <w:proofErr w:type="spellStart"/>
      <w:r>
        <w:t>kesimpulan</w:t>
      </w:r>
      <w:proofErr w:type="spellEnd"/>
      <w:r>
        <w:t xml:space="preserve"> </w:t>
      </w:r>
      <w:proofErr w:type="spellStart"/>
      <w:r>
        <w:t>memuat</w:t>
      </w:r>
      <w:proofErr w:type="spellEnd"/>
      <w:r>
        <w:t xml:space="preserve"> </w:t>
      </w:r>
      <w:proofErr w:type="spellStart"/>
      <w:r>
        <w:t>apa</w:t>
      </w:r>
      <w:proofErr w:type="spellEnd"/>
      <w:r>
        <w:t xml:space="preserve"> inti </w:t>
      </w:r>
      <w:proofErr w:type="spellStart"/>
      <w:r>
        <w:t>temuan</w:t>
      </w:r>
      <w:proofErr w:type="spellEnd"/>
      <w:r>
        <w:t xml:space="preserve"> dan saran </w:t>
      </w:r>
      <w:proofErr w:type="spellStart"/>
      <w:r>
        <w:t>kedepan</w:t>
      </w:r>
      <w:proofErr w:type="spellEnd"/>
    </w:p>
  </w:comment>
  <w:comment w:id="1" w:author="Author" w:initials="A">
    <w:p w14:paraId="0B792613" w14:textId="1200BEED" w:rsidR="009C6451" w:rsidRDefault="009C6451">
      <w:pPr>
        <w:pStyle w:val="CommentText"/>
      </w:pPr>
      <w:r>
        <w:rPr>
          <w:rStyle w:val="CommentReference"/>
        </w:rPr>
        <w:annotationRef/>
      </w:r>
      <w:proofErr w:type="spellStart"/>
      <w:r>
        <w:t>Sesuaikan</w:t>
      </w:r>
      <w:proofErr w:type="spellEnd"/>
      <w:r>
        <w:t xml:space="preserve"> </w:t>
      </w:r>
      <w:proofErr w:type="spellStart"/>
      <w:r>
        <w:t>dengan</w:t>
      </w:r>
      <w:proofErr w:type="spellEnd"/>
      <w:r>
        <w:t xml:space="preserve"> saran yang </w:t>
      </w:r>
      <w:proofErr w:type="spellStart"/>
      <w:r>
        <w:t>saya</w:t>
      </w:r>
      <w:proofErr w:type="spellEnd"/>
      <w:r>
        <w:t xml:space="preserve"> </w:t>
      </w:r>
      <w:proofErr w:type="spellStart"/>
      <w:r>
        <w:t>berikan</w:t>
      </w:r>
      <w:proofErr w:type="spellEnd"/>
      <w:r>
        <w:t xml:space="preserve"> pada </w:t>
      </w:r>
      <w:proofErr w:type="spellStart"/>
      <w:r>
        <w:t>abstrak</w:t>
      </w:r>
      <w:proofErr w:type="spellEnd"/>
      <w:r>
        <w:t xml:space="preserve"> Bahasa </w:t>
      </w:r>
      <w:proofErr w:type="spellStart"/>
      <w:r>
        <w:t>indonesia</w:t>
      </w:r>
      <w:proofErr w:type="spellEnd"/>
    </w:p>
  </w:comment>
  <w:comment w:id="2" w:author="Author" w:initials="A">
    <w:p w14:paraId="41A9558D" w14:textId="514950F0" w:rsidR="009C6451" w:rsidRDefault="009C6451">
      <w:pPr>
        <w:pStyle w:val="CommentText"/>
      </w:pPr>
      <w:r>
        <w:rPr>
          <w:rStyle w:val="CommentReference"/>
        </w:rPr>
        <w:annotationRef/>
      </w:r>
      <w:proofErr w:type="spellStart"/>
      <w:r>
        <w:t>Pendahuluan</w:t>
      </w:r>
      <w:proofErr w:type="spellEnd"/>
      <w:r>
        <w:t xml:space="preserve"> </w:t>
      </w:r>
      <w:proofErr w:type="spellStart"/>
      <w:r>
        <w:t>terlalu</w:t>
      </w:r>
      <w:proofErr w:type="spellEnd"/>
      <w:r>
        <w:t xml:space="preserve"> </w:t>
      </w:r>
      <w:proofErr w:type="spellStart"/>
      <w:proofErr w:type="gramStart"/>
      <w:r>
        <w:t>panjang</w:t>
      </w:r>
      <w:proofErr w:type="spellEnd"/>
      <w:r>
        <w:t>..</w:t>
      </w:r>
      <w:proofErr w:type="spellStart"/>
      <w:proofErr w:type="gramEnd"/>
      <w:r>
        <w:t>silahkan</w:t>
      </w:r>
      <w:proofErr w:type="spellEnd"/>
      <w:r>
        <w:t xml:space="preserve"> </w:t>
      </w:r>
      <w:proofErr w:type="spellStart"/>
      <w:r>
        <w:t>diringkas</w:t>
      </w:r>
      <w:proofErr w:type="spellEnd"/>
      <w:r>
        <w:t xml:space="preserve"> dan </w:t>
      </w:r>
      <w:proofErr w:type="spellStart"/>
      <w:r>
        <w:t>tuliskan</w:t>
      </w:r>
      <w:proofErr w:type="spellEnd"/>
      <w:r>
        <w:t xml:space="preserve"> </w:t>
      </w:r>
      <w:proofErr w:type="spellStart"/>
      <w:r>
        <w:t>apa</w:t>
      </w:r>
      <w:proofErr w:type="spellEnd"/>
      <w:r>
        <w:t xml:space="preserve"> yang </w:t>
      </w:r>
      <w:proofErr w:type="spellStart"/>
      <w:r>
        <w:t>menjadi</w:t>
      </w:r>
      <w:proofErr w:type="spellEnd"/>
      <w:r>
        <w:t xml:space="preserve"> </w:t>
      </w:r>
      <w:proofErr w:type="spellStart"/>
      <w:r>
        <w:t>topik</w:t>
      </w:r>
      <w:proofErr w:type="spellEnd"/>
      <w:r>
        <w:t xml:space="preserve"> </w:t>
      </w:r>
      <w:proofErr w:type="spellStart"/>
      <w:r>
        <w:t>penelitian</w:t>
      </w:r>
      <w:proofErr w:type="spellEnd"/>
      <w:r>
        <w:t xml:space="preserve"> </w:t>
      </w:r>
      <w:proofErr w:type="spellStart"/>
      <w:r>
        <w:t>misalnya</w:t>
      </w:r>
      <w:proofErr w:type="spellEnd"/>
      <w:r>
        <w:t xml:space="preserve"> anemia pada </w:t>
      </w:r>
      <w:proofErr w:type="spellStart"/>
      <w:r>
        <w:t>remaja</w:t>
      </w:r>
      <w:proofErr w:type="spellEnd"/>
      <w:r>
        <w:t xml:space="preserve">, </w:t>
      </w:r>
      <w:proofErr w:type="spellStart"/>
      <w:r>
        <w:t>kemudian</w:t>
      </w:r>
      <w:proofErr w:type="spellEnd"/>
      <w:r>
        <w:t xml:space="preserve"> </w:t>
      </w:r>
      <w:proofErr w:type="spellStart"/>
      <w:r>
        <w:t>pemberian</w:t>
      </w:r>
      <w:proofErr w:type="spellEnd"/>
      <w:r>
        <w:t xml:space="preserve"> sirup </w:t>
      </w:r>
      <w:proofErr w:type="spellStart"/>
      <w:r>
        <w:t>kurma</w:t>
      </w:r>
      <w:proofErr w:type="spellEnd"/>
      <w:r>
        <w:t xml:space="preserve"> </w:t>
      </w:r>
      <w:proofErr w:type="spellStart"/>
      <w:r>
        <w:t>sebagai</w:t>
      </w:r>
      <w:proofErr w:type="spellEnd"/>
      <w:r>
        <w:t xml:space="preserve"> salah </w:t>
      </w:r>
      <w:proofErr w:type="spellStart"/>
      <w:r>
        <w:t>satu</w:t>
      </w:r>
      <w:proofErr w:type="spellEnd"/>
      <w:r>
        <w:t xml:space="preserve"> </w:t>
      </w:r>
      <w:proofErr w:type="spellStart"/>
      <w:r>
        <w:t>cara</w:t>
      </w:r>
      <w:proofErr w:type="spellEnd"/>
      <w:r>
        <w:t xml:space="preserve"> </w:t>
      </w:r>
      <w:proofErr w:type="spellStart"/>
      <w:r>
        <w:t>utk</w:t>
      </w:r>
      <w:proofErr w:type="spellEnd"/>
      <w:r>
        <w:t xml:space="preserve"> </w:t>
      </w:r>
      <w:proofErr w:type="spellStart"/>
      <w:r>
        <w:t>mengatasi</w:t>
      </w:r>
      <w:proofErr w:type="spellEnd"/>
      <w:r>
        <w:t xml:space="preserve"> anemia pada </w:t>
      </w:r>
      <w:proofErr w:type="spellStart"/>
      <w:r>
        <w:t>remaja</w:t>
      </w:r>
      <w:proofErr w:type="spellEnd"/>
      <w:r>
        <w:t xml:space="preserve"> </w:t>
      </w:r>
      <w:proofErr w:type="spellStart"/>
      <w:r>
        <w:t>tersebut</w:t>
      </w:r>
      <w:proofErr w:type="spellEnd"/>
      <w:r>
        <w:t xml:space="preserve"> </w:t>
      </w:r>
      <w:proofErr w:type="spellStart"/>
      <w:r>
        <w:t>beserta</w:t>
      </w:r>
      <w:proofErr w:type="spellEnd"/>
      <w:r>
        <w:t xml:space="preserve"> </w:t>
      </w:r>
      <w:proofErr w:type="spellStart"/>
      <w:r>
        <w:t>beberapa</w:t>
      </w:r>
      <w:proofErr w:type="spellEnd"/>
      <w:r>
        <w:t xml:space="preserve"> </w:t>
      </w:r>
      <w:proofErr w:type="spellStart"/>
      <w:r>
        <w:t>referensi</w:t>
      </w:r>
      <w:proofErr w:type="spellEnd"/>
      <w:r>
        <w:t xml:space="preserve"> </w:t>
      </w:r>
      <w:proofErr w:type="spellStart"/>
      <w:r>
        <w:t>terdahulu</w:t>
      </w:r>
      <w:proofErr w:type="spellEnd"/>
      <w:r>
        <w:t xml:space="preserve">, </w:t>
      </w:r>
      <w:proofErr w:type="spellStart"/>
      <w:r>
        <w:t>kemudiann</w:t>
      </w:r>
      <w:proofErr w:type="spellEnd"/>
      <w:r>
        <w:t xml:space="preserve"> </w:t>
      </w:r>
      <w:proofErr w:type="spellStart"/>
      <w:r>
        <w:t>baru</w:t>
      </w:r>
      <w:proofErr w:type="spellEnd"/>
      <w:r>
        <w:t xml:space="preserve"> </w:t>
      </w:r>
      <w:proofErr w:type="spellStart"/>
      <w:r>
        <w:t>sebutkan</w:t>
      </w:r>
      <w:proofErr w:type="spellEnd"/>
      <w:r>
        <w:t xml:space="preserve"> </w:t>
      </w:r>
      <w:proofErr w:type="spellStart"/>
      <w:r>
        <w:t>apa</w:t>
      </w:r>
      <w:proofErr w:type="spellEnd"/>
      <w:r>
        <w:t xml:space="preserve"> </w:t>
      </w:r>
      <w:proofErr w:type="spellStart"/>
      <w:r>
        <w:t>tujuan</w:t>
      </w:r>
      <w:proofErr w:type="spellEnd"/>
      <w:r>
        <w:t xml:space="preserve"> </w:t>
      </w:r>
      <w:proofErr w:type="spellStart"/>
      <w:r>
        <w:t>penelitian</w:t>
      </w:r>
      <w:proofErr w:type="spellEnd"/>
      <w:r>
        <w:t xml:space="preserve"> </w:t>
      </w:r>
      <w:proofErr w:type="spellStart"/>
      <w:r>
        <w:t>ini</w:t>
      </w:r>
      <w:proofErr w:type="spellEnd"/>
    </w:p>
  </w:comment>
  <w:comment w:id="3" w:author="Author" w:initials="A">
    <w:p w14:paraId="065005A6" w14:textId="77777777" w:rsidR="009C6451" w:rsidRDefault="009C6451">
      <w:pPr>
        <w:pStyle w:val="CommentText"/>
      </w:pPr>
      <w:r>
        <w:rPr>
          <w:rStyle w:val="CommentReference"/>
        </w:rPr>
        <w:annotationRef/>
      </w:r>
      <w:proofErr w:type="spellStart"/>
      <w:r>
        <w:t>Metode</w:t>
      </w:r>
      <w:proofErr w:type="spellEnd"/>
      <w:r>
        <w:t xml:space="preserve"> </w:t>
      </w:r>
      <w:proofErr w:type="spellStart"/>
      <w:r>
        <w:t>harus</w:t>
      </w:r>
      <w:proofErr w:type="spellEnd"/>
      <w:r>
        <w:t xml:space="preserve"> </w:t>
      </w:r>
      <w:proofErr w:type="spellStart"/>
      <w:r>
        <w:t>memuat</w:t>
      </w:r>
      <w:proofErr w:type="spellEnd"/>
      <w:r>
        <w:t>:</w:t>
      </w:r>
    </w:p>
    <w:p w14:paraId="4C707DA0" w14:textId="77777777" w:rsidR="009C6451" w:rsidRDefault="009C6451">
      <w:pPr>
        <w:pStyle w:val="CommentText"/>
      </w:pPr>
    </w:p>
    <w:p w14:paraId="3AEACD01" w14:textId="77777777" w:rsidR="009C6451" w:rsidRDefault="009C6451">
      <w:pPr>
        <w:pStyle w:val="CommentText"/>
      </w:pPr>
      <w:proofErr w:type="spellStart"/>
      <w:proofErr w:type="gramStart"/>
      <w:r>
        <w:t>Apa</w:t>
      </w:r>
      <w:proofErr w:type="spellEnd"/>
      <w:r>
        <w:t xml:space="preserve"> :</w:t>
      </w:r>
      <w:proofErr w:type="gramEnd"/>
      <w:r>
        <w:t xml:space="preserve"> </w:t>
      </w:r>
      <w:proofErr w:type="spellStart"/>
      <w:r>
        <w:t>apa</w:t>
      </w:r>
      <w:proofErr w:type="spellEnd"/>
      <w:r>
        <w:t xml:space="preserve"> yang </w:t>
      </w:r>
      <w:proofErr w:type="spellStart"/>
      <w:r>
        <w:t>akan</w:t>
      </w:r>
      <w:proofErr w:type="spellEnd"/>
      <w:r>
        <w:t xml:space="preserve"> </w:t>
      </w:r>
      <w:proofErr w:type="spellStart"/>
      <w:r>
        <w:t>diteliti</w:t>
      </w:r>
      <w:proofErr w:type="spellEnd"/>
      <w:r>
        <w:t xml:space="preserve">, design </w:t>
      </w:r>
      <w:proofErr w:type="spellStart"/>
      <w:r>
        <w:t>penelitian</w:t>
      </w:r>
      <w:proofErr w:type="spellEnd"/>
    </w:p>
    <w:p w14:paraId="519AF195" w14:textId="77777777" w:rsidR="009C6451" w:rsidRDefault="009C6451">
      <w:pPr>
        <w:pStyle w:val="CommentText"/>
      </w:pPr>
      <w:r>
        <w:t xml:space="preserve">Kapan: </w:t>
      </w:r>
      <w:proofErr w:type="spellStart"/>
      <w:r>
        <w:t>kapan</w:t>
      </w:r>
      <w:proofErr w:type="spellEnd"/>
      <w:r>
        <w:t xml:space="preserve"> </w:t>
      </w:r>
      <w:proofErr w:type="spellStart"/>
      <w:r>
        <w:t>dilakukan</w:t>
      </w:r>
      <w:proofErr w:type="spellEnd"/>
    </w:p>
    <w:p w14:paraId="7A1E1725" w14:textId="314B6742" w:rsidR="009C6451" w:rsidRDefault="009C6451">
      <w:pPr>
        <w:pStyle w:val="CommentText"/>
      </w:pPr>
      <w:proofErr w:type="spellStart"/>
      <w:proofErr w:type="gramStart"/>
      <w:r>
        <w:t>Dimana:dimana</w:t>
      </w:r>
      <w:proofErr w:type="spellEnd"/>
      <w:proofErr w:type="gramEnd"/>
      <w:r>
        <w:t xml:space="preserve"> </w:t>
      </w:r>
      <w:proofErr w:type="spellStart"/>
      <w:r>
        <w:t>dilakukan</w:t>
      </w:r>
      <w:proofErr w:type="spellEnd"/>
    </w:p>
    <w:p w14:paraId="6EB0E356" w14:textId="54A286E6" w:rsidR="009C6451" w:rsidRDefault="009C6451">
      <w:pPr>
        <w:pStyle w:val="CommentText"/>
      </w:pPr>
      <w:proofErr w:type="spellStart"/>
      <w:r>
        <w:t>Siapa</w:t>
      </w:r>
      <w:proofErr w:type="spellEnd"/>
      <w:r>
        <w:t xml:space="preserve">: </w:t>
      </w:r>
      <w:proofErr w:type="spellStart"/>
      <w:r>
        <w:t>kepada</w:t>
      </w:r>
      <w:proofErr w:type="spellEnd"/>
      <w:r>
        <w:t xml:space="preserve"> </w:t>
      </w:r>
      <w:proofErr w:type="spellStart"/>
      <w:r>
        <w:t>siapa</w:t>
      </w:r>
      <w:proofErr w:type="spellEnd"/>
      <w:r>
        <w:t xml:space="preserve">, </w:t>
      </w:r>
      <w:proofErr w:type="spellStart"/>
      <w:r>
        <w:t>inklusi</w:t>
      </w:r>
      <w:proofErr w:type="spellEnd"/>
      <w:r>
        <w:t xml:space="preserve">, </w:t>
      </w:r>
      <w:proofErr w:type="spellStart"/>
      <w:r>
        <w:t>ekslusi</w:t>
      </w:r>
      <w:proofErr w:type="spellEnd"/>
    </w:p>
    <w:p w14:paraId="06D6387A" w14:textId="090B436E" w:rsidR="009C6451" w:rsidRDefault="009C6451">
      <w:pPr>
        <w:pStyle w:val="CommentText"/>
      </w:pPr>
      <w:proofErr w:type="spellStart"/>
      <w:r>
        <w:t>Bagaimana</w:t>
      </w:r>
      <w:proofErr w:type="spellEnd"/>
      <w:r>
        <w:t xml:space="preserve">: </w:t>
      </w:r>
      <w:proofErr w:type="spellStart"/>
      <w:r>
        <w:t>cara</w:t>
      </w:r>
      <w:proofErr w:type="spellEnd"/>
      <w:r>
        <w:t xml:space="preserve"> </w:t>
      </w:r>
      <w:proofErr w:type="spellStart"/>
      <w:r>
        <w:t>emlakukan</w:t>
      </w:r>
      <w:proofErr w:type="spellEnd"/>
      <w:r>
        <w:t xml:space="preserve"> </w:t>
      </w:r>
      <w:proofErr w:type="spellStart"/>
      <w:r>
        <w:t>intervensi</w:t>
      </w:r>
      <w:proofErr w:type="spellEnd"/>
      <w:r>
        <w:t xml:space="preserve">, </w:t>
      </w:r>
      <w:proofErr w:type="spellStart"/>
      <w:r>
        <w:t>apa</w:t>
      </w:r>
      <w:proofErr w:type="spellEnd"/>
      <w:r>
        <w:t xml:space="preserve"> yang </w:t>
      </w:r>
      <w:proofErr w:type="spellStart"/>
      <w:r>
        <w:t>diukur</w:t>
      </w:r>
      <w:proofErr w:type="spellEnd"/>
      <w:r>
        <w:t xml:space="preserve"> </w:t>
      </w:r>
      <w:proofErr w:type="spellStart"/>
      <w:r>
        <w:t>dari</w:t>
      </w:r>
      <w:proofErr w:type="spellEnd"/>
      <w:r>
        <w:t xml:space="preserve"> </w:t>
      </w:r>
      <w:proofErr w:type="spellStart"/>
      <w:r>
        <w:t>intervensi</w:t>
      </w:r>
      <w:proofErr w:type="spellEnd"/>
      <w:r>
        <w:t xml:space="preserve"> </w:t>
      </w:r>
      <w:proofErr w:type="spellStart"/>
      <w:r>
        <w:t>tersebut</w:t>
      </w:r>
      <w:proofErr w:type="spellEnd"/>
      <w:r>
        <w:t xml:space="preserve">, dan </w:t>
      </w:r>
      <w:proofErr w:type="spellStart"/>
      <w:r>
        <w:t>cara</w:t>
      </w:r>
      <w:proofErr w:type="spellEnd"/>
      <w:r>
        <w:t xml:space="preserve"> </w:t>
      </w:r>
      <w:proofErr w:type="spellStart"/>
      <w:r>
        <w:t>melakukan</w:t>
      </w:r>
      <w:proofErr w:type="spellEnd"/>
      <w:r>
        <w:t xml:space="preserve"> Analisa data </w:t>
      </w:r>
      <w:proofErr w:type="spellStart"/>
      <w:r>
        <w:t>apabila</w:t>
      </w:r>
      <w:proofErr w:type="spellEnd"/>
      <w:r>
        <w:t xml:space="preserve"> </w:t>
      </w:r>
      <w:proofErr w:type="spellStart"/>
      <w:r>
        <w:t>ada</w:t>
      </w:r>
      <w:proofErr w:type="spellEnd"/>
    </w:p>
    <w:p w14:paraId="04B2D99D" w14:textId="4B7158B3" w:rsidR="009C6451" w:rsidRDefault="009C6451">
      <w:pPr>
        <w:pStyle w:val="CommentText"/>
      </w:pPr>
    </w:p>
  </w:comment>
  <w:comment w:id="4" w:author="Author" w:initials="A">
    <w:p w14:paraId="7C800C20" w14:textId="67FBFF19" w:rsidR="009C6451" w:rsidRDefault="009C6451">
      <w:pPr>
        <w:pStyle w:val="CommentText"/>
      </w:pPr>
      <w:r>
        <w:rPr>
          <w:rStyle w:val="CommentReference"/>
        </w:rPr>
        <w:annotationRef/>
      </w:r>
      <w:proofErr w:type="spellStart"/>
      <w:r>
        <w:t>Sebutkan</w:t>
      </w:r>
      <w:proofErr w:type="spellEnd"/>
      <w:r>
        <w:t xml:space="preserve"> dl </w:t>
      </w:r>
      <w:proofErr w:type="spellStart"/>
      <w:r>
        <w:t>karakteristik</w:t>
      </w:r>
      <w:proofErr w:type="spellEnd"/>
      <w:r>
        <w:t xml:space="preserve"> </w:t>
      </w:r>
      <w:proofErr w:type="spellStart"/>
      <w:r>
        <w:t>demografi</w:t>
      </w:r>
      <w:proofErr w:type="spellEnd"/>
      <w:r>
        <w:t xml:space="preserve"> </w:t>
      </w:r>
      <w:proofErr w:type="spellStart"/>
      <w:r>
        <w:t>responden</w:t>
      </w:r>
      <w:proofErr w:type="spellEnd"/>
    </w:p>
  </w:comment>
  <w:comment w:id="5" w:author="Author" w:initials="A">
    <w:p w14:paraId="4BB50066" w14:textId="038C91C1" w:rsidR="00236E54" w:rsidRDefault="00236E54">
      <w:pPr>
        <w:pStyle w:val="CommentText"/>
      </w:pPr>
      <w:r>
        <w:rPr>
          <w:rStyle w:val="CommentReference"/>
        </w:rPr>
        <w:annotationRef/>
      </w:r>
      <w:proofErr w:type="spellStart"/>
      <w:r>
        <w:t>Referensinya</w:t>
      </w:r>
      <w:proofErr w:type="spellEnd"/>
      <w:r>
        <w:t xml:space="preserve"> </w:t>
      </w:r>
      <w:proofErr w:type="spellStart"/>
      <w:r>
        <w:t>apa</w:t>
      </w:r>
      <w:proofErr w:type="spellEnd"/>
    </w:p>
  </w:comment>
  <w:comment w:id="6" w:author="Author" w:initials="A">
    <w:p w14:paraId="42C03AD5" w14:textId="3598EDF5" w:rsidR="00236E54" w:rsidRDefault="00236E54">
      <w:pPr>
        <w:pStyle w:val="CommentText"/>
      </w:pPr>
      <w:r>
        <w:rPr>
          <w:rStyle w:val="CommentReference"/>
        </w:rPr>
        <w:annotationRef/>
      </w:r>
      <w:proofErr w:type="spellStart"/>
      <w:r>
        <w:t>referensi</w:t>
      </w:r>
      <w:proofErr w:type="spellEnd"/>
    </w:p>
  </w:comment>
  <w:comment w:id="7" w:author="Author" w:initials="A">
    <w:p w14:paraId="633B2724" w14:textId="0BCC149F" w:rsidR="00236E54" w:rsidRDefault="00236E54">
      <w:pPr>
        <w:pStyle w:val="CommentText"/>
      </w:pPr>
      <w:r>
        <w:rPr>
          <w:rStyle w:val="CommentReference"/>
        </w:rPr>
        <w:annotationRef/>
      </w:r>
      <w:proofErr w:type="spellStart"/>
      <w:r>
        <w:t>siapa</w:t>
      </w:r>
      <w:proofErr w:type="spellEnd"/>
      <w:r>
        <w:t xml:space="preserve"> yang </w:t>
      </w:r>
      <w:proofErr w:type="spellStart"/>
      <w:r>
        <w:t>menentukan</w:t>
      </w:r>
      <w:proofErr w:type="spellEnd"/>
      <w:r>
        <w:t xml:space="preserve"> </w:t>
      </w:r>
      <w:proofErr w:type="spellStart"/>
      <w:r>
        <w:t>pasien</w:t>
      </w:r>
      <w:proofErr w:type="spellEnd"/>
      <w:r>
        <w:t xml:space="preserve"> </w:t>
      </w:r>
      <w:proofErr w:type="spellStart"/>
      <w:r>
        <w:t>adalah</w:t>
      </w:r>
      <w:proofErr w:type="spellEnd"/>
      <w:r>
        <w:t xml:space="preserve"> </w:t>
      </w:r>
      <w:proofErr w:type="spellStart"/>
      <w:proofErr w:type="gramStart"/>
      <w:r>
        <w:t>anemia?atau</w:t>
      </w:r>
      <w:proofErr w:type="spellEnd"/>
      <w:proofErr w:type="gramEnd"/>
      <w:r>
        <w:t xml:space="preserve"> cm </w:t>
      </w:r>
      <w:proofErr w:type="spellStart"/>
      <w:r>
        <w:t>asumsi</w:t>
      </w:r>
      <w:proofErr w:type="spellEnd"/>
      <w:r>
        <w:t xml:space="preserve"> </w:t>
      </w:r>
      <w:proofErr w:type="spellStart"/>
      <w:r>
        <w:t>dr</w:t>
      </w:r>
      <w:proofErr w:type="spellEnd"/>
      <w:r>
        <w:t xml:space="preserve"> </w:t>
      </w:r>
      <w:proofErr w:type="spellStart"/>
      <w:r>
        <w:t>penulis</w:t>
      </w:r>
      <w:proofErr w:type="spellEnd"/>
      <w:r>
        <w:t xml:space="preserve"> </w:t>
      </w:r>
      <w:proofErr w:type="spellStart"/>
      <w:r>
        <w:t>dengan</w:t>
      </w:r>
      <w:proofErr w:type="spellEnd"/>
      <w:r>
        <w:t xml:space="preserve"> </w:t>
      </w:r>
      <w:proofErr w:type="spellStart"/>
      <w:r>
        <w:t>melihat</w:t>
      </w:r>
      <w:proofErr w:type="spellEnd"/>
      <w:r>
        <w:t xml:space="preserve"> Hb?</w:t>
      </w:r>
    </w:p>
  </w:comment>
  <w:comment w:id="8" w:author="Author" w:initials="A">
    <w:p w14:paraId="6822D7AB" w14:textId="410A8480" w:rsidR="00236E54" w:rsidRDefault="00236E54">
      <w:pPr>
        <w:pStyle w:val="CommentText"/>
      </w:pPr>
      <w:r>
        <w:rPr>
          <w:rStyle w:val="CommentReference"/>
        </w:rPr>
        <w:annotationRef/>
      </w:r>
      <w:proofErr w:type="spellStart"/>
      <w:r>
        <w:t>Jelaskan</w:t>
      </w:r>
      <w:proofErr w:type="spellEnd"/>
      <w:r>
        <w:t xml:space="preserve"> </w:t>
      </w:r>
      <w:proofErr w:type="spellStart"/>
      <w:r>
        <w:t>bagaimana</w:t>
      </w:r>
      <w:proofErr w:type="spellEnd"/>
      <w:r>
        <w:t xml:space="preserve"> juga </w:t>
      </w:r>
      <w:proofErr w:type="spellStart"/>
      <w:r>
        <w:t>caranya</w:t>
      </w:r>
      <w:proofErr w:type="spellEnd"/>
      <w:r>
        <w:t xml:space="preserve"> sari </w:t>
      </w:r>
      <w:proofErr w:type="spellStart"/>
      <w:r>
        <w:t>kurma</w:t>
      </w:r>
      <w:proofErr w:type="spellEnd"/>
      <w:r>
        <w:t xml:space="preserve"> </w:t>
      </w:r>
      <w:proofErr w:type="spellStart"/>
      <w:r>
        <w:t>dapat</w:t>
      </w:r>
      <w:proofErr w:type="spellEnd"/>
      <w:r>
        <w:t xml:space="preserve"> </w:t>
      </w:r>
      <w:proofErr w:type="spellStart"/>
      <w:r>
        <w:t>meningkatkan</w:t>
      </w:r>
      <w:proofErr w:type="spellEnd"/>
      <w:r>
        <w:t xml:space="preserve"> Hb </w:t>
      </w:r>
      <w:proofErr w:type="spellStart"/>
      <w:r>
        <w:t>dalam</w:t>
      </w:r>
      <w:proofErr w:type="spellEnd"/>
      <w:r>
        <w:t xml:space="preserve"> 14 </w:t>
      </w:r>
      <w:proofErr w:type="spellStart"/>
      <w:r>
        <w:t>hari</w:t>
      </w:r>
      <w:proofErr w:type="spellEnd"/>
    </w:p>
  </w:comment>
  <w:comment w:id="9" w:author="Author" w:initials="A">
    <w:p w14:paraId="4B8A034F" w14:textId="609CB64D" w:rsidR="00236E54" w:rsidRDefault="00236E54">
      <w:pPr>
        <w:pStyle w:val="CommentText"/>
      </w:pPr>
      <w:r>
        <w:rPr>
          <w:rStyle w:val="CommentReference"/>
        </w:rPr>
        <w:annotationRef/>
      </w:r>
      <w:proofErr w:type="spellStart"/>
      <w:r>
        <w:t>Apa</w:t>
      </w:r>
      <w:proofErr w:type="spellEnd"/>
      <w:r>
        <w:t xml:space="preserve"> saran </w:t>
      </w:r>
      <w:proofErr w:type="spellStart"/>
      <w:proofErr w:type="gramStart"/>
      <w:r>
        <w:t>anda</w:t>
      </w:r>
      <w:proofErr w:type="spellEnd"/>
      <w:r>
        <w:t xml:space="preserve"> ?</w:t>
      </w:r>
      <w:proofErr w:type="gramEnd"/>
    </w:p>
  </w:comment>
  <w:comment w:id="10" w:author="Author" w:initials="A">
    <w:p w14:paraId="770A9909" w14:textId="4D0FA825" w:rsidR="00236E54" w:rsidRDefault="00236E54">
      <w:pPr>
        <w:pStyle w:val="CommentText"/>
      </w:pPr>
      <w:r>
        <w:rPr>
          <w:rStyle w:val="CommentReference"/>
        </w:rPr>
        <w:annotationRef/>
      </w:r>
      <w:proofErr w:type="spellStart"/>
      <w:r>
        <w:t>Dapus</w:t>
      </w:r>
      <w:proofErr w:type="spellEnd"/>
      <w:r>
        <w:t xml:space="preserve"> </w:t>
      </w:r>
      <w:proofErr w:type="spellStart"/>
      <w:r>
        <w:t>terlalu</w:t>
      </w:r>
      <w:proofErr w:type="spellEnd"/>
      <w:r>
        <w:t xml:space="preserve"> </w:t>
      </w:r>
      <w:proofErr w:type="spellStart"/>
      <w:r>
        <w:t>sedikit</w:t>
      </w:r>
      <w:proofErr w:type="spellEnd"/>
      <w:r>
        <w:t xml:space="preserve">, </w:t>
      </w:r>
      <w:proofErr w:type="spellStart"/>
      <w:r>
        <w:t>bisa</w:t>
      </w:r>
      <w:proofErr w:type="spellEnd"/>
      <w:r>
        <w:t xml:space="preserve"> </w:t>
      </w:r>
      <w:proofErr w:type="spellStart"/>
      <w:r>
        <w:t>ditambahkan</w:t>
      </w:r>
      <w:proofErr w:type="spellEnd"/>
      <w:r>
        <w:t xml:space="preserve"> </w:t>
      </w:r>
      <w:proofErr w:type="spellStart"/>
      <w:r>
        <w:t>referensi</w:t>
      </w:r>
      <w:proofErr w:type="spellEnd"/>
      <w:r>
        <w:t xml:space="preserve"> </w:t>
      </w:r>
      <w:proofErr w:type="spellStart"/>
      <w:r>
        <w:t>pendkung</w:t>
      </w:r>
      <w:proofErr w:type="spellEnd"/>
      <w:r>
        <w:t xml:space="preserve"> yang lain dan sejenis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4F11F51" w15:done="0"/>
  <w15:commentEx w15:paraId="0B792613" w15:done="0"/>
  <w15:commentEx w15:paraId="41A9558D" w15:done="0"/>
  <w15:commentEx w15:paraId="04B2D99D" w15:done="0"/>
  <w15:commentEx w15:paraId="7C800C20" w15:done="0"/>
  <w15:commentEx w15:paraId="4BB50066" w15:done="0"/>
  <w15:commentEx w15:paraId="42C03AD5" w15:done="0"/>
  <w15:commentEx w15:paraId="633B2724" w15:done="0"/>
  <w15:commentEx w15:paraId="6822D7AB" w15:done="0"/>
  <w15:commentEx w15:paraId="4B8A034F" w15:done="0"/>
  <w15:commentEx w15:paraId="770A990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4F11F51" w16cid:durableId="72FAE2D0"/>
  <w16cid:commentId w16cid:paraId="0B792613" w16cid:durableId="740CC39A"/>
  <w16cid:commentId w16cid:paraId="41A9558D" w16cid:durableId="2A3E09F5"/>
  <w16cid:commentId w16cid:paraId="04B2D99D" w16cid:durableId="46A1812F"/>
  <w16cid:commentId w16cid:paraId="7C800C20" w16cid:durableId="311EAF8C"/>
  <w16cid:commentId w16cid:paraId="4BB50066" w16cid:durableId="2FF44A53"/>
  <w16cid:commentId w16cid:paraId="42C03AD5" w16cid:durableId="4023021A"/>
  <w16cid:commentId w16cid:paraId="633B2724" w16cid:durableId="3DE91CBB"/>
  <w16cid:commentId w16cid:paraId="6822D7AB" w16cid:durableId="6894CBA2"/>
  <w16cid:commentId w16cid:paraId="4B8A034F" w16cid:durableId="41BF4428"/>
  <w16cid:commentId w16cid:paraId="770A9909" w16cid:durableId="214A50B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Wingdings">
    <w:panose1 w:val="05000000000000000000"/>
    <w:charset w:val="4D"/>
    <w:family w:val="decorative"/>
    <w:pitch w:val="variable"/>
    <w:sig w:usb0="00000003" w:usb1="00000000" w:usb2="00000000" w:usb3="00000000" w:csb0="8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FE301C0"/>
    <w:multiLevelType w:val="hybridMultilevel"/>
    <w:tmpl w:val="F600232E"/>
    <w:lvl w:ilvl="0" w:tplc="08A639A0">
      <w:start w:val="1"/>
      <w:numFmt w:val="decimal"/>
      <w:lvlText w:val="%1."/>
      <w:lvlJc w:val="left"/>
      <w:pPr>
        <w:ind w:left="720" w:hanging="360"/>
      </w:pPr>
      <w:rPr>
        <w:rFonts w:hint="default"/>
        <w:spacing w:val="0"/>
        <w:w w:val="1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25146662">
    <w:abstractNumId w:val="8"/>
  </w:num>
  <w:num w:numId="2" w16cid:durableId="968588413">
    <w:abstractNumId w:val="6"/>
  </w:num>
  <w:num w:numId="3" w16cid:durableId="1291398829">
    <w:abstractNumId w:val="5"/>
  </w:num>
  <w:num w:numId="4" w16cid:durableId="2136287531">
    <w:abstractNumId w:val="4"/>
  </w:num>
  <w:num w:numId="5" w16cid:durableId="1023559201">
    <w:abstractNumId w:val="7"/>
  </w:num>
  <w:num w:numId="6" w16cid:durableId="887257659">
    <w:abstractNumId w:val="3"/>
  </w:num>
  <w:num w:numId="7" w16cid:durableId="1862621408">
    <w:abstractNumId w:val="2"/>
  </w:num>
  <w:num w:numId="8" w16cid:durableId="2246535">
    <w:abstractNumId w:val="1"/>
  </w:num>
  <w:num w:numId="9" w16cid:durableId="1984699671">
    <w:abstractNumId w:val="0"/>
  </w:num>
  <w:num w:numId="10" w16cid:durableId="77944775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6"/>
  <w:removePersonalInformation/>
  <w:removeDateAndTime/>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0A76E5"/>
    <w:rsid w:val="0015074B"/>
    <w:rsid w:val="00197678"/>
    <w:rsid w:val="00230F02"/>
    <w:rsid w:val="00232B51"/>
    <w:rsid w:val="00236E54"/>
    <w:rsid w:val="0029639D"/>
    <w:rsid w:val="00326F90"/>
    <w:rsid w:val="0045305C"/>
    <w:rsid w:val="00467316"/>
    <w:rsid w:val="00467E71"/>
    <w:rsid w:val="004A13A3"/>
    <w:rsid w:val="005418A8"/>
    <w:rsid w:val="006648BB"/>
    <w:rsid w:val="0074508D"/>
    <w:rsid w:val="00761EA1"/>
    <w:rsid w:val="00893D1F"/>
    <w:rsid w:val="009C6451"/>
    <w:rsid w:val="009F654A"/>
    <w:rsid w:val="00AA1D8D"/>
    <w:rsid w:val="00B27896"/>
    <w:rsid w:val="00B47730"/>
    <w:rsid w:val="00CB0664"/>
    <w:rsid w:val="00CC3F80"/>
    <w:rsid w:val="00CC487B"/>
    <w:rsid w:val="00FA15E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D6B9A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link w:val="ListParagraphChar"/>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qFormat/>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ListParagraphChar">
    <w:name w:val="List Paragraph Char"/>
    <w:link w:val="ListParagraph"/>
    <w:uiPriority w:val="34"/>
    <w:qFormat/>
    <w:locked/>
    <w:rsid w:val="00761EA1"/>
  </w:style>
  <w:style w:type="table" w:customStyle="1" w:styleId="TableGrid1">
    <w:name w:val="Table Grid1"/>
    <w:basedOn w:val="TableNormal"/>
    <w:next w:val="TableGrid"/>
    <w:uiPriority w:val="59"/>
    <w:qFormat/>
    <w:rsid w:val="006648BB"/>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qFormat/>
    <w:rsid w:val="006648BB"/>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qFormat/>
    <w:rsid w:val="006648BB"/>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93D1F"/>
    <w:rPr>
      <w:color w:val="0000FF" w:themeColor="hyperlink"/>
      <w:u w:val="single"/>
    </w:rPr>
  </w:style>
  <w:style w:type="character" w:styleId="CommentReference">
    <w:name w:val="annotation reference"/>
    <w:basedOn w:val="DefaultParagraphFont"/>
    <w:uiPriority w:val="99"/>
    <w:semiHidden/>
    <w:unhideWhenUsed/>
    <w:rsid w:val="009C6451"/>
    <w:rPr>
      <w:sz w:val="16"/>
      <w:szCs w:val="16"/>
    </w:rPr>
  </w:style>
  <w:style w:type="paragraph" w:styleId="CommentText">
    <w:name w:val="annotation text"/>
    <w:basedOn w:val="Normal"/>
    <w:link w:val="CommentTextChar"/>
    <w:uiPriority w:val="99"/>
    <w:semiHidden/>
    <w:unhideWhenUsed/>
    <w:rsid w:val="009C6451"/>
    <w:pPr>
      <w:spacing w:line="240" w:lineRule="auto"/>
    </w:pPr>
    <w:rPr>
      <w:sz w:val="20"/>
      <w:szCs w:val="20"/>
    </w:rPr>
  </w:style>
  <w:style w:type="character" w:customStyle="1" w:styleId="CommentTextChar">
    <w:name w:val="Comment Text Char"/>
    <w:basedOn w:val="DefaultParagraphFont"/>
    <w:link w:val="CommentText"/>
    <w:uiPriority w:val="99"/>
    <w:semiHidden/>
    <w:rsid w:val="009C6451"/>
    <w:rPr>
      <w:sz w:val="20"/>
      <w:szCs w:val="20"/>
    </w:rPr>
  </w:style>
  <w:style w:type="paragraph" w:styleId="CommentSubject">
    <w:name w:val="annotation subject"/>
    <w:basedOn w:val="CommentText"/>
    <w:next w:val="CommentText"/>
    <w:link w:val="CommentSubjectChar"/>
    <w:uiPriority w:val="99"/>
    <w:semiHidden/>
    <w:unhideWhenUsed/>
    <w:rsid w:val="009C6451"/>
    <w:rPr>
      <w:b/>
      <w:bCs/>
    </w:rPr>
  </w:style>
  <w:style w:type="character" w:customStyle="1" w:styleId="CommentSubjectChar">
    <w:name w:val="Comment Subject Char"/>
    <w:basedOn w:val="CommentTextChar"/>
    <w:link w:val="CommentSubject"/>
    <w:uiPriority w:val="99"/>
    <w:semiHidden/>
    <w:rsid w:val="009C645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comments" Target="commen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jurnal.akperalkautsar.ac.id/index.php/JIKKA"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79399A-FE93-407E-82BA-7BC3D2D8D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15</Pages>
  <Words>6472</Words>
  <Characters>36891</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43277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cp:revision>
  <dcterms:created xsi:type="dcterms:W3CDTF">2025-06-30T05:13:00Z</dcterms:created>
  <dcterms:modified xsi:type="dcterms:W3CDTF">2025-08-26T12:06:00Z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42cc2383-0ddf-3a57-8255-0a4f2508dd64</vt:lpwstr>
  </property>
  <property fmtid="{D5CDD505-2E9C-101B-9397-08002B2CF9AE}" pid="24" name="Mendeley Citation Style_1">
    <vt:lpwstr>http://www.zotero.org/styles/apa</vt:lpwstr>
  </property>
</Properties>
</file>